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AC8F3" w14:textId="77777777" w:rsidR="00521628" w:rsidRPr="00D25628" w:rsidRDefault="000E633D" w:rsidP="00C04DF8">
      <w:pPr>
        <w:pStyle w:val="Tytu"/>
        <w:rPr>
          <w:rFonts w:cstheme="majorHAnsi"/>
          <w:color w:val="auto"/>
          <w:sz w:val="28"/>
          <w:szCs w:val="28"/>
          <w:lang w:val="pl-PL"/>
        </w:rPr>
      </w:pPr>
      <w:r w:rsidRPr="00D25628">
        <w:rPr>
          <w:rFonts w:cstheme="majorHAnsi"/>
          <w:b/>
          <w:bCs/>
          <w:color w:val="auto"/>
          <w:sz w:val="28"/>
          <w:szCs w:val="28"/>
          <w:lang w:val="pl-PL"/>
        </w:rPr>
        <w:t xml:space="preserve">Scenariusz zajęć </w:t>
      </w:r>
      <w:r w:rsidRPr="00D25628">
        <w:rPr>
          <w:rFonts w:cstheme="majorHAnsi"/>
          <w:b/>
          <w:bCs/>
          <w:color w:val="auto"/>
          <w:sz w:val="28"/>
          <w:szCs w:val="28"/>
          <w:lang w:val="pl-PL"/>
        </w:rPr>
        <w:br/>
      </w:r>
      <w:r w:rsidRPr="00D25628">
        <w:rPr>
          <w:rFonts w:cstheme="majorHAnsi"/>
          <w:color w:val="auto"/>
          <w:sz w:val="28"/>
          <w:szCs w:val="28"/>
          <w:lang w:val="pl-PL"/>
        </w:rPr>
        <w:t xml:space="preserve">realizowanych w ramach projektu </w:t>
      </w:r>
      <w:r w:rsidRPr="00D25628">
        <w:rPr>
          <w:rFonts w:cstheme="majorHAnsi"/>
          <w:color w:val="auto"/>
          <w:sz w:val="28"/>
          <w:szCs w:val="28"/>
          <w:lang w:val="pl-PL"/>
        </w:rPr>
        <w:br/>
      </w:r>
      <w:r w:rsidR="00521628" w:rsidRPr="00D25628">
        <w:rPr>
          <w:rFonts w:cstheme="majorHAnsi"/>
          <w:color w:val="auto"/>
          <w:sz w:val="28"/>
          <w:szCs w:val="28"/>
          <w:lang w:val="pl-PL"/>
        </w:rPr>
        <w:t xml:space="preserve">„Zrównoważony Kampus SGGW - kształcenie na rzecz branż </w:t>
      </w:r>
      <w:proofErr w:type="gramStart"/>
      <w:r w:rsidR="00521628" w:rsidRPr="00D25628">
        <w:rPr>
          <w:rFonts w:cstheme="majorHAnsi"/>
          <w:color w:val="auto"/>
          <w:sz w:val="28"/>
          <w:szCs w:val="28"/>
          <w:lang w:val="pl-PL"/>
        </w:rPr>
        <w:t>kluczowych ”</w:t>
      </w:r>
      <w:proofErr w:type="gramEnd"/>
      <w:r w:rsidR="00521628" w:rsidRPr="00D25628">
        <w:rPr>
          <w:rFonts w:cstheme="majorHAnsi"/>
          <w:color w:val="auto"/>
          <w:sz w:val="28"/>
          <w:szCs w:val="28"/>
          <w:lang w:val="pl-PL"/>
        </w:rPr>
        <w:t xml:space="preserve"> </w:t>
      </w:r>
      <w:r w:rsidR="00521628" w:rsidRPr="00D25628">
        <w:rPr>
          <w:rFonts w:cstheme="majorHAnsi"/>
          <w:color w:val="auto"/>
          <w:sz w:val="28"/>
          <w:szCs w:val="28"/>
          <w:lang w:val="pl-PL"/>
        </w:rPr>
        <w:br/>
        <w:t>nr FERS.01.05-IP.08-0067/23</w:t>
      </w:r>
    </w:p>
    <w:p w14:paraId="05AC1196" w14:textId="77777777" w:rsidR="00E316F3" w:rsidRPr="00D25628" w:rsidRDefault="00E316F3" w:rsidP="0014086C">
      <w:pPr>
        <w:pStyle w:val="Nagwek1"/>
        <w:rPr>
          <w:rFonts w:cstheme="majorHAnsi"/>
          <w:color w:val="auto"/>
          <w:sz w:val="24"/>
          <w:lang w:val="pl-PL"/>
        </w:rPr>
      </w:pPr>
      <w:r w:rsidRPr="00D25628">
        <w:rPr>
          <w:rFonts w:cstheme="majorHAnsi"/>
          <w:color w:val="auto"/>
          <w:sz w:val="24"/>
          <w:lang w:val="pl-PL"/>
        </w:rPr>
        <w:t xml:space="preserve">Informacje </w:t>
      </w:r>
      <w:r w:rsidR="004B726D" w:rsidRPr="00D25628">
        <w:rPr>
          <w:rFonts w:cstheme="majorHAnsi"/>
          <w:color w:val="auto"/>
          <w:sz w:val="24"/>
          <w:lang w:val="pl-PL"/>
        </w:rPr>
        <w:t>ogólne o przedmiocie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6D48CC" w:rsidRPr="00053D9D" w14:paraId="4D75BDC2" w14:textId="77777777" w:rsidTr="006A1064">
        <w:tc>
          <w:tcPr>
            <w:tcW w:w="3539" w:type="dxa"/>
          </w:tcPr>
          <w:p w14:paraId="76983C8D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Przedmiot</w:t>
            </w:r>
          </w:p>
        </w:tc>
        <w:tc>
          <w:tcPr>
            <w:tcW w:w="5091" w:type="dxa"/>
          </w:tcPr>
          <w:p w14:paraId="4957EEEC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Zarządzanie Jakością i Bezpieczeństwem Żywności w Gastronomii</w:t>
            </w:r>
          </w:p>
        </w:tc>
      </w:tr>
      <w:tr w:rsidR="006D48CC" w:rsidRPr="00D25628" w14:paraId="05A12346" w14:textId="77777777" w:rsidTr="006A1064">
        <w:tc>
          <w:tcPr>
            <w:tcW w:w="3539" w:type="dxa"/>
          </w:tcPr>
          <w:p w14:paraId="38FD9624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Kierunek studiów</w:t>
            </w:r>
          </w:p>
        </w:tc>
        <w:tc>
          <w:tcPr>
            <w:tcW w:w="5091" w:type="dxa"/>
          </w:tcPr>
          <w:p w14:paraId="7375B4AC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Gastronomia i Hotelarstwo</w:t>
            </w:r>
          </w:p>
        </w:tc>
      </w:tr>
      <w:tr w:rsidR="006D48CC" w:rsidRPr="00D25628" w14:paraId="04398CF8" w14:textId="77777777" w:rsidTr="006A1064">
        <w:tc>
          <w:tcPr>
            <w:tcW w:w="3539" w:type="dxa"/>
          </w:tcPr>
          <w:p w14:paraId="11D2E06A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Poziom studiów </w:t>
            </w:r>
          </w:p>
        </w:tc>
        <w:tc>
          <w:tcPr>
            <w:tcW w:w="5091" w:type="dxa"/>
          </w:tcPr>
          <w:p w14:paraId="61F80DE2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 I stopnia</w:t>
            </w:r>
          </w:p>
        </w:tc>
      </w:tr>
      <w:tr w:rsidR="00A7672B" w:rsidRPr="00D25628" w14:paraId="7FA8E423" w14:textId="77777777" w:rsidTr="006A1064">
        <w:tc>
          <w:tcPr>
            <w:tcW w:w="3539" w:type="dxa"/>
          </w:tcPr>
          <w:p w14:paraId="2EE1AEDB" w14:textId="77777777" w:rsidR="00A7672B" w:rsidRPr="00D25628" w:rsidRDefault="00A7672B" w:rsidP="00A7672B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Semestr</w:t>
            </w:r>
          </w:p>
        </w:tc>
        <w:tc>
          <w:tcPr>
            <w:tcW w:w="5091" w:type="dxa"/>
          </w:tcPr>
          <w:p w14:paraId="22FDDA35" w14:textId="229690B7" w:rsidR="00A7672B" w:rsidRPr="00D25628" w:rsidRDefault="00A7672B" w:rsidP="00A7672B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IV (letni)</w:t>
            </w:r>
          </w:p>
        </w:tc>
      </w:tr>
      <w:tr w:rsidR="00A7672B" w:rsidRPr="00940A96" w14:paraId="4ABB796B" w14:textId="77777777" w:rsidTr="006A1064">
        <w:tc>
          <w:tcPr>
            <w:tcW w:w="3539" w:type="dxa"/>
          </w:tcPr>
          <w:p w14:paraId="0D451E76" w14:textId="77777777" w:rsidR="00A7672B" w:rsidRPr="00D25628" w:rsidRDefault="00A7672B" w:rsidP="00A7672B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Jednostka organizacyjna </w:t>
            </w:r>
          </w:p>
        </w:tc>
        <w:tc>
          <w:tcPr>
            <w:tcW w:w="5091" w:type="dxa"/>
          </w:tcPr>
          <w:p w14:paraId="2FAE3F34" w14:textId="33499D9A" w:rsidR="00A7672B" w:rsidRPr="00D25628" w:rsidRDefault="00A7672B" w:rsidP="00A7672B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Wydział Nauk o Zdrowiu</w:t>
            </w:r>
          </w:p>
        </w:tc>
      </w:tr>
      <w:tr w:rsidR="006D48CC" w:rsidRPr="00D25628" w14:paraId="7B122385" w14:textId="77777777" w:rsidTr="006A1064">
        <w:tc>
          <w:tcPr>
            <w:tcW w:w="3539" w:type="dxa"/>
          </w:tcPr>
          <w:p w14:paraId="152DDB4F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Liczba godzin (łącznie):</w:t>
            </w:r>
          </w:p>
        </w:tc>
        <w:tc>
          <w:tcPr>
            <w:tcW w:w="5091" w:type="dxa"/>
          </w:tcPr>
          <w:p w14:paraId="1B432C95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45 </w:t>
            </w:r>
          </w:p>
        </w:tc>
      </w:tr>
      <w:tr w:rsidR="006D48CC" w:rsidRPr="00D25628" w14:paraId="0A16DC03" w14:textId="77777777" w:rsidTr="006A1064">
        <w:tc>
          <w:tcPr>
            <w:tcW w:w="3539" w:type="dxa"/>
          </w:tcPr>
          <w:p w14:paraId="01E9ABE4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Liczba scenariuszy w przedmiocie</w:t>
            </w:r>
          </w:p>
        </w:tc>
        <w:tc>
          <w:tcPr>
            <w:tcW w:w="5091" w:type="dxa"/>
          </w:tcPr>
          <w:p w14:paraId="7C7405FE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6D48CC" w:rsidRPr="00D25628" w14:paraId="34497A82" w14:textId="77777777" w:rsidTr="006A1064">
        <w:tc>
          <w:tcPr>
            <w:tcW w:w="3539" w:type="dxa"/>
          </w:tcPr>
          <w:p w14:paraId="2A031783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Liczba godzin wykładów</w:t>
            </w:r>
          </w:p>
        </w:tc>
        <w:tc>
          <w:tcPr>
            <w:tcW w:w="5091" w:type="dxa"/>
          </w:tcPr>
          <w:p w14:paraId="53A9CDD0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6D48CC" w:rsidRPr="00D25628" w14:paraId="1DC1E113" w14:textId="77777777" w:rsidTr="006A1064">
        <w:tc>
          <w:tcPr>
            <w:tcW w:w="3539" w:type="dxa"/>
          </w:tcPr>
          <w:p w14:paraId="01ED8DD2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Liczba godzin ćwiczeń</w:t>
            </w:r>
          </w:p>
        </w:tc>
        <w:tc>
          <w:tcPr>
            <w:tcW w:w="5091" w:type="dxa"/>
          </w:tcPr>
          <w:p w14:paraId="1166546F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30</w:t>
            </w:r>
          </w:p>
        </w:tc>
      </w:tr>
      <w:tr w:rsidR="006D48CC" w:rsidRPr="00D25628" w14:paraId="7B7104B4" w14:textId="77777777" w:rsidTr="006A1064">
        <w:tc>
          <w:tcPr>
            <w:tcW w:w="3539" w:type="dxa"/>
          </w:tcPr>
          <w:p w14:paraId="31E4499B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Liczba ECTS</w:t>
            </w:r>
          </w:p>
        </w:tc>
        <w:tc>
          <w:tcPr>
            <w:tcW w:w="5091" w:type="dxa"/>
          </w:tcPr>
          <w:p w14:paraId="1DE87F86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3</w:t>
            </w:r>
          </w:p>
        </w:tc>
      </w:tr>
      <w:tr w:rsidR="006D48CC" w:rsidRPr="00053D9D" w14:paraId="0DBAC866" w14:textId="77777777" w:rsidTr="006A1064">
        <w:tc>
          <w:tcPr>
            <w:tcW w:w="3539" w:type="dxa"/>
          </w:tcPr>
          <w:p w14:paraId="39CE631B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Koordynator przedmiotu</w:t>
            </w:r>
          </w:p>
        </w:tc>
        <w:tc>
          <w:tcPr>
            <w:tcW w:w="5091" w:type="dxa"/>
          </w:tcPr>
          <w:p w14:paraId="3DBCC412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dr hab. Beata Bilska prof. SGGW</w:t>
            </w:r>
          </w:p>
        </w:tc>
      </w:tr>
    </w:tbl>
    <w:p w14:paraId="011B1314" w14:textId="77777777" w:rsidR="005143E8" w:rsidRPr="00D25628" w:rsidRDefault="00FD3E5E" w:rsidP="0014086C">
      <w:pPr>
        <w:pStyle w:val="Nagwek1"/>
        <w:rPr>
          <w:rFonts w:cstheme="majorHAnsi"/>
          <w:color w:val="auto"/>
          <w:sz w:val="24"/>
          <w:lang w:val="pl-PL"/>
        </w:rPr>
      </w:pPr>
      <w:r w:rsidRPr="00D25628">
        <w:rPr>
          <w:rFonts w:cstheme="majorHAnsi"/>
          <w:color w:val="auto"/>
          <w:sz w:val="24"/>
          <w:lang w:val="pl-PL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B726D" w:rsidRPr="00D25628" w14:paraId="1970B52D" w14:textId="77777777" w:rsidTr="007C4DE5">
        <w:tc>
          <w:tcPr>
            <w:tcW w:w="3539" w:type="dxa"/>
          </w:tcPr>
          <w:p w14:paraId="06B78E5B" w14:textId="77777777" w:rsidR="004B726D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Scenariusz nr</w:t>
            </w:r>
          </w:p>
        </w:tc>
        <w:tc>
          <w:tcPr>
            <w:tcW w:w="5091" w:type="dxa"/>
          </w:tcPr>
          <w:p w14:paraId="4ADCF35B" w14:textId="05853159" w:rsidR="004B726D" w:rsidRPr="00D25628" w:rsidRDefault="00053D9D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5</w:t>
            </w:r>
          </w:p>
        </w:tc>
      </w:tr>
      <w:tr w:rsidR="0044797C" w:rsidRPr="00053D9D" w14:paraId="1C0E6432" w14:textId="77777777" w:rsidTr="007C4DE5">
        <w:tc>
          <w:tcPr>
            <w:tcW w:w="3539" w:type="dxa"/>
          </w:tcPr>
          <w:p w14:paraId="13E349AE" w14:textId="77777777" w:rsidR="0044797C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Temat zajęć/blok tematyczny</w:t>
            </w:r>
          </w:p>
        </w:tc>
        <w:tc>
          <w:tcPr>
            <w:tcW w:w="5091" w:type="dxa"/>
          </w:tcPr>
          <w:p w14:paraId="118E52E2" w14:textId="73946846" w:rsidR="0044797C" w:rsidRPr="00D25628" w:rsidRDefault="00694179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Analiza zagrożeń </w:t>
            </w:r>
            <w:r w:rsidR="00940A96">
              <w:rPr>
                <w:rFonts w:asciiTheme="majorHAnsi" w:hAnsiTheme="majorHAnsi" w:cstheme="majorHAnsi"/>
                <w:lang w:val="pl-PL"/>
              </w:rPr>
              <w:t>chemicznych i fizycznych</w:t>
            </w:r>
          </w:p>
        </w:tc>
      </w:tr>
      <w:tr w:rsidR="005143E8" w:rsidRPr="00D25628" w14:paraId="0044ACD0" w14:textId="77777777" w:rsidTr="007C4DE5">
        <w:tc>
          <w:tcPr>
            <w:tcW w:w="3539" w:type="dxa"/>
          </w:tcPr>
          <w:p w14:paraId="6F269F90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Forma zajęć</w:t>
            </w:r>
          </w:p>
        </w:tc>
        <w:tc>
          <w:tcPr>
            <w:tcW w:w="5091" w:type="dxa"/>
          </w:tcPr>
          <w:p w14:paraId="37C44981" w14:textId="7E11116E" w:rsidR="005143E8" w:rsidRPr="00D25628" w:rsidRDefault="002B6ABB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Ć</w:t>
            </w:r>
            <w:r w:rsidR="00C551F5" w:rsidRPr="00D25628">
              <w:rPr>
                <w:rFonts w:asciiTheme="majorHAnsi" w:hAnsiTheme="majorHAnsi" w:cstheme="majorHAnsi"/>
                <w:lang w:val="pl-PL"/>
              </w:rPr>
              <w:t>wiczenia</w:t>
            </w:r>
            <w:r w:rsidR="006D48CC" w:rsidRPr="00D25628">
              <w:rPr>
                <w:rFonts w:asciiTheme="majorHAnsi" w:hAnsiTheme="majorHAnsi" w:cstheme="majorHAnsi"/>
                <w:lang w:val="pl-PL"/>
              </w:rPr>
              <w:t xml:space="preserve"> projektowe</w:t>
            </w:r>
          </w:p>
        </w:tc>
      </w:tr>
      <w:tr w:rsidR="005143E8" w:rsidRPr="00D25628" w14:paraId="61D899D9" w14:textId="77777777" w:rsidTr="007C4DE5">
        <w:tc>
          <w:tcPr>
            <w:tcW w:w="3539" w:type="dxa"/>
          </w:tcPr>
          <w:p w14:paraId="65A65DF5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Czas realizacji jednostki dydaktycznej/bloku tematycznego</w:t>
            </w:r>
          </w:p>
        </w:tc>
        <w:tc>
          <w:tcPr>
            <w:tcW w:w="5091" w:type="dxa"/>
          </w:tcPr>
          <w:p w14:paraId="3A6F7B43" w14:textId="0F7336EB" w:rsidR="005143E8" w:rsidRPr="00D25628" w:rsidRDefault="002B6ABB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90 min, 1 blok tematyczny</w:t>
            </w:r>
          </w:p>
        </w:tc>
      </w:tr>
      <w:tr w:rsidR="005143E8" w:rsidRPr="00053D9D" w14:paraId="0ED5ED8C" w14:textId="77777777" w:rsidTr="007C4DE5">
        <w:tc>
          <w:tcPr>
            <w:tcW w:w="3539" w:type="dxa"/>
          </w:tcPr>
          <w:p w14:paraId="4D92F1DF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Cel główny jednostki dydaktycznej/bloku tematycznego</w:t>
            </w:r>
          </w:p>
        </w:tc>
        <w:tc>
          <w:tcPr>
            <w:tcW w:w="5091" w:type="dxa"/>
          </w:tcPr>
          <w:p w14:paraId="1955E243" w14:textId="6C997FEE" w:rsidR="005143E8" w:rsidRPr="00D25628" w:rsidRDefault="00A739C4" w:rsidP="000B772F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A739C4">
              <w:rPr>
                <w:rFonts w:asciiTheme="majorHAnsi" w:hAnsiTheme="majorHAnsi" w:cstheme="majorHAnsi"/>
                <w:lang w:val="pl-PL"/>
              </w:rPr>
              <w:t xml:space="preserve">Nabycie wiedzy i umiejętności w zakresie </w:t>
            </w:r>
            <w:r w:rsidR="00694179">
              <w:rPr>
                <w:rFonts w:asciiTheme="majorHAnsi" w:hAnsiTheme="majorHAnsi" w:cstheme="majorHAnsi"/>
                <w:lang w:val="pl-PL"/>
              </w:rPr>
              <w:t xml:space="preserve">przeprowadzenia analizy zagrożeń dla zagrożeń </w:t>
            </w:r>
            <w:r w:rsidR="00BF6B2B">
              <w:rPr>
                <w:rFonts w:asciiTheme="majorHAnsi" w:hAnsiTheme="majorHAnsi" w:cstheme="majorHAnsi"/>
                <w:lang w:val="pl-PL"/>
              </w:rPr>
              <w:t>chemicznych i fizycznych</w:t>
            </w:r>
            <w:r w:rsidR="00694179">
              <w:rPr>
                <w:rFonts w:asciiTheme="majorHAnsi" w:hAnsiTheme="majorHAnsi" w:cstheme="majorHAnsi"/>
                <w:lang w:val="pl-PL"/>
              </w:rPr>
              <w:t>.</w:t>
            </w:r>
            <w:r w:rsidR="000B772F">
              <w:rPr>
                <w:rFonts w:asciiTheme="majorHAnsi" w:hAnsiTheme="majorHAnsi" w:cstheme="majorHAnsi"/>
                <w:lang w:val="pl-PL"/>
              </w:rPr>
              <w:t xml:space="preserve"> </w:t>
            </w:r>
          </w:p>
        </w:tc>
      </w:tr>
      <w:tr w:rsidR="005143E8" w:rsidRPr="00053D9D" w14:paraId="1AAB957D" w14:textId="77777777" w:rsidTr="007C4DE5">
        <w:tc>
          <w:tcPr>
            <w:tcW w:w="3539" w:type="dxa"/>
          </w:tcPr>
          <w:p w14:paraId="4006D918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Cele szczegółowe jednostki dydaktycznej/bloku tematycznego/modułu</w:t>
            </w:r>
          </w:p>
        </w:tc>
        <w:tc>
          <w:tcPr>
            <w:tcW w:w="5091" w:type="dxa"/>
          </w:tcPr>
          <w:p w14:paraId="61C34143" w14:textId="62BFB30B" w:rsidR="005143E8" w:rsidRPr="00694179" w:rsidRDefault="00694179" w:rsidP="00694179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Przeprowadzenie analizy zagrożeń </w:t>
            </w:r>
            <w:r w:rsidR="00940A96">
              <w:rPr>
                <w:rFonts w:asciiTheme="majorHAnsi" w:hAnsiTheme="majorHAnsi" w:cstheme="majorHAnsi"/>
                <w:lang w:val="pl-PL"/>
              </w:rPr>
              <w:t xml:space="preserve">chemicznych i fizycznych </w:t>
            </w:r>
            <w:r>
              <w:rPr>
                <w:rFonts w:asciiTheme="majorHAnsi" w:hAnsiTheme="majorHAnsi" w:cstheme="majorHAnsi"/>
                <w:lang w:val="pl-PL"/>
              </w:rPr>
              <w:t>dla wszystkich etapów produkcji wybranych grup potraw</w:t>
            </w:r>
            <w:r w:rsidR="00A739C4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5143E8" w:rsidRPr="00053D9D" w14:paraId="77259872" w14:textId="77777777" w:rsidTr="007C4DE5">
        <w:tc>
          <w:tcPr>
            <w:tcW w:w="3539" w:type="dxa"/>
          </w:tcPr>
          <w:p w14:paraId="43929056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Wymagania techniczne do realizacji jednostki dydaktycznej</w:t>
            </w:r>
          </w:p>
        </w:tc>
        <w:tc>
          <w:tcPr>
            <w:tcW w:w="5091" w:type="dxa"/>
          </w:tcPr>
          <w:p w14:paraId="4C76DAC1" w14:textId="52564EBF" w:rsidR="002B6ABB" w:rsidRPr="00D25628" w:rsidRDefault="002B6ABB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Komputer z dostępem do </w:t>
            </w:r>
            <w:proofErr w:type="spellStart"/>
            <w:r w:rsidRPr="00D25628">
              <w:rPr>
                <w:rFonts w:asciiTheme="majorHAnsi" w:hAnsiTheme="majorHAnsi" w:cstheme="majorHAnsi"/>
                <w:lang w:val="pl-PL"/>
              </w:rPr>
              <w:t>internetu</w:t>
            </w:r>
            <w:proofErr w:type="spellEnd"/>
            <w:r w:rsidR="00FA4A70" w:rsidRPr="00D25628">
              <w:rPr>
                <w:rFonts w:asciiTheme="majorHAnsi" w:hAnsiTheme="majorHAnsi" w:cstheme="majorHAnsi"/>
                <w:lang w:val="pl-PL"/>
              </w:rPr>
              <w:t xml:space="preserve">, pakietem MS Office. </w:t>
            </w:r>
          </w:p>
          <w:p w14:paraId="68B8085C" w14:textId="77777777" w:rsidR="002B6ABB" w:rsidRPr="00D25628" w:rsidRDefault="002B6ABB">
            <w:pPr>
              <w:rPr>
                <w:rFonts w:asciiTheme="majorHAnsi" w:hAnsiTheme="majorHAnsi" w:cstheme="majorHAnsi"/>
                <w:lang w:val="pl-PL"/>
              </w:rPr>
            </w:pPr>
          </w:p>
        </w:tc>
      </w:tr>
      <w:tr w:rsidR="005143E8" w:rsidRPr="00D25628" w14:paraId="2F6B2F6A" w14:textId="77777777" w:rsidTr="007C4DE5">
        <w:tc>
          <w:tcPr>
            <w:tcW w:w="3539" w:type="dxa"/>
          </w:tcPr>
          <w:p w14:paraId="7856443F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Czynności organizacyjne i przygotowawcze</w:t>
            </w:r>
          </w:p>
        </w:tc>
        <w:tc>
          <w:tcPr>
            <w:tcW w:w="5091" w:type="dxa"/>
          </w:tcPr>
          <w:p w14:paraId="20852863" w14:textId="5408B313" w:rsidR="005143E8" w:rsidRPr="00D25628" w:rsidRDefault="00FA3BAE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Przygotowanie </w:t>
            </w:r>
            <w:r w:rsidR="00F65142">
              <w:rPr>
                <w:rFonts w:asciiTheme="majorHAnsi" w:hAnsiTheme="majorHAnsi" w:cstheme="majorHAnsi"/>
                <w:lang w:val="pl-PL"/>
              </w:rPr>
              <w:t>s</w:t>
            </w:r>
            <w:r w:rsidRPr="00D25628">
              <w:rPr>
                <w:rFonts w:asciiTheme="majorHAnsi" w:hAnsiTheme="majorHAnsi" w:cstheme="majorHAnsi"/>
                <w:lang w:val="pl-PL"/>
              </w:rPr>
              <w:t xml:space="preserve">ali. </w:t>
            </w:r>
          </w:p>
        </w:tc>
      </w:tr>
    </w:tbl>
    <w:p w14:paraId="3E06B9FE" w14:textId="77777777" w:rsidR="005143E8" w:rsidRPr="00D25628" w:rsidRDefault="00521628">
      <w:pPr>
        <w:pStyle w:val="Nagwek1"/>
        <w:rPr>
          <w:rFonts w:cstheme="majorHAnsi"/>
          <w:color w:val="auto"/>
          <w:sz w:val="24"/>
          <w:lang w:val="pl-PL"/>
        </w:rPr>
      </w:pPr>
      <w:r w:rsidRPr="00D25628">
        <w:rPr>
          <w:rFonts w:cstheme="majorHAnsi"/>
          <w:color w:val="auto"/>
          <w:sz w:val="24"/>
          <w:lang w:val="pl-PL"/>
        </w:rPr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5143E8" w:rsidRPr="00053D9D" w14:paraId="44B2868D" w14:textId="77777777" w:rsidTr="007C4DE5">
        <w:tc>
          <w:tcPr>
            <w:tcW w:w="3539" w:type="dxa"/>
          </w:tcPr>
          <w:p w14:paraId="231A1FDD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Nazwa zagadnienia 1</w:t>
            </w:r>
          </w:p>
        </w:tc>
        <w:tc>
          <w:tcPr>
            <w:tcW w:w="5091" w:type="dxa"/>
          </w:tcPr>
          <w:p w14:paraId="3C452BEA" w14:textId="2CF838E3" w:rsidR="00DE58EB" w:rsidRPr="00D25628" w:rsidRDefault="00BF6B2B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O</w:t>
            </w:r>
            <w:r w:rsidR="00F65142" w:rsidRPr="00D25628">
              <w:rPr>
                <w:rFonts w:asciiTheme="majorHAnsi" w:hAnsiTheme="majorHAnsi" w:cstheme="majorHAnsi"/>
                <w:lang w:val="pl-PL"/>
              </w:rPr>
              <w:t>mówienie podstawowych pojęć związanych</w:t>
            </w:r>
            <w:r w:rsidR="00DE58EB" w:rsidRPr="00D25628">
              <w:rPr>
                <w:rFonts w:asciiTheme="majorHAnsi" w:hAnsiTheme="majorHAnsi" w:cstheme="majorHAnsi"/>
                <w:lang w:val="pl-PL"/>
              </w:rPr>
              <w:t xml:space="preserve"> z omawianą tematyką. </w:t>
            </w:r>
          </w:p>
        </w:tc>
      </w:tr>
      <w:tr w:rsidR="005143E8" w:rsidRPr="00D25628" w14:paraId="6218ABEA" w14:textId="77777777" w:rsidTr="007C4DE5">
        <w:tc>
          <w:tcPr>
            <w:tcW w:w="3539" w:type="dxa"/>
          </w:tcPr>
          <w:p w14:paraId="0FE0A133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3794CA10" w14:textId="79914D5E" w:rsidR="005143E8" w:rsidRPr="00D25628" w:rsidRDefault="00DE58EB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1</w:t>
            </w:r>
            <w:r w:rsidR="00FD7E42">
              <w:rPr>
                <w:rFonts w:asciiTheme="majorHAnsi" w:hAnsiTheme="majorHAnsi" w:cstheme="majorHAnsi"/>
                <w:lang w:val="pl-PL"/>
              </w:rPr>
              <w:t>5</w:t>
            </w:r>
          </w:p>
        </w:tc>
      </w:tr>
      <w:tr w:rsidR="005143E8" w:rsidRPr="00053D9D" w14:paraId="536EC7A4" w14:textId="77777777" w:rsidTr="007C4DE5">
        <w:tc>
          <w:tcPr>
            <w:tcW w:w="3539" w:type="dxa"/>
          </w:tcPr>
          <w:p w14:paraId="6788239F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lastRenderedPageBreak/>
              <w:t>Sekwencja działań, zadań ćwiczeń lub innych aktywności w ramach zagadnienia 1</w:t>
            </w:r>
          </w:p>
        </w:tc>
        <w:tc>
          <w:tcPr>
            <w:tcW w:w="5091" w:type="dxa"/>
          </w:tcPr>
          <w:p w14:paraId="5336F171" w14:textId="77777777" w:rsidR="00BF6B2B" w:rsidRDefault="00DE58EB" w:rsidP="00F65142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Wyjaśnienie </w:t>
            </w:r>
            <w:r w:rsidR="00F65142" w:rsidRPr="00D25628">
              <w:rPr>
                <w:rFonts w:asciiTheme="majorHAnsi" w:hAnsiTheme="majorHAnsi" w:cstheme="majorHAnsi"/>
                <w:lang w:val="pl-PL"/>
              </w:rPr>
              <w:t>głównych pojęć</w:t>
            </w:r>
            <w:r w:rsidR="00BF6B2B" w:rsidRPr="00BF6B2B">
              <w:rPr>
                <w:lang w:val="pl-PL"/>
              </w:rPr>
              <w:t xml:space="preserve"> </w:t>
            </w:r>
            <w:r w:rsidR="00BF6B2B" w:rsidRPr="00BF6B2B">
              <w:rPr>
                <w:rFonts w:asciiTheme="majorHAnsi" w:hAnsiTheme="majorHAnsi" w:cstheme="majorHAnsi"/>
                <w:lang w:val="pl-PL"/>
              </w:rPr>
              <w:t xml:space="preserve">związanych z omawianą tematyką. </w:t>
            </w:r>
          </w:p>
          <w:p w14:paraId="6CCB6F03" w14:textId="1FC13C67" w:rsidR="005143E8" w:rsidRPr="00F65142" w:rsidRDefault="00BF6B2B" w:rsidP="00F65142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Krótka charakterystyka </w:t>
            </w:r>
            <w:r w:rsidRPr="00D25628">
              <w:rPr>
                <w:rFonts w:asciiTheme="majorHAnsi" w:hAnsiTheme="majorHAnsi" w:cstheme="majorHAnsi"/>
                <w:lang w:val="pl-PL"/>
              </w:rPr>
              <w:tab/>
            </w:r>
            <w:r>
              <w:rPr>
                <w:rFonts w:asciiTheme="majorHAnsi" w:hAnsiTheme="majorHAnsi" w:cstheme="majorHAnsi"/>
                <w:lang w:val="pl-PL"/>
              </w:rPr>
              <w:t>zagrożeń chemicznych i fizycznych.</w:t>
            </w:r>
          </w:p>
        </w:tc>
      </w:tr>
      <w:tr w:rsidR="005143E8" w:rsidRPr="00053D9D" w14:paraId="1FB6C09C" w14:textId="77777777" w:rsidTr="007C4DE5">
        <w:tc>
          <w:tcPr>
            <w:tcW w:w="3539" w:type="dxa"/>
          </w:tcPr>
          <w:p w14:paraId="5BEDBAAA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Nazwa zagadnienia 2</w:t>
            </w:r>
          </w:p>
        </w:tc>
        <w:tc>
          <w:tcPr>
            <w:tcW w:w="5091" w:type="dxa"/>
          </w:tcPr>
          <w:p w14:paraId="4A1EEEAA" w14:textId="6456122A" w:rsidR="005143E8" w:rsidRPr="00D25628" w:rsidRDefault="00BF6B2B" w:rsidP="00474557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BF6B2B">
              <w:rPr>
                <w:rFonts w:asciiTheme="majorHAnsi" w:hAnsiTheme="majorHAnsi" w:cstheme="majorHAnsi"/>
                <w:lang w:val="pl-PL"/>
              </w:rPr>
              <w:t>Opracowanie analizy zagrożeń dla zagrożeń chemicznych</w:t>
            </w:r>
          </w:p>
        </w:tc>
      </w:tr>
      <w:tr w:rsidR="005143E8" w:rsidRPr="00D25628" w14:paraId="0B941B43" w14:textId="77777777" w:rsidTr="007C4DE5">
        <w:tc>
          <w:tcPr>
            <w:tcW w:w="3539" w:type="dxa"/>
          </w:tcPr>
          <w:p w14:paraId="4107D3C6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6454281F" w14:textId="016772C4" w:rsidR="005143E8" w:rsidRPr="00D25628" w:rsidRDefault="00BF6B2B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30</w:t>
            </w:r>
          </w:p>
        </w:tc>
      </w:tr>
      <w:tr w:rsidR="005143E8" w:rsidRPr="00053D9D" w14:paraId="3F3BF5A7" w14:textId="77777777" w:rsidTr="007C4DE5">
        <w:tc>
          <w:tcPr>
            <w:tcW w:w="3539" w:type="dxa"/>
          </w:tcPr>
          <w:p w14:paraId="4BE67F54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2</w:t>
            </w:r>
          </w:p>
        </w:tc>
        <w:tc>
          <w:tcPr>
            <w:tcW w:w="5091" w:type="dxa"/>
          </w:tcPr>
          <w:p w14:paraId="4841B9E0" w14:textId="6547671E" w:rsidR="00BF6B2B" w:rsidRPr="00BF6B2B" w:rsidRDefault="00BF6B2B" w:rsidP="00BF6B2B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BF6B2B">
              <w:rPr>
                <w:rFonts w:asciiTheme="majorHAnsi" w:hAnsiTheme="majorHAnsi" w:cstheme="majorHAnsi"/>
                <w:lang w:val="pl-PL"/>
              </w:rPr>
              <w:t xml:space="preserve">Identyfikacja zagrożeń </w:t>
            </w:r>
            <w:r>
              <w:rPr>
                <w:rFonts w:asciiTheme="majorHAnsi" w:hAnsiTheme="majorHAnsi" w:cstheme="majorHAnsi"/>
                <w:lang w:val="pl-PL"/>
              </w:rPr>
              <w:t>chemicznych</w:t>
            </w:r>
            <w:r w:rsidRPr="00BF6B2B">
              <w:rPr>
                <w:rFonts w:asciiTheme="majorHAnsi" w:hAnsiTheme="majorHAnsi" w:cstheme="majorHAnsi"/>
                <w:lang w:val="pl-PL"/>
              </w:rPr>
              <w:t xml:space="preserve"> mogących wystąpić na poszczególnych etapach procesu technologicznego produkcji potraw.</w:t>
            </w:r>
          </w:p>
          <w:p w14:paraId="1C84B280" w14:textId="7F4BDF28" w:rsidR="00BF6B2B" w:rsidRPr="00BF6B2B" w:rsidRDefault="00BF6B2B" w:rsidP="00BF6B2B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BF6B2B">
              <w:rPr>
                <w:rFonts w:asciiTheme="majorHAnsi" w:hAnsiTheme="majorHAnsi" w:cstheme="majorHAnsi"/>
                <w:lang w:val="pl-PL"/>
              </w:rPr>
              <w:t>Określenie źródeł i przyczyn występowania zagrożeń oraz warunków sprzyjających ich powstawaniu.</w:t>
            </w:r>
          </w:p>
          <w:p w14:paraId="29C09019" w14:textId="77777777" w:rsidR="00BF6B2B" w:rsidRPr="00BF6B2B" w:rsidRDefault="00BF6B2B" w:rsidP="00BF6B2B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BF6B2B">
              <w:rPr>
                <w:rFonts w:asciiTheme="majorHAnsi" w:hAnsiTheme="majorHAnsi" w:cstheme="majorHAnsi"/>
                <w:lang w:val="pl-PL"/>
              </w:rPr>
              <w:t>Ocena prawdopodobieństwa wystąpienia zagrożenia i jego skutków dla bezpieczeństwa zdrowotnego konsumenta.</w:t>
            </w:r>
          </w:p>
          <w:p w14:paraId="64AF96E0" w14:textId="1B822941" w:rsidR="005143E8" w:rsidRPr="00D25628" w:rsidRDefault="00BF6B2B" w:rsidP="00BF6B2B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BF6B2B">
              <w:rPr>
                <w:rFonts w:asciiTheme="majorHAnsi" w:hAnsiTheme="majorHAnsi" w:cstheme="majorHAnsi"/>
                <w:lang w:val="pl-PL"/>
              </w:rPr>
              <w:t>Określenie działań zapobiegawczych i kontrolnych ograniczających możliwość wystąpienia lub rozwoju zagrożenia.</w:t>
            </w:r>
          </w:p>
        </w:tc>
      </w:tr>
      <w:tr w:rsidR="004C3613" w:rsidRPr="00940A96" w14:paraId="3E9FEAB3" w14:textId="77777777" w:rsidTr="007C4DE5">
        <w:tc>
          <w:tcPr>
            <w:tcW w:w="3539" w:type="dxa"/>
          </w:tcPr>
          <w:p w14:paraId="218BC834" w14:textId="0E0F1A7F" w:rsidR="004C3613" w:rsidRPr="00D25628" w:rsidRDefault="004C3613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Nazwa zagadnienia 3</w:t>
            </w:r>
          </w:p>
        </w:tc>
        <w:tc>
          <w:tcPr>
            <w:tcW w:w="5091" w:type="dxa"/>
          </w:tcPr>
          <w:p w14:paraId="0A8C2CD0" w14:textId="6F448DCD" w:rsidR="004C3613" w:rsidRPr="00D25628" w:rsidRDefault="00816B6C" w:rsidP="00474557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Opracowanie analizy zagrożeń </w:t>
            </w:r>
            <w:r w:rsidR="00BF6B2B" w:rsidRPr="00BF6B2B">
              <w:rPr>
                <w:rFonts w:asciiTheme="majorHAnsi" w:hAnsiTheme="majorHAnsi" w:cstheme="majorHAnsi"/>
                <w:lang w:val="pl-PL"/>
              </w:rPr>
              <w:t>fizycznych</w:t>
            </w:r>
            <w:r w:rsidR="00FD7E42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4C3613" w:rsidRPr="00D25628" w14:paraId="5D8A272E" w14:textId="77777777" w:rsidTr="007C4DE5">
        <w:tc>
          <w:tcPr>
            <w:tcW w:w="3539" w:type="dxa"/>
          </w:tcPr>
          <w:p w14:paraId="1BE4AB90" w14:textId="5001F619" w:rsidR="004C3613" w:rsidRPr="00D25628" w:rsidRDefault="004C3613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2E967819" w14:textId="1E442ADA" w:rsidR="004C3613" w:rsidRPr="00D25628" w:rsidRDefault="00BF6B2B" w:rsidP="004C3613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30</w:t>
            </w:r>
          </w:p>
        </w:tc>
      </w:tr>
      <w:tr w:rsidR="004C3613" w:rsidRPr="00053D9D" w14:paraId="0512F228" w14:textId="77777777" w:rsidTr="007C4DE5">
        <w:tc>
          <w:tcPr>
            <w:tcW w:w="3539" w:type="dxa"/>
          </w:tcPr>
          <w:p w14:paraId="4F02B610" w14:textId="3928FEE2" w:rsidR="004C3613" w:rsidRPr="00D25628" w:rsidRDefault="004C3613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3</w:t>
            </w:r>
          </w:p>
        </w:tc>
        <w:tc>
          <w:tcPr>
            <w:tcW w:w="5091" w:type="dxa"/>
          </w:tcPr>
          <w:p w14:paraId="1FB17FFD" w14:textId="08C7EBE8" w:rsidR="00816B6C" w:rsidRPr="00816B6C" w:rsidRDefault="00816B6C" w:rsidP="00816B6C">
            <w:pPr>
              <w:pStyle w:val="Akapitzlist"/>
              <w:numPr>
                <w:ilvl w:val="0"/>
                <w:numId w:val="13"/>
              </w:numPr>
              <w:ind w:left="747" w:hanging="426"/>
              <w:jc w:val="both"/>
              <w:rPr>
                <w:rFonts w:asciiTheme="majorHAnsi" w:hAnsiTheme="majorHAnsi" w:cstheme="majorHAnsi"/>
                <w:lang w:val="pl-PL"/>
              </w:rPr>
            </w:pPr>
            <w:r w:rsidRPr="00816B6C">
              <w:rPr>
                <w:rFonts w:asciiTheme="majorHAnsi" w:hAnsiTheme="majorHAnsi" w:cstheme="majorHAnsi"/>
                <w:lang w:val="pl-PL"/>
              </w:rPr>
              <w:t xml:space="preserve">Identyfikacja zagrożeń </w:t>
            </w:r>
            <w:r w:rsidR="00BF6B2B">
              <w:rPr>
                <w:rFonts w:asciiTheme="majorHAnsi" w:hAnsiTheme="majorHAnsi" w:cstheme="majorHAnsi"/>
                <w:lang w:val="pl-PL"/>
              </w:rPr>
              <w:t>fizycznych</w:t>
            </w:r>
            <w:r w:rsidRPr="00816B6C">
              <w:rPr>
                <w:rFonts w:asciiTheme="majorHAnsi" w:hAnsiTheme="majorHAnsi" w:cstheme="majorHAnsi"/>
                <w:lang w:val="pl-PL"/>
              </w:rPr>
              <w:t xml:space="preserve"> mogących wystąpić na poszczególnych etapach procesu technologicznego</w:t>
            </w:r>
            <w:r>
              <w:rPr>
                <w:rFonts w:asciiTheme="majorHAnsi" w:hAnsiTheme="majorHAnsi" w:cstheme="majorHAnsi"/>
                <w:lang w:val="pl-PL"/>
              </w:rPr>
              <w:t xml:space="preserve"> produkcji potraw</w:t>
            </w:r>
            <w:r w:rsidRPr="00816B6C">
              <w:rPr>
                <w:rFonts w:asciiTheme="majorHAnsi" w:hAnsiTheme="majorHAnsi" w:cstheme="majorHAnsi"/>
                <w:lang w:val="pl-PL"/>
              </w:rPr>
              <w:t>.</w:t>
            </w:r>
          </w:p>
          <w:p w14:paraId="7787DFC7" w14:textId="78B1DD59" w:rsidR="00816B6C" w:rsidRPr="00816B6C" w:rsidRDefault="00816B6C" w:rsidP="00816B6C">
            <w:pPr>
              <w:pStyle w:val="Akapitzlist"/>
              <w:numPr>
                <w:ilvl w:val="0"/>
                <w:numId w:val="13"/>
              </w:numPr>
              <w:ind w:left="747" w:hanging="426"/>
              <w:jc w:val="both"/>
              <w:rPr>
                <w:rFonts w:asciiTheme="majorHAnsi" w:hAnsiTheme="majorHAnsi" w:cstheme="majorHAnsi"/>
                <w:lang w:val="pl-PL"/>
              </w:rPr>
            </w:pPr>
            <w:r w:rsidRPr="00816B6C">
              <w:rPr>
                <w:rFonts w:asciiTheme="majorHAnsi" w:hAnsiTheme="majorHAnsi" w:cstheme="majorHAnsi"/>
                <w:lang w:val="pl-PL"/>
              </w:rPr>
              <w:t>Określenie źródeł i przyczyn występowania zagrożeń oraz warunków sprzyjających ich powstawaniu.</w:t>
            </w:r>
          </w:p>
          <w:p w14:paraId="32A0D173" w14:textId="77777777" w:rsidR="00816B6C" w:rsidRPr="00816B6C" w:rsidRDefault="00816B6C" w:rsidP="00816B6C">
            <w:pPr>
              <w:pStyle w:val="Akapitzlist"/>
              <w:numPr>
                <w:ilvl w:val="0"/>
                <w:numId w:val="13"/>
              </w:numPr>
              <w:ind w:left="747" w:hanging="426"/>
              <w:jc w:val="both"/>
              <w:rPr>
                <w:rFonts w:asciiTheme="majorHAnsi" w:hAnsiTheme="majorHAnsi" w:cstheme="majorHAnsi"/>
                <w:lang w:val="pl-PL"/>
              </w:rPr>
            </w:pPr>
            <w:r w:rsidRPr="00816B6C">
              <w:rPr>
                <w:rFonts w:asciiTheme="majorHAnsi" w:hAnsiTheme="majorHAnsi" w:cstheme="majorHAnsi"/>
                <w:lang w:val="pl-PL"/>
              </w:rPr>
              <w:t>Ocena prawdopodobieństwa wystąpienia zagrożenia i jego skutków dla bezpieczeństwa zdrowotnego konsumenta.</w:t>
            </w:r>
          </w:p>
          <w:p w14:paraId="360F53E9" w14:textId="5E9001DE" w:rsidR="004C3613" w:rsidRPr="00FD7E42" w:rsidRDefault="00816B6C" w:rsidP="00816B6C">
            <w:pPr>
              <w:pStyle w:val="Akapitzlist"/>
              <w:numPr>
                <w:ilvl w:val="0"/>
                <w:numId w:val="13"/>
              </w:numPr>
              <w:ind w:left="747" w:hanging="426"/>
              <w:jc w:val="both"/>
              <w:rPr>
                <w:rFonts w:asciiTheme="majorHAnsi" w:hAnsiTheme="majorHAnsi" w:cstheme="majorHAnsi"/>
                <w:lang w:val="pl-PL"/>
              </w:rPr>
            </w:pPr>
            <w:r w:rsidRPr="00816B6C">
              <w:rPr>
                <w:rFonts w:asciiTheme="majorHAnsi" w:hAnsiTheme="majorHAnsi" w:cstheme="majorHAnsi"/>
                <w:lang w:val="pl-PL"/>
              </w:rPr>
              <w:t>Określenie działań zapobiegawczych i kontrolnych ograniczających możliwość wystąpienia lub rozwoju zagrożenia.</w:t>
            </w:r>
          </w:p>
        </w:tc>
      </w:tr>
      <w:tr w:rsidR="00694179" w:rsidRPr="00053D9D" w14:paraId="018B6EB0" w14:textId="77777777" w:rsidTr="007C4DE5">
        <w:tc>
          <w:tcPr>
            <w:tcW w:w="3539" w:type="dxa"/>
          </w:tcPr>
          <w:p w14:paraId="6B5AC4B7" w14:textId="48FA91ED" w:rsidR="00694179" w:rsidRPr="00D25628" w:rsidRDefault="00694179" w:rsidP="00694179">
            <w:pPr>
              <w:rPr>
                <w:rFonts w:asciiTheme="majorHAnsi" w:hAnsiTheme="majorHAnsi" w:cstheme="majorHAnsi"/>
                <w:lang w:val="pl-PL"/>
              </w:rPr>
            </w:pPr>
            <w:r w:rsidRPr="00694179">
              <w:rPr>
                <w:rFonts w:asciiTheme="majorHAnsi" w:hAnsiTheme="majorHAnsi" w:cstheme="majorHAnsi"/>
                <w:lang w:val="pl-PL"/>
              </w:rPr>
              <w:t>Nazwa zagadnienia 4</w:t>
            </w:r>
          </w:p>
        </w:tc>
        <w:tc>
          <w:tcPr>
            <w:tcW w:w="5091" w:type="dxa"/>
          </w:tcPr>
          <w:p w14:paraId="14399EBD" w14:textId="0A5AEFC2" w:rsidR="00694179" w:rsidRPr="00FD7E42" w:rsidRDefault="00694179" w:rsidP="00694179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694179">
              <w:rPr>
                <w:rFonts w:asciiTheme="majorHAnsi" w:hAnsiTheme="majorHAnsi" w:cstheme="majorHAnsi"/>
                <w:lang w:val="pl-PL"/>
              </w:rPr>
              <w:t xml:space="preserve">Podsumowanie zajęć i prezentacja </w:t>
            </w:r>
            <w:r w:rsidR="00816B6C">
              <w:rPr>
                <w:rFonts w:asciiTheme="majorHAnsi" w:hAnsiTheme="majorHAnsi" w:cstheme="majorHAnsi"/>
                <w:lang w:val="pl-PL"/>
              </w:rPr>
              <w:t>wykonanego zadania</w:t>
            </w:r>
          </w:p>
        </w:tc>
      </w:tr>
      <w:tr w:rsidR="00126A5E" w:rsidRPr="00D25628" w14:paraId="668AE477" w14:textId="77777777" w:rsidTr="007C4DE5">
        <w:tc>
          <w:tcPr>
            <w:tcW w:w="3539" w:type="dxa"/>
          </w:tcPr>
          <w:p w14:paraId="41359E12" w14:textId="65E62173" w:rsidR="00126A5E" w:rsidRPr="00D25628" w:rsidRDefault="00126A5E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40FDE019" w14:textId="35217923" w:rsidR="00126A5E" w:rsidRPr="00FD7E42" w:rsidRDefault="00126A5E" w:rsidP="00FD7E42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FD7E42">
              <w:rPr>
                <w:rFonts w:asciiTheme="majorHAnsi" w:hAnsiTheme="majorHAnsi" w:cstheme="majorHAnsi"/>
                <w:lang w:val="pl-PL"/>
              </w:rPr>
              <w:t>1</w:t>
            </w:r>
            <w:r w:rsidR="00FD7E42" w:rsidRPr="00FD7E42">
              <w:rPr>
                <w:rFonts w:asciiTheme="majorHAnsi" w:hAnsiTheme="majorHAnsi" w:cstheme="majorHAnsi"/>
                <w:lang w:val="pl-PL"/>
              </w:rPr>
              <w:t>5</w:t>
            </w:r>
          </w:p>
        </w:tc>
      </w:tr>
      <w:tr w:rsidR="00126A5E" w:rsidRPr="00053D9D" w14:paraId="7DB92227" w14:textId="77777777" w:rsidTr="007C4DE5">
        <w:tc>
          <w:tcPr>
            <w:tcW w:w="3539" w:type="dxa"/>
          </w:tcPr>
          <w:p w14:paraId="04B20403" w14:textId="397BB3D6" w:rsidR="00126A5E" w:rsidRPr="00D25628" w:rsidRDefault="00126A5E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Sekwencja działań, zadań ćwiczeń lub innych aktywności w ramach zagadnienia </w:t>
            </w:r>
            <w:r w:rsidR="00694179">
              <w:rPr>
                <w:rFonts w:asciiTheme="majorHAnsi" w:hAnsiTheme="majorHAnsi" w:cstheme="majorHAnsi"/>
                <w:lang w:val="pl-PL"/>
              </w:rPr>
              <w:t>4</w:t>
            </w:r>
          </w:p>
        </w:tc>
        <w:tc>
          <w:tcPr>
            <w:tcW w:w="5091" w:type="dxa"/>
          </w:tcPr>
          <w:p w14:paraId="3AF04C0A" w14:textId="1BCE543B" w:rsidR="00126A5E" w:rsidRPr="00D25628" w:rsidRDefault="00126A5E" w:rsidP="00FD7E42">
            <w:pPr>
              <w:pStyle w:val="Akapitzlist"/>
              <w:numPr>
                <w:ilvl w:val="0"/>
                <w:numId w:val="14"/>
              </w:numPr>
              <w:ind w:left="747" w:hanging="426"/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Prezentacja </w:t>
            </w:r>
            <w:r w:rsidR="00816B6C">
              <w:rPr>
                <w:rFonts w:asciiTheme="majorHAnsi" w:hAnsiTheme="majorHAnsi" w:cstheme="majorHAnsi"/>
                <w:lang w:val="pl-PL"/>
              </w:rPr>
              <w:t>przeprowadzonej analizy zagrożeń</w:t>
            </w:r>
            <w:r w:rsidRPr="00D25628">
              <w:rPr>
                <w:rFonts w:asciiTheme="majorHAnsi" w:hAnsiTheme="majorHAnsi" w:cstheme="majorHAnsi"/>
                <w:lang w:val="pl-PL"/>
              </w:rPr>
              <w:t>.</w:t>
            </w:r>
          </w:p>
          <w:p w14:paraId="3C50AAE7" w14:textId="0C926726" w:rsidR="00126A5E" w:rsidRPr="00B1773C" w:rsidRDefault="00126A5E" w:rsidP="00B1773C">
            <w:pPr>
              <w:pStyle w:val="Akapitzlist"/>
              <w:numPr>
                <w:ilvl w:val="0"/>
                <w:numId w:val="14"/>
              </w:numPr>
              <w:ind w:left="747" w:hanging="426"/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Weryfikacja poprawności </w:t>
            </w:r>
            <w:r w:rsidR="00B1773C">
              <w:rPr>
                <w:rFonts w:asciiTheme="majorHAnsi" w:hAnsiTheme="majorHAnsi" w:cstheme="majorHAnsi"/>
                <w:lang w:val="pl-PL"/>
              </w:rPr>
              <w:t>wykonania zadania</w:t>
            </w:r>
            <w:r w:rsidRPr="00D25628">
              <w:rPr>
                <w:rFonts w:asciiTheme="majorHAnsi" w:hAnsiTheme="majorHAnsi" w:cstheme="majorHAnsi"/>
                <w:lang w:val="pl-PL"/>
              </w:rPr>
              <w:t xml:space="preserve"> przez prowadzącego.</w:t>
            </w:r>
          </w:p>
        </w:tc>
      </w:tr>
    </w:tbl>
    <w:p w14:paraId="7A4BDF2E" w14:textId="77777777" w:rsidR="005143E8" w:rsidRPr="00D25628" w:rsidRDefault="00FD3E5E">
      <w:pPr>
        <w:pStyle w:val="Nagwek1"/>
        <w:rPr>
          <w:rFonts w:cstheme="majorHAnsi"/>
          <w:color w:val="auto"/>
          <w:sz w:val="24"/>
          <w:lang w:val="pl-PL"/>
        </w:rPr>
      </w:pPr>
      <w:r w:rsidRPr="00D25628">
        <w:rPr>
          <w:rFonts w:cstheme="majorHAnsi"/>
          <w:color w:val="auto"/>
          <w:sz w:val="24"/>
          <w:lang w:val="pl-PL"/>
        </w:rPr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5143E8" w:rsidRPr="00D25628" w14:paraId="11C15CBA" w14:textId="77777777" w:rsidTr="007C4DE5">
        <w:tc>
          <w:tcPr>
            <w:tcW w:w="3539" w:type="dxa"/>
          </w:tcPr>
          <w:p w14:paraId="4BBDEDE8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Wykorzystane metody dydaktyczne</w:t>
            </w:r>
          </w:p>
        </w:tc>
        <w:tc>
          <w:tcPr>
            <w:tcW w:w="5091" w:type="dxa"/>
          </w:tcPr>
          <w:p w14:paraId="1FC81173" w14:textId="2E344EB4" w:rsidR="00126A5E" w:rsidRPr="00D25628" w:rsidRDefault="00126A5E" w:rsidP="00126A5E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Teoretyczne wprowadzenie </w:t>
            </w:r>
            <w:r w:rsidR="00FA3BAE" w:rsidRPr="00D25628">
              <w:rPr>
                <w:rFonts w:asciiTheme="majorHAnsi" w:hAnsiTheme="majorHAnsi" w:cstheme="majorHAnsi"/>
                <w:lang w:val="pl-PL"/>
              </w:rPr>
              <w:t xml:space="preserve">w </w:t>
            </w:r>
            <w:r w:rsidR="00117B6A" w:rsidRPr="00D25628">
              <w:rPr>
                <w:rFonts w:asciiTheme="majorHAnsi" w:hAnsiTheme="majorHAnsi" w:cstheme="majorHAnsi"/>
                <w:lang w:val="pl-PL"/>
              </w:rPr>
              <w:t>formie ustnej</w:t>
            </w:r>
            <w:r w:rsidR="00FA3BAE" w:rsidRPr="00D25628">
              <w:rPr>
                <w:rFonts w:asciiTheme="majorHAnsi" w:hAnsiTheme="majorHAnsi" w:cstheme="majorHAnsi"/>
                <w:lang w:val="pl-PL"/>
              </w:rPr>
              <w:t xml:space="preserve"> prezentacji</w:t>
            </w:r>
            <w:r w:rsidRPr="00D25628">
              <w:rPr>
                <w:rFonts w:asciiTheme="majorHAnsi" w:hAnsiTheme="majorHAnsi" w:cstheme="majorHAnsi"/>
                <w:lang w:val="pl-PL"/>
              </w:rPr>
              <w:t>.</w:t>
            </w:r>
          </w:p>
          <w:p w14:paraId="59521BE1" w14:textId="77777777" w:rsidR="00126A5E" w:rsidRPr="00D25628" w:rsidRDefault="00126A5E" w:rsidP="00126A5E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Instruktaż wykonania zadania.</w:t>
            </w:r>
          </w:p>
          <w:p w14:paraId="3E045BEF" w14:textId="22870D13" w:rsidR="00126A5E" w:rsidRPr="00D25628" w:rsidRDefault="009D468A" w:rsidP="00126A5E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lastRenderedPageBreak/>
              <w:t>Praca projektowa w grupie</w:t>
            </w:r>
            <w:r w:rsidR="00126A5E" w:rsidRPr="00D25628">
              <w:rPr>
                <w:rFonts w:asciiTheme="majorHAnsi" w:hAnsiTheme="majorHAnsi" w:cstheme="majorHAnsi"/>
                <w:lang w:val="pl-PL"/>
              </w:rPr>
              <w:t xml:space="preserve"> pod nadzorem prowadzącego.</w:t>
            </w:r>
          </w:p>
          <w:p w14:paraId="505CC368" w14:textId="76529346" w:rsidR="00126A5E" w:rsidRPr="00474557" w:rsidRDefault="00126A5E" w:rsidP="00474557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Pytania kontrolne. </w:t>
            </w:r>
          </w:p>
        </w:tc>
      </w:tr>
      <w:tr w:rsidR="005143E8" w:rsidRPr="00053D9D" w14:paraId="241D4086" w14:textId="77777777" w:rsidTr="007C4DE5">
        <w:tc>
          <w:tcPr>
            <w:tcW w:w="3539" w:type="dxa"/>
          </w:tcPr>
          <w:p w14:paraId="420F0D48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lastRenderedPageBreak/>
              <w:t>Narzędzia dydaktyczne</w:t>
            </w:r>
          </w:p>
        </w:tc>
        <w:tc>
          <w:tcPr>
            <w:tcW w:w="5091" w:type="dxa"/>
          </w:tcPr>
          <w:p w14:paraId="567D6875" w14:textId="3FA705ED" w:rsidR="005143E8" w:rsidRPr="00B1773C" w:rsidRDefault="00DB4A29" w:rsidP="00B1773C">
            <w:pPr>
              <w:pStyle w:val="Akapitzlist"/>
              <w:numPr>
                <w:ilvl w:val="0"/>
                <w:numId w:val="15"/>
              </w:num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Komputer z dostępem do Internetu i pakietem MS Office.</w:t>
            </w:r>
          </w:p>
        </w:tc>
      </w:tr>
      <w:tr w:rsidR="00521628" w:rsidRPr="00D25628" w14:paraId="2A988B57" w14:textId="77777777" w:rsidTr="007C4DE5">
        <w:tc>
          <w:tcPr>
            <w:tcW w:w="3539" w:type="dxa"/>
          </w:tcPr>
          <w:p w14:paraId="11411D5D" w14:textId="77777777" w:rsidR="0052162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Formy pracy</w:t>
            </w:r>
          </w:p>
        </w:tc>
        <w:tc>
          <w:tcPr>
            <w:tcW w:w="5091" w:type="dxa"/>
          </w:tcPr>
          <w:p w14:paraId="0A10339C" w14:textId="675BCAE3" w:rsidR="00521628" w:rsidRPr="00D25628" w:rsidRDefault="00126A5E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P</w:t>
            </w:r>
            <w:r w:rsidR="00521628" w:rsidRPr="00D25628">
              <w:rPr>
                <w:rFonts w:asciiTheme="majorHAnsi" w:hAnsiTheme="majorHAnsi" w:cstheme="majorHAnsi"/>
                <w:lang w:val="pl-PL"/>
              </w:rPr>
              <w:t>raca grupowa</w:t>
            </w:r>
          </w:p>
        </w:tc>
      </w:tr>
      <w:tr w:rsidR="005143E8" w:rsidRPr="00A739C4" w14:paraId="54C9D88F" w14:textId="77777777" w:rsidTr="007C4DE5">
        <w:tc>
          <w:tcPr>
            <w:tcW w:w="3539" w:type="dxa"/>
          </w:tcPr>
          <w:p w14:paraId="39264DC4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Literatura inne źródła</w:t>
            </w:r>
          </w:p>
        </w:tc>
        <w:tc>
          <w:tcPr>
            <w:tcW w:w="5091" w:type="dxa"/>
          </w:tcPr>
          <w:p w14:paraId="0D8224C9" w14:textId="03BC0CDF" w:rsidR="00126A5E" w:rsidRPr="00D25628" w:rsidRDefault="00B1773C" w:rsidP="00474557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B1773C">
              <w:rPr>
                <w:rFonts w:asciiTheme="majorHAnsi" w:hAnsiTheme="majorHAnsi" w:cstheme="majorHAnsi"/>
                <w:lang w:val="pl-PL"/>
              </w:rPr>
              <w:t>Kołożyn-Krajewska D., Sikora T. Zarządzanie bezpieczeństwem żywności. Teoria i praktyka. Wydawnictwo: C.H. Beck Wydawnictwo Polska, 2010</w:t>
            </w:r>
            <w:r w:rsidRPr="00B1773C">
              <w:t xml:space="preserve"> </w:t>
            </w:r>
          </w:p>
        </w:tc>
      </w:tr>
      <w:tr w:rsidR="00521628" w:rsidRPr="00053D9D" w14:paraId="436CAE5E" w14:textId="77777777" w:rsidTr="007C4DE5">
        <w:tc>
          <w:tcPr>
            <w:tcW w:w="3539" w:type="dxa"/>
          </w:tcPr>
          <w:p w14:paraId="5E85BFDD" w14:textId="77777777" w:rsidR="0052162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Uwagi dodatkowe</w:t>
            </w:r>
          </w:p>
        </w:tc>
        <w:tc>
          <w:tcPr>
            <w:tcW w:w="5091" w:type="dxa"/>
          </w:tcPr>
          <w:p w14:paraId="4C1E59ED" w14:textId="7B04FC3F" w:rsidR="00521628" w:rsidRPr="00D25628" w:rsidRDefault="00126A5E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Wykorzystanie edytora tekstu do tworzenia </w:t>
            </w:r>
            <w:r w:rsidR="00474557" w:rsidRPr="00D25628">
              <w:rPr>
                <w:rFonts w:asciiTheme="majorHAnsi" w:hAnsiTheme="majorHAnsi" w:cstheme="majorHAnsi"/>
                <w:lang w:val="pl-PL"/>
              </w:rPr>
              <w:t>spójnej dokumentacji</w:t>
            </w:r>
            <w:r w:rsidRPr="00D25628">
              <w:rPr>
                <w:rFonts w:asciiTheme="majorHAnsi" w:hAnsiTheme="majorHAnsi" w:cstheme="majorHAnsi"/>
                <w:lang w:val="pl-PL"/>
              </w:rPr>
              <w:t xml:space="preserve"> systemowej.</w:t>
            </w:r>
          </w:p>
        </w:tc>
      </w:tr>
      <w:tr w:rsidR="005143E8" w:rsidRPr="00D25628" w14:paraId="05B91DEC" w14:textId="77777777" w:rsidTr="007C4DE5">
        <w:tc>
          <w:tcPr>
            <w:tcW w:w="3539" w:type="dxa"/>
          </w:tcPr>
          <w:p w14:paraId="3B6A1AC0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Załączniki</w:t>
            </w:r>
          </w:p>
        </w:tc>
        <w:tc>
          <w:tcPr>
            <w:tcW w:w="5091" w:type="dxa"/>
          </w:tcPr>
          <w:p w14:paraId="7090FFFA" w14:textId="3E5F8FA7" w:rsidR="005143E8" w:rsidRPr="00D25628" w:rsidRDefault="00FA3BAE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Brak</w:t>
            </w:r>
          </w:p>
        </w:tc>
      </w:tr>
    </w:tbl>
    <w:p w14:paraId="29BDA334" w14:textId="77777777" w:rsidR="00C66032" w:rsidRPr="00D25628" w:rsidRDefault="00C66032" w:rsidP="00C66032">
      <w:pPr>
        <w:pStyle w:val="Nagwek1"/>
        <w:rPr>
          <w:rFonts w:cstheme="majorHAnsi"/>
          <w:color w:val="auto"/>
          <w:sz w:val="24"/>
          <w:lang w:val="pl-PL"/>
        </w:rPr>
      </w:pPr>
      <w:r w:rsidRPr="00D25628">
        <w:rPr>
          <w:rFonts w:cstheme="majorHAnsi"/>
          <w:color w:val="auto"/>
          <w:sz w:val="24"/>
          <w:lang w:val="pl-PL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C66032" w:rsidRPr="00053D9D" w14:paraId="75A3070F" w14:textId="77777777" w:rsidTr="007C4DE5">
        <w:tc>
          <w:tcPr>
            <w:tcW w:w="3539" w:type="dxa"/>
          </w:tcPr>
          <w:p w14:paraId="6B2ACBC5" w14:textId="77777777" w:rsidR="00C66032" w:rsidRPr="00D25628" w:rsidRDefault="00661996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Efekty uczenia się</w:t>
            </w:r>
          </w:p>
        </w:tc>
        <w:tc>
          <w:tcPr>
            <w:tcW w:w="5091" w:type="dxa"/>
          </w:tcPr>
          <w:p w14:paraId="3F60AD7F" w14:textId="3E4641DB" w:rsidR="000643A4" w:rsidRPr="000643A4" w:rsidRDefault="00DB4A29" w:rsidP="000643A4">
            <w:pPr>
              <w:pStyle w:val="Akapitzlist"/>
              <w:numPr>
                <w:ilvl w:val="0"/>
                <w:numId w:val="16"/>
              </w:numPr>
              <w:rPr>
                <w:rFonts w:asciiTheme="majorHAnsi" w:hAnsiTheme="majorHAnsi" w:cstheme="majorHAnsi"/>
                <w:lang w:val="pl-PL"/>
              </w:rPr>
            </w:pPr>
            <w:r w:rsidRPr="000643A4">
              <w:rPr>
                <w:rFonts w:asciiTheme="majorHAnsi" w:hAnsiTheme="majorHAnsi" w:cstheme="majorHAnsi"/>
                <w:lang w:val="pl-PL"/>
              </w:rPr>
              <w:t xml:space="preserve">Student </w:t>
            </w:r>
            <w:r w:rsidR="000643A4">
              <w:rPr>
                <w:rFonts w:asciiTheme="majorHAnsi" w:hAnsiTheme="majorHAnsi" w:cstheme="majorHAnsi"/>
                <w:lang w:val="pl-PL"/>
              </w:rPr>
              <w:t>i</w:t>
            </w:r>
            <w:r w:rsidR="000643A4" w:rsidRPr="000643A4">
              <w:rPr>
                <w:rFonts w:asciiTheme="majorHAnsi" w:hAnsiTheme="majorHAnsi" w:cstheme="majorHAnsi"/>
                <w:lang w:val="pl-PL"/>
              </w:rPr>
              <w:t>dentyfik</w:t>
            </w:r>
            <w:r w:rsidR="000643A4">
              <w:rPr>
                <w:rFonts w:asciiTheme="majorHAnsi" w:hAnsiTheme="majorHAnsi" w:cstheme="majorHAnsi"/>
                <w:lang w:val="pl-PL"/>
              </w:rPr>
              <w:t xml:space="preserve">uje </w:t>
            </w:r>
            <w:r w:rsidR="000643A4" w:rsidRPr="000643A4">
              <w:rPr>
                <w:rFonts w:asciiTheme="majorHAnsi" w:hAnsiTheme="majorHAnsi" w:cstheme="majorHAnsi"/>
                <w:lang w:val="pl-PL"/>
              </w:rPr>
              <w:t>zagroże</w:t>
            </w:r>
            <w:r w:rsidR="000643A4">
              <w:rPr>
                <w:rFonts w:asciiTheme="majorHAnsi" w:hAnsiTheme="majorHAnsi" w:cstheme="majorHAnsi"/>
                <w:lang w:val="pl-PL"/>
              </w:rPr>
              <w:t>nia</w:t>
            </w:r>
            <w:r w:rsidR="000643A4" w:rsidRPr="000643A4"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="000643A4">
              <w:rPr>
                <w:rFonts w:asciiTheme="majorHAnsi" w:hAnsiTheme="majorHAnsi" w:cstheme="majorHAnsi"/>
                <w:lang w:val="pl-PL"/>
              </w:rPr>
              <w:t xml:space="preserve">chemiczne i fizyczne </w:t>
            </w:r>
            <w:r w:rsidR="000643A4" w:rsidRPr="000643A4">
              <w:rPr>
                <w:rFonts w:asciiTheme="majorHAnsi" w:hAnsiTheme="majorHAnsi" w:cstheme="majorHAnsi"/>
                <w:lang w:val="pl-PL"/>
              </w:rPr>
              <w:t>mogąc</w:t>
            </w:r>
            <w:r w:rsidR="000643A4">
              <w:rPr>
                <w:rFonts w:asciiTheme="majorHAnsi" w:hAnsiTheme="majorHAnsi" w:cstheme="majorHAnsi"/>
                <w:lang w:val="pl-PL"/>
              </w:rPr>
              <w:t>e</w:t>
            </w:r>
            <w:r w:rsidR="000643A4" w:rsidRPr="000643A4">
              <w:rPr>
                <w:rFonts w:asciiTheme="majorHAnsi" w:hAnsiTheme="majorHAnsi" w:cstheme="majorHAnsi"/>
                <w:lang w:val="pl-PL"/>
              </w:rPr>
              <w:t xml:space="preserve"> wystąpić na poszczególnych etapach procesu technologicznego produkcji potraw.</w:t>
            </w:r>
          </w:p>
          <w:p w14:paraId="4056F48E" w14:textId="1B273F5C" w:rsidR="000643A4" w:rsidRPr="000643A4" w:rsidRDefault="000643A4" w:rsidP="000643A4">
            <w:pPr>
              <w:pStyle w:val="Akapitzlist"/>
              <w:numPr>
                <w:ilvl w:val="0"/>
                <w:numId w:val="16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0643A4">
              <w:rPr>
                <w:rFonts w:asciiTheme="majorHAnsi" w:hAnsiTheme="majorHAnsi" w:cstheme="majorHAnsi"/>
                <w:lang w:val="pl-PL"/>
              </w:rPr>
              <w:t xml:space="preserve">Student umie </w:t>
            </w:r>
            <w:r>
              <w:rPr>
                <w:rFonts w:asciiTheme="majorHAnsi" w:hAnsiTheme="majorHAnsi" w:cstheme="majorHAnsi"/>
                <w:lang w:val="pl-PL"/>
              </w:rPr>
              <w:t>o</w:t>
            </w:r>
            <w:r w:rsidRPr="000643A4">
              <w:rPr>
                <w:rFonts w:asciiTheme="majorHAnsi" w:hAnsiTheme="majorHAnsi" w:cstheme="majorHAnsi"/>
                <w:lang w:val="pl-PL"/>
              </w:rPr>
              <w:t>kreśl</w:t>
            </w:r>
            <w:r>
              <w:rPr>
                <w:rFonts w:asciiTheme="majorHAnsi" w:hAnsiTheme="majorHAnsi" w:cstheme="majorHAnsi"/>
                <w:lang w:val="pl-PL"/>
              </w:rPr>
              <w:t>ić</w:t>
            </w:r>
            <w:r w:rsidRPr="000643A4">
              <w:rPr>
                <w:rFonts w:asciiTheme="majorHAnsi" w:hAnsiTheme="majorHAnsi" w:cstheme="majorHAnsi"/>
                <w:lang w:val="pl-PL"/>
              </w:rPr>
              <w:t xml:space="preserve"> źródł</w:t>
            </w:r>
            <w:r>
              <w:rPr>
                <w:rFonts w:asciiTheme="majorHAnsi" w:hAnsiTheme="majorHAnsi" w:cstheme="majorHAnsi"/>
                <w:lang w:val="pl-PL"/>
              </w:rPr>
              <w:t>a</w:t>
            </w:r>
            <w:r w:rsidRPr="000643A4">
              <w:rPr>
                <w:rFonts w:asciiTheme="majorHAnsi" w:hAnsiTheme="majorHAnsi" w:cstheme="majorHAnsi"/>
                <w:lang w:val="pl-PL"/>
              </w:rPr>
              <w:t xml:space="preserve"> i przyczyn</w:t>
            </w:r>
            <w:r>
              <w:rPr>
                <w:rFonts w:asciiTheme="majorHAnsi" w:hAnsiTheme="majorHAnsi" w:cstheme="majorHAnsi"/>
                <w:lang w:val="pl-PL"/>
              </w:rPr>
              <w:t>y</w:t>
            </w:r>
            <w:r w:rsidRPr="000643A4">
              <w:rPr>
                <w:rFonts w:asciiTheme="majorHAnsi" w:hAnsiTheme="majorHAnsi" w:cstheme="majorHAnsi"/>
                <w:lang w:val="pl-PL"/>
              </w:rPr>
              <w:t xml:space="preserve"> występowania zagrożeń oraz warunków sprzyjających ich powstawaniu.</w:t>
            </w:r>
          </w:p>
          <w:p w14:paraId="63D82226" w14:textId="4915C5F7" w:rsidR="000643A4" w:rsidRPr="000643A4" w:rsidRDefault="000643A4" w:rsidP="000643A4">
            <w:pPr>
              <w:pStyle w:val="Akapitzlist"/>
              <w:numPr>
                <w:ilvl w:val="0"/>
                <w:numId w:val="16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0643A4">
              <w:rPr>
                <w:rFonts w:asciiTheme="majorHAnsi" w:hAnsiTheme="majorHAnsi" w:cstheme="majorHAnsi"/>
                <w:lang w:val="pl-PL"/>
              </w:rPr>
              <w:t xml:space="preserve">Student umie </w:t>
            </w:r>
            <w:r>
              <w:rPr>
                <w:rFonts w:asciiTheme="majorHAnsi" w:hAnsiTheme="majorHAnsi" w:cstheme="majorHAnsi"/>
                <w:lang w:val="pl-PL"/>
              </w:rPr>
              <w:t>o</w:t>
            </w:r>
            <w:r w:rsidRPr="000643A4">
              <w:rPr>
                <w:rFonts w:asciiTheme="majorHAnsi" w:hAnsiTheme="majorHAnsi" w:cstheme="majorHAnsi"/>
                <w:lang w:val="pl-PL"/>
              </w:rPr>
              <w:t>kreśl</w:t>
            </w:r>
            <w:r>
              <w:rPr>
                <w:rFonts w:asciiTheme="majorHAnsi" w:hAnsiTheme="majorHAnsi" w:cstheme="majorHAnsi"/>
                <w:lang w:val="pl-PL"/>
              </w:rPr>
              <w:t>ić</w:t>
            </w:r>
            <w:r w:rsidRPr="000643A4">
              <w:rPr>
                <w:rFonts w:asciiTheme="majorHAnsi" w:hAnsiTheme="majorHAnsi" w:cstheme="majorHAnsi"/>
                <w:lang w:val="pl-PL"/>
              </w:rPr>
              <w:t xml:space="preserve"> działa</w:t>
            </w:r>
            <w:r>
              <w:rPr>
                <w:rFonts w:asciiTheme="majorHAnsi" w:hAnsiTheme="majorHAnsi" w:cstheme="majorHAnsi"/>
                <w:lang w:val="pl-PL"/>
              </w:rPr>
              <w:t>nia</w:t>
            </w:r>
            <w:r w:rsidRPr="000643A4">
              <w:rPr>
                <w:rFonts w:asciiTheme="majorHAnsi" w:hAnsiTheme="majorHAnsi" w:cstheme="majorHAnsi"/>
                <w:lang w:val="pl-PL"/>
              </w:rPr>
              <w:t xml:space="preserve"> zapobiegawcz</w:t>
            </w:r>
            <w:r>
              <w:rPr>
                <w:rFonts w:asciiTheme="majorHAnsi" w:hAnsiTheme="majorHAnsi" w:cstheme="majorHAnsi"/>
                <w:lang w:val="pl-PL"/>
              </w:rPr>
              <w:t>e</w:t>
            </w:r>
            <w:r w:rsidRPr="000643A4">
              <w:rPr>
                <w:rFonts w:asciiTheme="majorHAnsi" w:hAnsiTheme="majorHAnsi" w:cstheme="majorHAnsi"/>
                <w:lang w:val="pl-PL"/>
              </w:rPr>
              <w:t xml:space="preserve"> i kontroln</w:t>
            </w:r>
            <w:r>
              <w:rPr>
                <w:rFonts w:asciiTheme="majorHAnsi" w:hAnsiTheme="majorHAnsi" w:cstheme="majorHAnsi"/>
                <w:lang w:val="pl-PL"/>
              </w:rPr>
              <w:t>e</w:t>
            </w:r>
            <w:r w:rsidRPr="000643A4">
              <w:rPr>
                <w:rFonts w:asciiTheme="majorHAnsi" w:hAnsiTheme="majorHAnsi" w:cstheme="majorHAnsi"/>
                <w:lang w:val="pl-PL"/>
              </w:rPr>
              <w:t xml:space="preserve"> ograniczając</w:t>
            </w:r>
            <w:r>
              <w:rPr>
                <w:rFonts w:asciiTheme="majorHAnsi" w:hAnsiTheme="majorHAnsi" w:cstheme="majorHAnsi"/>
                <w:lang w:val="pl-PL"/>
              </w:rPr>
              <w:t>e</w:t>
            </w:r>
            <w:r w:rsidRPr="000643A4">
              <w:rPr>
                <w:rFonts w:asciiTheme="majorHAnsi" w:hAnsiTheme="majorHAnsi" w:cstheme="majorHAnsi"/>
                <w:lang w:val="pl-PL"/>
              </w:rPr>
              <w:t xml:space="preserve"> możliwość wystąpienia zagrożenia.</w:t>
            </w:r>
          </w:p>
        </w:tc>
      </w:tr>
      <w:tr w:rsidR="00C66032" w:rsidRPr="00053D9D" w14:paraId="27B75A42" w14:textId="77777777" w:rsidTr="007C4DE5">
        <w:tc>
          <w:tcPr>
            <w:tcW w:w="3539" w:type="dxa"/>
          </w:tcPr>
          <w:p w14:paraId="0A52C2F0" w14:textId="77777777" w:rsidR="00C66032" w:rsidRPr="00D25628" w:rsidRDefault="00661996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Metody weryfikacji efektów uczenia się</w:t>
            </w:r>
          </w:p>
        </w:tc>
        <w:tc>
          <w:tcPr>
            <w:tcW w:w="5091" w:type="dxa"/>
          </w:tcPr>
          <w:p w14:paraId="4CDFA876" w14:textId="77777777" w:rsidR="00C66032" w:rsidRPr="00D25628" w:rsidRDefault="009D468A" w:rsidP="009D468A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Ocena poprawności formalnej i merytorycznej przygotowanego fragmentu dokumentacji systemowej.</w:t>
            </w:r>
          </w:p>
          <w:p w14:paraId="35B4CAEE" w14:textId="50C16110" w:rsidR="009D468A" w:rsidRPr="00D25628" w:rsidRDefault="009D468A" w:rsidP="009D468A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Aktywny udział w dyskusji oraz </w:t>
            </w:r>
            <w:r w:rsidR="00D15E58">
              <w:rPr>
                <w:rFonts w:asciiTheme="majorHAnsi" w:hAnsiTheme="majorHAnsi" w:cstheme="majorHAnsi"/>
                <w:lang w:val="pl-PL"/>
              </w:rPr>
              <w:t xml:space="preserve">udzielanie </w:t>
            </w:r>
            <w:r w:rsidRPr="00D25628">
              <w:rPr>
                <w:rFonts w:asciiTheme="majorHAnsi" w:hAnsiTheme="majorHAnsi" w:cstheme="majorHAnsi"/>
                <w:lang w:val="pl-PL"/>
              </w:rPr>
              <w:t xml:space="preserve">odpowiedzi na pytania kontrolne </w:t>
            </w:r>
            <w:r w:rsidR="00D15E58">
              <w:rPr>
                <w:rFonts w:asciiTheme="majorHAnsi" w:hAnsiTheme="majorHAnsi" w:cstheme="majorHAnsi"/>
                <w:lang w:val="pl-PL"/>
              </w:rPr>
              <w:t>podczas</w:t>
            </w:r>
            <w:r w:rsidRPr="00D25628">
              <w:rPr>
                <w:rFonts w:asciiTheme="majorHAnsi" w:hAnsiTheme="majorHAnsi" w:cstheme="majorHAnsi"/>
                <w:lang w:val="pl-PL"/>
              </w:rPr>
              <w:t xml:space="preserve"> realizacji zajęć.</w:t>
            </w:r>
          </w:p>
          <w:p w14:paraId="240D27AA" w14:textId="0654E654" w:rsidR="009D468A" w:rsidRPr="00B1773C" w:rsidRDefault="009D468A" w:rsidP="008A6413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Obserwacja pracy w grupie i ocena zaangażowania w realizację zadania.</w:t>
            </w:r>
          </w:p>
        </w:tc>
      </w:tr>
    </w:tbl>
    <w:p w14:paraId="400E63FA" w14:textId="77777777" w:rsidR="00C66032" w:rsidRPr="00D25628" w:rsidRDefault="004B726D" w:rsidP="004B726D">
      <w:pPr>
        <w:pStyle w:val="Nagwek1"/>
        <w:rPr>
          <w:rFonts w:cstheme="majorHAnsi"/>
          <w:color w:val="auto"/>
          <w:sz w:val="24"/>
          <w:lang w:val="pl-PL"/>
        </w:rPr>
      </w:pPr>
      <w:r w:rsidRPr="00D25628">
        <w:rPr>
          <w:rFonts w:cstheme="majorHAnsi"/>
          <w:color w:val="auto"/>
          <w:sz w:val="24"/>
          <w:lang w:val="pl-PL"/>
        </w:rPr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DB4A29" w:rsidRPr="00053D9D" w14:paraId="49FA32A6" w14:textId="77777777" w:rsidTr="007C4DE5">
        <w:tc>
          <w:tcPr>
            <w:tcW w:w="3539" w:type="dxa"/>
          </w:tcPr>
          <w:p w14:paraId="031E4B09" w14:textId="77777777" w:rsidR="00DB4A29" w:rsidRPr="00D25628" w:rsidRDefault="00DB4A29" w:rsidP="00DB4A29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Autor scenariusza</w:t>
            </w:r>
          </w:p>
        </w:tc>
        <w:tc>
          <w:tcPr>
            <w:tcW w:w="5091" w:type="dxa"/>
          </w:tcPr>
          <w:p w14:paraId="3C314A3F" w14:textId="7E6B1D2B" w:rsidR="00DB4A29" w:rsidRPr="00D25628" w:rsidRDefault="00D15E58" w:rsidP="00DB4A29">
            <w:pPr>
              <w:rPr>
                <w:rFonts w:asciiTheme="majorHAnsi" w:hAnsiTheme="majorHAnsi" w:cstheme="majorHAnsi"/>
                <w:lang w:val="pl-PL"/>
              </w:rPr>
            </w:pPr>
            <w:r w:rsidRPr="00F65142">
              <w:rPr>
                <w:lang w:val="pl-PL"/>
              </w:rPr>
              <w:t>d</w:t>
            </w:r>
            <w:r w:rsidR="00DB4A29" w:rsidRPr="00F65142">
              <w:rPr>
                <w:lang w:val="pl-PL"/>
              </w:rPr>
              <w:t xml:space="preserve">r hab. </w:t>
            </w:r>
            <w:r w:rsidR="00F65142" w:rsidRPr="00F65142">
              <w:rPr>
                <w:lang w:val="pl-PL"/>
              </w:rPr>
              <w:t>Beata Bilska, prof.</w:t>
            </w:r>
            <w:r w:rsidR="00F65142">
              <w:rPr>
                <w:lang w:val="pl-PL"/>
              </w:rPr>
              <w:t xml:space="preserve"> SGGW</w:t>
            </w:r>
            <w:r w:rsidR="00DB4A29" w:rsidRPr="00F65142">
              <w:rPr>
                <w:lang w:val="pl-PL"/>
              </w:rPr>
              <w:t xml:space="preserve"> </w:t>
            </w:r>
          </w:p>
        </w:tc>
      </w:tr>
      <w:tr w:rsidR="00DB4A29" w:rsidRPr="00D25628" w14:paraId="134D27B0" w14:textId="77777777" w:rsidTr="007C4DE5">
        <w:tc>
          <w:tcPr>
            <w:tcW w:w="3539" w:type="dxa"/>
          </w:tcPr>
          <w:p w14:paraId="1E75DA08" w14:textId="77777777" w:rsidR="00DB4A29" w:rsidRPr="00D25628" w:rsidRDefault="00DB4A29" w:rsidP="00DB4A29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Autor załączników</w:t>
            </w:r>
          </w:p>
        </w:tc>
        <w:tc>
          <w:tcPr>
            <w:tcW w:w="5091" w:type="dxa"/>
          </w:tcPr>
          <w:p w14:paraId="2A3A2293" w14:textId="26F9FB06" w:rsidR="00DB4A29" w:rsidRPr="00D25628" w:rsidRDefault="00FA3BAE" w:rsidP="00DB4A29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t>-</w:t>
            </w:r>
          </w:p>
        </w:tc>
      </w:tr>
    </w:tbl>
    <w:p w14:paraId="11F84CF4" w14:textId="77777777" w:rsidR="004B726D" w:rsidRPr="00D25628" w:rsidRDefault="004B726D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p w14:paraId="7DACE116" w14:textId="77777777" w:rsidR="00515281" w:rsidRPr="00D25628" w:rsidRDefault="00515281" w:rsidP="00515281">
      <w:pPr>
        <w:spacing w:after="160" w:line="259" w:lineRule="auto"/>
      </w:pPr>
      <w:r w:rsidRPr="00D25628">
        <w:t>CC BY 4.0</w:t>
      </w:r>
    </w:p>
    <w:p w14:paraId="6C440EE3" w14:textId="77777777" w:rsidR="00515281" w:rsidRPr="00D25628" w:rsidRDefault="00515281" w:rsidP="00515281">
      <w:pPr>
        <w:spacing w:after="160" w:line="259" w:lineRule="auto"/>
        <w:rPr>
          <w:lang w:val="pl-PL"/>
        </w:rPr>
      </w:pPr>
      <w:r w:rsidRPr="00D25628">
        <w:rPr>
          <w:lang w:val="pl-PL"/>
        </w:rPr>
        <w:t xml:space="preserve">Materiał jest udostępniony na licencji Creative </w:t>
      </w:r>
      <w:proofErr w:type="spellStart"/>
      <w:r w:rsidRPr="00D25628">
        <w:rPr>
          <w:lang w:val="pl-PL"/>
        </w:rPr>
        <w:t>Commons</w:t>
      </w:r>
      <w:proofErr w:type="spellEnd"/>
      <w:r w:rsidRPr="00D25628">
        <w:rPr>
          <w:lang w:val="pl-PL"/>
        </w:rPr>
        <w:t xml:space="preserve"> Uznanie autorstwa CC BY 4.0</w:t>
      </w:r>
    </w:p>
    <w:p w14:paraId="09FC0B16" w14:textId="77777777" w:rsidR="00515281" w:rsidRPr="00D25628" w:rsidRDefault="00515281" w:rsidP="00515281">
      <w:pPr>
        <w:spacing w:after="160" w:line="259" w:lineRule="auto"/>
        <w:rPr>
          <w:lang w:val="pl-PL"/>
        </w:rPr>
      </w:pPr>
      <w:hyperlink r:id="rId11" w:history="1">
        <w:r w:rsidRPr="00D25628">
          <w:rPr>
            <w:rStyle w:val="Hipercze"/>
            <w:color w:val="auto"/>
            <w:lang w:val="pl-PL"/>
          </w:rPr>
          <w:t>https://creativecommons.org/licenses/by/4.0/deed.pl</w:t>
        </w:r>
      </w:hyperlink>
    </w:p>
    <w:p w14:paraId="2541FEC5" w14:textId="77777777" w:rsidR="00515281" w:rsidRPr="00D25628" w:rsidRDefault="00515281" w:rsidP="00515281">
      <w:pPr>
        <w:spacing w:after="160" w:line="259" w:lineRule="auto"/>
        <w:rPr>
          <w:lang w:val="pl-PL"/>
        </w:rPr>
      </w:pPr>
      <w:r w:rsidRPr="00D25628">
        <w:rPr>
          <w:lang w:val="pl-PL"/>
        </w:rPr>
        <w:t xml:space="preserve">Materiał opracowany w związku z realizacją projektu „Zrównoważony Kampus SGGW - kształcenie na rzecz branż </w:t>
      </w:r>
      <w:proofErr w:type="gramStart"/>
      <w:r w:rsidRPr="00D25628">
        <w:rPr>
          <w:lang w:val="pl-PL"/>
        </w:rPr>
        <w:t>kluczowych ”</w:t>
      </w:r>
      <w:proofErr w:type="gramEnd"/>
      <w:r w:rsidRPr="00D25628">
        <w:rPr>
          <w:lang w:val="pl-PL"/>
        </w:rPr>
        <w:t xml:space="preserve"> nr FERS.01.05-IP.08-0067/23 </w:t>
      </w:r>
    </w:p>
    <w:p w14:paraId="6FD792BF" w14:textId="77777777" w:rsidR="00515281" w:rsidRPr="00D25628" w:rsidRDefault="00515281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sectPr w:rsidR="00515281" w:rsidRPr="00D25628" w:rsidSect="00034616">
      <w:headerReference w:type="default" r:id="rId12"/>
      <w:footerReference w:type="defaul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D6E46" w14:textId="77777777" w:rsidR="006D2168" w:rsidRDefault="006D2168" w:rsidP="00521628">
      <w:pPr>
        <w:spacing w:after="0" w:line="240" w:lineRule="auto"/>
      </w:pPr>
      <w:r>
        <w:separator/>
      </w:r>
    </w:p>
  </w:endnote>
  <w:endnote w:type="continuationSeparator" w:id="0">
    <w:p w14:paraId="655FF734" w14:textId="77777777" w:rsidR="006D2168" w:rsidRDefault="006D2168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0AEC6" w14:textId="77777777" w:rsidR="00521628" w:rsidRPr="00612384" w:rsidRDefault="00521628">
    <w:pPr>
      <w:pStyle w:val="Stopka"/>
      <w:rPr>
        <w:sz w:val="24"/>
        <w:szCs w:val="24"/>
        <w:lang w:val="pl-PL"/>
      </w:rPr>
    </w:pPr>
    <w:r w:rsidRPr="00612384">
      <w:rPr>
        <w:rFonts w:ascii="Calibri" w:eastAsia="Calibri" w:hAnsi="Calibri" w:cs="Calibri"/>
        <w:sz w:val="24"/>
        <w:szCs w:val="24"/>
        <w:lang w:val="pl-PL"/>
      </w:rPr>
      <w:t>Projekt współfinansowany z Europejskiego Funduszu Społecznego Plus w ramach Programu Fundusze Europejskie dla Rozwoju Społecznego 2021-2027,</w:t>
    </w:r>
    <w:r w:rsidRPr="00612384">
      <w:rPr>
        <w:rFonts w:ascii="Calibri" w:eastAsia="Calibri" w:hAnsi="Calibri" w:cs="Calibri"/>
        <w:sz w:val="24"/>
        <w:szCs w:val="24"/>
        <w:lang w:val="pl-PL"/>
      </w:rPr>
      <w:br/>
      <w:t>Priorytet 1 Umiejętności, Działanie 01.05 Umiejętności w szkolnictwie wyższym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BA030" w14:textId="77777777" w:rsidR="006D2168" w:rsidRDefault="006D2168" w:rsidP="00521628">
      <w:pPr>
        <w:spacing w:after="0" w:line="240" w:lineRule="auto"/>
      </w:pPr>
      <w:r>
        <w:separator/>
      </w:r>
    </w:p>
  </w:footnote>
  <w:footnote w:type="continuationSeparator" w:id="0">
    <w:p w14:paraId="4DC17D21" w14:textId="77777777" w:rsidR="006D2168" w:rsidRDefault="006D2168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FDA8F" w14:textId="77777777" w:rsidR="00521628" w:rsidRDefault="00521628" w:rsidP="00521628">
    <w:pPr>
      <w:pStyle w:val="Nagwek"/>
      <w:ind w:left="-1560"/>
    </w:pPr>
    <w:r>
      <w:rPr>
        <w:noProof/>
        <w:lang w:val="pl-PL" w:eastAsia="pl-PL"/>
      </w:rPr>
      <w:drawing>
        <wp:inline distT="0" distB="0" distL="0" distR="0" wp14:anchorId="0F8DAFF8" wp14:editId="09CE34B8">
          <wp:extent cx="7322185" cy="487680"/>
          <wp:effectExtent l="0" t="0" r="0" b="7620"/>
          <wp:docPr id="10" name="Obraz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D009CF"/>
    <w:multiLevelType w:val="hybridMultilevel"/>
    <w:tmpl w:val="EDDA641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A223750"/>
    <w:multiLevelType w:val="hybridMultilevel"/>
    <w:tmpl w:val="8090AB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B9532F"/>
    <w:multiLevelType w:val="hybridMultilevel"/>
    <w:tmpl w:val="0E72A0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010C15"/>
    <w:multiLevelType w:val="hybridMultilevel"/>
    <w:tmpl w:val="63F404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5033AA"/>
    <w:multiLevelType w:val="hybridMultilevel"/>
    <w:tmpl w:val="01B4B7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DB1699"/>
    <w:multiLevelType w:val="hybridMultilevel"/>
    <w:tmpl w:val="5C84B9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E7488A"/>
    <w:multiLevelType w:val="hybridMultilevel"/>
    <w:tmpl w:val="3872F0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8B6553"/>
    <w:multiLevelType w:val="hybridMultilevel"/>
    <w:tmpl w:val="C6EAB5D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F897B99"/>
    <w:multiLevelType w:val="hybridMultilevel"/>
    <w:tmpl w:val="62723E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4270627">
    <w:abstractNumId w:val="8"/>
  </w:num>
  <w:num w:numId="2" w16cid:durableId="1259949128">
    <w:abstractNumId w:val="6"/>
  </w:num>
  <w:num w:numId="3" w16cid:durableId="778261678">
    <w:abstractNumId w:val="5"/>
  </w:num>
  <w:num w:numId="4" w16cid:durableId="419566933">
    <w:abstractNumId w:val="4"/>
  </w:num>
  <w:num w:numId="5" w16cid:durableId="1597400410">
    <w:abstractNumId w:val="7"/>
  </w:num>
  <w:num w:numId="6" w16cid:durableId="129592789">
    <w:abstractNumId w:val="3"/>
  </w:num>
  <w:num w:numId="7" w16cid:durableId="1993412504">
    <w:abstractNumId w:val="2"/>
  </w:num>
  <w:num w:numId="8" w16cid:durableId="1857378639">
    <w:abstractNumId w:val="1"/>
  </w:num>
  <w:num w:numId="9" w16cid:durableId="1509829457">
    <w:abstractNumId w:val="0"/>
  </w:num>
  <w:num w:numId="10" w16cid:durableId="1544369837">
    <w:abstractNumId w:val="14"/>
  </w:num>
  <w:num w:numId="11" w16cid:durableId="170686893">
    <w:abstractNumId w:val="12"/>
  </w:num>
  <w:num w:numId="12" w16cid:durableId="1923298801">
    <w:abstractNumId w:val="13"/>
  </w:num>
  <w:num w:numId="13" w16cid:durableId="285893210">
    <w:abstractNumId w:val="16"/>
  </w:num>
  <w:num w:numId="14" w16cid:durableId="1872843479">
    <w:abstractNumId w:val="9"/>
  </w:num>
  <w:num w:numId="15" w16cid:durableId="442579515">
    <w:abstractNumId w:val="17"/>
  </w:num>
  <w:num w:numId="16" w16cid:durableId="1412969784">
    <w:abstractNumId w:val="15"/>
  </w:num>
  <w:num w:numId="17" w16cid:durableId="755983727">
    <w:abstractNumId w:val="11"/>
  </w:num>
  <w:num w:numId="18" w16cid:durableId="102833070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ABB"/>
    <w:rsid w:val="00024B3C"/>
    <w:rsid w:val="00034616"/>
    <w:rsid w:val="00044FEF"/>
    <w:rsid w:val="00053D9D"/>
    <w:rsid w:val="0006063C"/>
    <w:rsid w:val="000643A4"/>
    <w:rsid w:val="0006635B"/>
    <w:rsid w:val="00077043"/>
    <w:rsid w:val="000851D8"/>
    <w:rsid w:val="00091956"/>
    <w:rsid w:val="000B772F"/>
    <w:rsid w:val="000E633D"/>
    <w:rsid w:val="000F1F39"/>
    <w:rsid w:val="00117B6A"/>
    <w:rsid w:val="001210B4"/>
    <w:rsid w:val="00126A5E"/>
    <w:rsid w:val="001355BA"/>
    <w:rsid w:val="0014086C"/>
    <w:rsid w:val="0015074B"/>
    <w:rsid w:val="00151BA5"/>
    <w:rsid w:val="001B6CFF"/>
    <w:rsid w:val="001C2198"/>
    <w:rsid w:val="001D1B08"/>
    <w:rsid w:val="001D2B22"/>
    <w:rsid w:val="001F097B"/>
    <w:rsid w:val="00222E85"/>
    <w:rsid w:val="00224AE9"/>
    <w:rsid w:val="0029639D"/>
    <w:rsid w:val="002B1689"/>
    <w:rsid w:val="002B6ABB"/>
    <w:rsid w:val="002E1AC5"/>
    <w:rsid w:val="002F064A"/>
    <w:rsid w:val="002F0DA9"/>
    <w:rsid w:val="002F6513"/>
    <w:rsid w:val="00326F90"/>
    <w:rsid w:val="003628CD"/>
    <w:rsid w:val="003D7F3C"/>
    <w:rsid w:val="003E72EF"/>
    <w:rsid w:val="0044797C"/>
    <w:rsid w:val="00474557"/>
    <w:rsid w:val="004B726D"/>
    <w:rsid w:val="004C3613"/>
    <w:rsid w:val="004C7495"/>
    <w:rsid w:val="004E79EF"/>
    <w:rsid w:val="004F0072"/>
    <w:rsid w:val="005143E8"/>
    <w:rsid w:val="00515281"/>
    <w:rsid w:val="00521628"/>
    <w:rsid w:val="0058212E"/>
    <w:rsid w:val="005A1BA3"/>
    <w:rsid w:val="005C39B5"/>
    <w:rsid w:val="005C7CED"/>
    <w:rsid w:val="005E53EC"/>
    <w:rsid w:val="00612384"/>
    <w:rsid w:val="00661996"/>
    <w:rsid w:val="00664F84"/>
    <w:rsid w:val="00670291"/>
    <w:rsid w:val="00694179"/>
    <w:rsid w:val="006967AD"/>
    <w:rsid w:val="006B724A"/>
    <w:rsid w:val="006D2168"/>
    <w:rsid w:val="006D48CC"/>
    <w:rsid w:val="007055F9"/>
    <w:rsid w:val="00773471"/>
    <w:rsid w:val="007B621E"/>
    <w:rsid w:val="007C4DE5"/>
    <w:rsid w:val="007D0F9A"/>
    <w:rsid w:val="00816B6C"/>
    <w:rsid w:val="00834DE3"/>
    <w:rsid w:val="0092286B"/>
    <w:rsid w:val="009334B1"/>
    <w:rsid w:val="00940A96"/>
    <w:rsid w:val="00944708"/>
    <w:rsid w:val="00947699"/>
    <w:rsid w:val="00976B8B"/>
    <w:rsid w:val="009D468A"/>
    <w:rsid w:val="00A253AA"/>
    <w:rsid w:val="00A739C4"/>
    <w:rsid w:val="00A7672B"/>
    <w:rsid w:val="00AA1D8D"/>
    <w:rsid w:val="00AC1286"/>
    <w:rsid w:val="00B1773C"/>
    <w:rsid w:val="00B4235E"/>
    <w:rsid w:val="00B47730"/>
    <w:rsid w:val="00B70101"/>
    <w:rsid w:val="00B734AA"/>
    <w:rsid w:val="00BA383D"/>
    <w:rsid w:val="00BA4DD9"/>
    <w:rsid w:val="00BC0190"/>
    <w:rsid w:val="00BE192A"/>
    <w:rsid w:val="00BF6B2B"/>
    <w:rsid w:val="00C04DF8"/>
    <w:rsid w:val="00C3691F"/>
    <w:rsid w:val="00C5174D"/>
    <w:rsid w:val="00C551F5"/>
    <w:rsid w:val="00C66032"/>
    <w:rsid w:val="00C85C8A"/>
    <w:rsid w:val="00C90D7A"/>
    <w:rsid w:val="00CA1CAB"/>
    <w:rsid w:val="00CB0664"/>
    <w:rsid w:val="00CE5E0C"/>
    <w:rsid w:val="00CF0439"/>
    <w:rsid w:val="00D054A7"/>
    <w:rsid w:val="00D15E58"/>
    <w:rsid w:val="00D25628"/>
    <w:rsid w:val="00D64982"/>
    <w:rsid w:val="00DB4A29"/>
    <w:rsid w:val="00DD44D3"/>
    <w:rsid w:val="00DD46EF"/>
    <w:rsid w:val="00DE58EB"/>
    <w:rsid w:val="00E20C95"/>
    <w:rsid w:val="00E316F3"/>
    <w:rsid w:val="00E66C69"/>
    <w:rsid w:val="00EB6BE9"/>
    <w:rsid w:val="00F328A1"/>
    <w:rsid w:val="00F34420"/>
    <w:rsid w:val="00F42B3C"/>
    <w:rsid w:val="00F64836"/>
    <w:rsid w:val="00F65142"/>
    <w:rsid w:val="00F80758"/>
    <w:rsid w:val="00FA3BAE"/>
    <w:rsid w:val="00FA4A70"/>
    <w:rsid w:val="00FC693F"/>
    <w:rsid w:val="00FD3E5E"/>
    <w:rsid w:val="00FD7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43F0CCC"/>
  <w14:defaultImageDpi w14:val="300"/>
  <w15:docId w15:val="{6A867BF9-6ED6-4A93-A1AE-53BE7F64C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</w:style>
  <w:style w:type="paragraph" w:styleId="Nagwek1">
    <w:name w:val="heading 1"/>
    <w:basedOn w:val="Normalny"/>
    <w:next w:val="Normalny"/>
    <w:link w:val="Nagwek1Znak"/>
    <w:uiPriority w:val="9"/>
    <w:qFormat/>
    <w:rsid w:val="001408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14086C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515281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26A5E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4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48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reativecommons.org/licenses/by/4.0/deed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FERS%201\scenariusze\scenariusz%20zaj&#281;&#263;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00AFEB2-2DB6-4C6A-A8F2-F6C8E02D73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3E3A8-1D99-4CBD-A258-32CB996A31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051F0C-D07D-4168-AFD3-584B1086A2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F697A24-FC77-4C8D-8994-B7827081F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scenariusz zajęć 2</Template>
  <TotalTime>1</TotalTime>
  <Pages>4</Pages>
  <Words>700</Words>
  <Characters>4201</Characters>
  <Application>Microsoft Office Word</Application>
  <DocSecurity>0</DocSecurity>
  <Lines>35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4892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Szydłowska</dc:creator>
  <cp:keywords/>
  <dc:description>generated by python-docx</dc:description>
  <cp:lastModifiedBy>Beata Grzesiak</cp:lastModifiedBy>
  <cp:revision>2</cp:revision>
  <dcterms:created xsi:type="dcterms:W3CDTF">2026-10-15T08:49:00Z</dcterms:created>
  <dcterms:modified xsi:type="dcterms:W3CDTF">2026-10-15T08:49:00Z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59b8a48e-2176-49c6-af3d-79a896c5d834</vt:lpwstr>
  </property>
  <property fmtid="{D5CDD505-2E9C-101B-9397-08002B2CF9AE}" pid="3" name="ContentTypeId">
    <vt:lpwstr>0x010100FFC5B7CEEC9953459AA7635A9F264111</vt:lpwstr>
  </property>
</Properties>
</file>