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AC8F3" w14:textId="77777777" w:rsidR="00521628" w:rsidRPr="00D25628" w:rsidRDefault="000E633D" w:rsidP="00C04DF8">
      <w:pPr>
        <w:pStyle w:val="Tytu"/>
        <w:rPr>
          <w:rFonts w:cstheme="majorHAnsi"/>
          <w:color w:val="auto"/>
          <w:sz w:val="28"/>
          <w:szCs w:val="28"/>
          <w:lang w:val="pl-PL"/>
        </w:rPr>
      </w:pPr>
      <w:r w:rsidRPr="00D25628">
        <w:rPr>
          <w:rFonts w:cstheme="majorHAnsi"/>
          <w:b/>
          <w:bCs/>
          <w:color w:val="auto"/>
          <w:sz w:val="28"/>
          <w:szCs w:val="28"/>
          <w:lang w:val="pl-PL"/>
        </w:rPr>
        <w:t xml:space="preserve">Scenariusz zajęć </w:t>
      </w:r>
      <w:r w:rsidRPr="00D25628">
        <w:rPr>
          <w:rFonts w:cstheme="majorHAnsi"/>
          <w:b/>
          <w:bCs/>
          <w:color w:val="auto"/>
          <w:sz w:val="28"/>
          <w:szCs w:val="28"/>
          <w:lang w:val="pl-PL"/>
        </w:rPr>
        <w:br/>
      </w:r>
      <w:r w:rsidRPr="00D25628">
        <w:rPr>
          <w:rFonts w:cstheme="majorHAnsi"/>
          <w:color w:val="auto"/>
          <w:sz w:val="28"/>
          <w:szCs w:val="28"/>
          <w:lang w:val="pl-PL"/>
        </w:rPr>
        <w:t xml:space="preserve">realizowanych w ramach projektu </w:t>
      </w:r>
      <w:r w:rsidRPr="00D25628">
        <w:rPr>
          <w:rFonts w:cstheme="majorHAnsi"/>
          <w:color w:val="auto"/>
          <w:sz w:val="28"/>
          <w:szCs w:val="28"/>
          <w:lang w:val="pl-PL"/>
        </w:rPr>
        <w:br/>
      </w:r>
      <w:r w:rsidR="00521628" w:rsidRPr="00D25628">
        <w:rPr>
          <w:rFonts w:cstheme="majorHAnsi"/>
          <w:color w:val="auto"/>
          <w:sz w:val="28"/>
          <w:szCs w:val="28"/>
          <w:lang w:val="pl-PL"/>
        </w:rPr>
        <w:t xml:space="preserve">„Zrównoważony Kampus SGGW - kształcenie na rzecz branż </w:t>
      </w:r>
      <w:proofErr w:type="gramStart"/>
      <w:r w:rsidR="00521628" w:rsidRPr="00D25628">
        <w:rPr>
          <w:rFonts w:cstheme="majorHAnsi"/>
          <w:color w:val="auto"/>
          <w:sz w:val="28"/>
          <w:szCs w:val="28"/>
          <w:lang w:val="pl-PL"/>
        </w:rPr>
        <w:t>kluczowych ”</w:t>
      </w:r>
      <w:proofErr w:type="gramEnd"/>
      <w:r w:rsidR="00521628" w:rsidRPr="00D25628">
        <w:rPr>
          <w:rFonts w:cstheme="majorHAnsi"/>
          <w:color w:val="auto"/>
          <w:sz w:val="28"/>
          <w:szCs w:val="28"/>
          <w:lang w:val="pl-PL"/>
        </w:rPr>
        <w:t xml:space="preserve"> </w:t>
      </w:r>
      <w:r w:rsidR="00521628" w:rsidRPr="00D25628">
        <w:rPr>
          <w:rFonts w:cstheme="majorHAnsi"/>
          <w:color w:val="auto"/>
          <w:sz w:val="28"/>
          <w:szCs w:val="28"/>
          <w:lang w:val="pl-PL"/>
        </w:rPr>
        <w:br/>
        <w:t>nr FERS.01.05-IP.08-0067/23</w:t>
      </w:r>
    </w:p>
    <w:p w14:paraId="05AC1196" w14:textId="77777777" w:rsidR="00E316F3" w:rsidRPr="00D25628" w:rsidRDefault="00E316F3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 xml:space="preserve">Informacje </w:t>
      </w:r>
      <w:r w:rsidR="004B726D" w:rsidRPr="00D25628">
        <w:rPr>
          <w:rFonts w:cstheme="majorHAnsi"/>
          <w:color w:val="auto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6D48CC" w:rsidRPr="00CD43B7" w14:paraId="4D75BDC2" w14:textId="77777777" w:rsidTr="006A1064">
        <w:tc>
          <w:tcPr>
            <w:tcW w:w="3539" w:type="dxa"/>
          </w:tcPr>
          <w:p w14:paraId="76983C8D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4957EEEC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Zarządzanie Jakością i Bezpieczeństwem Żywności w Gastronomii</w:t>
            </w:r>
          </w:p>
        </w:tc>
      </w:tr>
      <w:tr w:rsidR="006D48CC" w:rsidRPr="00D25628" w14:paraId="05A12346" w14:textId="77777777" w:rsidTr="006A1064">
        <w:tc>
          <w:tcPr>
            <w:tcW w:w="3539" w:type="dxa"/>
          </w:tcPr>
          <w:p w14:paraId="38FD9624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</w:tcPr>
          <w:p w14:paraId="7375B4AC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Gastronomia i Hotelarstwo</w:t>
            </w:r>
          </w:p>
        </w:tc>
      </w:tr>
      <w:tr w:rsidR="006D48CC" w:rsidRPr="00D25628" w14:paraId="04398CF8" w14:textId="77777777" w:rsidTr="006A1064">
        <w:tc>
          <w:tcPr>
            <w:tcW w:w="3539" w:type="dxa"/>
          </w:tcPr>
          <w:p w14:paraId="11D2E06A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61F80DE2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 I stopnia</w:t>
            </w:r>
          </w:p>
        </w:tc>
      </w:tr>
      <w:tr w:rsidR="00812D6B" w:rsidRPr="00D25628" w14:paraId="7FA8E423" w14:textId="77777777" w:rsidTr="006A1064">
        <w:tc>
          <w:tcPr>
            <w:tcW w:w="3539" w:type="dxa"/>
          </w:tcPr>
          <w:p w14:paraId="2EE1AEDB" w14:textId="77777777" w:rsidR="00812D6B" w:rsidRPr="00D25628" w:rsidRDefault="00812D6B" w:rsidP="00812D6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22FDDA35" w14:textId="0EDDC43A" w:rsidR="00812D6B" w:rsidRPr="00D25628" w:rsidRDefault="00812D6B" w:rsidP="00812D6B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IV (letni)</w:t>
            </w:r>
          </w:p>
        </w:tc>
      </w:tr>
      <w:tr w:rsidR="00812D6B" w:rsidRPr="00517667" w14:paraId="4ABB796B" w14:textId="77777777" w:rsidTr="006A1064">
        <w:tc>
          <w:tcPr>
            <w:tcW w:w="3539" w:type="dxa"/>
          </w:tcPr>
          <w:p w14:paraId="0D451E76" w14:textId="77777777" w:rsidR="00812D6B" w:rsidRPr="00D25628" w:rsidRDefault="00812D6B" w:rsidP="00812D6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2FAE3F34" w14:textId="3E981B4B" w:rsidR="00812D6B" w:rsidRPr="00D25628" w:rsidRDefault="00812D6B" w:rsidP="00812D6B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Wydział Nauk o Zdrowiu</w:t>
            </w:r>
          </w:p>
        </w:tc>
      </w:tr>
      <w:tr w:rsidR="006D48CC" w:rsidRPr="00D25628" w14:paraId="7B122385" w14:textId="77777777" w:rsidTr="006A1064">
        <w:tc>
          <w:tcPr>
            <w:tcW w:w="3539" w:type="dxa"/>
          </w:tcPr>
          <w:p w14:paraId="152DDB4F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1B432C95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45 </w:t>
            </w:r>
          </w:p>
        </w:tc>
      </w:tr>
      <w:tr w:rsidR="006D48CC" w:rsidRPr="00D25628" w14:paraId="0A16DC03" w14:textId="77777777" w:rsidTr="006A1064">
        <w:tc>
          <w:tcPr>
            <w:tcW w:w="3539" w:type="dxa"/>
          </w:tcPr>
          <w:p w14:paraId="01E9ABE4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7C7405FE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6D48CC" w:rsidRPr="00D25628" w14:paraId="34497A82" w14:textId="77777777" w:rsidTr="006A1064">
        <w:tc>
          <w:tcPr>
            <w:tcW w:w="3539" w:type="dxa"/>
          </w:tcPr>
          <w:p w14:paraId="2A031783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53A9CDD0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6D48CC" w:rsidRPr="00D25628" w14:paraId="1DC1E113" w14:textId="77777777" w:rsidTr="006A1064">
        <w:tc>
          <w:tcPr>
            <w:tcW w:w="3539" w:type="dxa"/>
          </w:tcPr>
          <w:p w14:paraId="01ED8DD2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1166546F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6D48CC" w:rsidRPr="00D25628" w14:paraId="7B7104B4" w14:textId="77777777" w:rsidTr="006A1064">
        <w:tc>
          <w:tcPr>
            <w:tcW w:w="3539" w:type="dxa"/>
          </w:tcPr>
          <w:p w14:paraId="31E4499B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ECTS</w:t>
            </w:r>
          </w:p>
        </w:tc>
        <w:tc>
          <w:tcPr>
            <w:tcW w:w="5091" w:type="dxa"/>
          </w:tcPr>
          <w:p w14:paraId="1DE87F86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3</w:t>
            </w:r>
          </w:p>
        </w:tc>
      </w:tr>
      <w:tr w:rsidR="006D48CC" w:rsidRPr="00CD43B7" w14:paraId="0DBAC866" w14:textId="77777777" w:rsidTr="006A1064">
        <w:tc>
          <w:tcPr>
            <w:tcW w:w="3539" w:type="dxa"/>
          </w:tcPr>
          <w:p w14:paraId="39CE631B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3DBCC412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dr hab. Beata Bilska prof. SGGW</w:t>
            </w:r>
          </w:p>
        </w:tc>
      </w:tr>
    </w:tbl>
    <w:p w14:paraId="011B1314" w14:textId="77777777" w:rsidR="005143E8" w:rsidRPr="00D25628" w:rsidRDefault="00FD3E5E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D25628" w14:paraId="1970B52D" w14:textId="77777777" w:rsidTr="007C4DE5">
        <w:tc>
          <w:tcPr>
            <w:tcW w:w="3539" w:type="dxa"/>
          </w:tcPr>
          <w:p w14:paraId="06B78E5B" w14:textId="77777777" w:rsidR="004B726D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4ADCF35B" w14:textId="04D46810" w:rsidR="004B726D" w:rsidRPr="00D25628" w:rsidRDefault="00694179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4</w:t>
            </w:r>
          </w:p>
        </w:tc>
      </w:tr>
      <w:tr w:rsidR="0044797C" w:rsidRPr="00517667" w14:paraId="1C0E6432" w14:textId="77777777" w:rsidTr="007C4DE5">
        <w:tc>
          <w:tcPr>
            <w:tcW w:w="3539" w:type="dxa"/>
          </w:tcPr>
          <w:p w14:paraId="13E349AE" w14:textId="77777777" w:rsidR="0044797C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118E52E2" w14:textId="0B58169C" w:rsidR="0044797C" w:rsidRPr="00D25628" w:rsidRDefault="00694179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Analiza </w:t>
            </w:r>
            <w:proofErr w:type="gramStart"/>
            <w:r>
              <w:rPr>
                <w:rFonts w:asciiTheme="majorHAnsi" w:hAnsiTheme="majorHAnsi" w:cstheme="majorHAnsi"/>
                <w:lang w:val="pl-PL"/>
              </w:rPr>
              <w:t xml:space="preserve">zagrożeń </w:t>
            </w:r>
            <w:r w:rsidR="00426AF5">
              <w:rPr>
                <w:rFonts w:asciiTheme="majorHAnsi" w:hAnsiTheme="majorHAnsi" w:cstheme="majorHAnsi"/>
                <w:lang w:val="pl-PL"/>
              </w:rPr>
              <w:t xml:space="preserve"> biologiczn</w:t>
            </w:r>
            <w:r w:rsidR="00517667">
              <w:rPr>
                <w:rFonts w:asciiTheme="majorHAnsi" w:hAnsiTheme="majorHAnsi" w:cstheme="majorHAnsi"/>
                <w:lang w:val="pl-PL"/>
              </w:rPr>
              <w:t>ych</w:t>
            </w:r>
            <w:proofErr w:type="gramEnd"/>
          </w:p>
        </w:tc>
      </w:tr>
      <w:tr w:rsidR="005143E8" w:rsidRPr="00D25628" w14:paraId="0044ACD0" w14:textId="77777777" w:rsidTr="007C4DE5">
        <w:tc>
          <w:tcPr>
            <w:tcW w:w="3539" w:type="dxa"/>
          </w:tcPr>
          <w:p w14:paraId="6F269F90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37C44981" w14:textId="7E11116E" w:rsidR="005143E8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Ć</w:t>
            </w:r>
            <w:r w:rsidR="00C551F5" w:rsidRPr="00D25628">
              <w:rPr>
                <w:rFonts w:asciiTheme="majorHAnsi" w:hAnsiTheme="majorHAnsi" w:cstheme="majorHAnsi"/>
                <w:lang w:val="pl-PL"/>
              </w:rPr>
              <w:t>wiczenia</w:t>
            </w:r>
            <w:r w:rsidR="006D48CC" w:rsidRPr="00D25628">
              <w:rPr>
                <w:rFonts w:asciiTheme="majorHAnsi" w:hAnsiTheme="majorHAnsi" w:cstheme="majorHAnsi"/>
                <w:lang w:val="pl-PL"/>
              </w:rPr>
              <w:t xml:space="preserve"> projektowe</w:t>
            </w:r>
          </w:p>
        </w:tc>
      </w:tr>
      <w:tr w:rsidR="005143E8" w:rsidRPr="00D25628" w14:paraId="61D899D9" w14:textId="77777777" w:rsidTr="007C4DE5">
        <w:tc>
          <w:tcPr>
            <w:tcW w:w="3539" w:type="dxa"/>
          </w:tcPr>
          <w:p w14:paraId="65A65DF5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3A6F7B43" w14:textId="0F7336EB" w:rsidR="005143E8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90 min, 1 blok tematyczny</w:t>
            </w:r>
          </w:p>
        </w:tc>
      </w:tr>
      <w:tr w:rsidR="005143E8" w:rsidRPr="00CD43B7" w14:paraId="0ED5ED8C" w14:textId="77777777" w:rsidTr="007C4DE5">
        <w:tc>
          <w:tcPr>
            <w:tcW w:w="3539" w:type="dxa"/>
          </w:tcPr>
          <w:p w14:paraId="4D92F1DF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1955E243" w14:textId="5E7C3E36" w:rsidR="005143E8" w:rsidRPr="00D25628" w:rsidRDefault="00A739C4" w:rsidP="000B772F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A739C4">
              <w:rPr>
                <w:rFonts w:asciiTheme="majorHAnsi" w:hAnsiTheme="majorHAnsi" w:cstheme="majorHAnsi"/>
                <w:lang w:val="pl-PL"/>
              </w:rPr>
              <w:t xml:space="preserve">Nabycie wiedzy i umiejętności w zakresie </w:t>
            </w:r>
            <w:r w:rsidR="00694179">
              <w:rPr>
                <w:rFonts w:asciiTheme="majorHAnsi" w:hAnsiTheme="majorHAnsi" w:cstheme="majorHAnsi"/>
                <w:lang w:val="pl-PL"/>
              </w:rPr>
              <w:t>przeprowadzenia analizy zagrożeń dla zagrożeń biologicznych.</w:t>
            </w:r>
            <w:r w:rsidR="000B772F">
              <w:rPr>
                <w:rFonts w:asciiTheme="majorHAnsi" w:hAnsiTheme="majorHAnsi" w:cstheme="majorHAnsi"/>
                <w:lang w:val="pl-PL"/>
              </w:rPr>
              <w:t xml:space="preserve"> </w:t>
            </w:r>
          </w:p>
        </w:tc>
      </w:tr>
      <w:tr w:rsidR="005143E8" w:rsidRPr="00CD43B7" w14:paraId="1AAB957D" w14:textId="77777777" w:rsidTr="007C4DE5">
        <w:tc>
          <w:tcPr>
            <w:tcW w:w="3539" w:type="dxa"/>
          </w:tcPr>
          <w:p w14:paraId="4006D918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2CBE7538" w14:textId="4FC780EC" w:rsidR="002B6ABB" w:rsidRPr="00D25628" w:rsidRDefault="002B6ABB" w:rsidP="002B6ABB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Zrozumienie istoty </w:t>
            </w:r>
            <w:r w:rsidR="00694179">
              <w:rPr>
                <w:rFonts w:asciiTheme="majorHAnsi" w:hAnsiTheme="majorHAnsi" w:cstheme="majorHAnsi"/>
                <w:lang w:val="pl-PL"/>
              </w:rPr>
              <w:t>I zasady systemu</w:t>
            </w:r>
            <w:r w:rsidR="00B1773C" w:rsidRPr="00D25628">
              <w:rPr>
                <w:rFonts w:asciiTheme="majorHAnsi" w:hAnsiTheme="majorHAnsi" w:cstheme="majorHAnsi"/>
                <w:lang w:val="pl-PL"/>
              </w:rPr>
              <w:t xml:space="preserve"> HACCP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61C34143" w14:textId="2120BEB2" w:rsidR="005143E8" w:rsidRPr="00694179" w:rsidRDefault="00694179" w:rsidP="00694179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Przeprowadzenie analizy zagrożeń dla wszystkich etapów produkcji wybranych grup potraw z uwzględnieniem zagrożeń biologicznych</w:t>
            </w:r>
            <w:r w:rsidR="00A739C4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5143E8" w:rsidRPr="00CD43B7" w14:paraId="77259872" w14:textId="77777777" w:rsidTr="007C4DE5">
        <w:tc>
          <w:tcPr>
            <w:tcW w:w="3539" w:type="dxa"/>
          </w:tcPr>
          <w:p w14:paraId="43929056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Wymagania techniczne do realizacji jednostki dydaktycznej</w:t>
            </w:r>
          </w:p>
        </w:tc>
        <w:tc>
          <w:tcPr>
            <w:tcW w:w="5091" w:type="dxa"/>
          </w:tcPr>
          <w:p w14:paraId="4C76DAC1" w14:textId="52564EBF" w:rsidR="002B6ABB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Komputer z dostępem do </w:t>
            </w:r>
            <w:proofErr w:type="spellStart"/>
            <w:r w:rsidRPr="00D25628">
              <w:rPr>
                <w:rFonts w:asciiTheme="majorHAnsi" w:hAnsiTheme="majorHAnsi" w:cstheme="majorHAnsi"/>
                <w:lang w:val="pl-PL"/>
              </w:rPr>
              <w:t>internetu</w:t>
            </w:r>
            <w:proofErr w:type="spellEnd"/>
            <w:r w:rsidR="00FA4A70" w:rsidRPr="00D25628">
              <w:rPr>
                <w:rFonts w:asciiTheme="majorHAnsi" w:hAnsiTheme="majorHAnsi" w:cstheme="majorHAnsi"/>
                <w:lang w:val="pl-PL"/>
              </w:rPr>
              <w:t xml:space="preserve">, pakietem MS Office. </w:t>
            </w:r>
          </w:p>
          <w:p w14:paraId="68B8085C" w14:textId="77777777" w:rsidR="002B6ABB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5143E8" w:rsidRPr="00D25628" w14:paraId="2F6B2F6A" w14:textId="77777777" w:rsidTr="007C4DE5">
        <w:tc>
          <w:tcPr>
            <w:tcW w:w="3539" w:type="dxa"/>
          </w:tcPr>
          <w:p w14:paraId="7856443F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20852863" w14:textId="5408B313" w:rsidR="005143E8" w:rsidRPr="00D25628" w:rsidRDefault="00FA3BA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Przygotowanie </w:t>
            </w:r>
            <w:r w:rsidR="00F65142">
              <w:rPr>
                <w:rFonts w:asciiTheme="majorHAnsi" w:hAnsiTheme="majorHAnsi" w:cstheme="majorHAnsi"/>
                <w:lang w:val="pl-PL"/>
              </w:rPr>
              <w:t>s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ali. </w:t>
            </w:r>
          </w:p>
        </w:tc>
      </w:tr>
    </w:tbl>
    <w:p w14:paraId="3E06B9FE" w14:textId="77777777" w:rsidR="005143E8" w:rsidRPr="00D25628" w:rsidRDefault="00521628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lastRenderedPageBreak/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CD43B7" w14:paraId="44B2868D" w14:textId="77777777" w:rsidTr="007C4DE5">
        <w:tc>
          <w:tcPr>
            <w:tcW w:w="3539" w:type="dxa"/>
          </w:tcPr>
          <w:p w14:paraId="231A1FDD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3C452BEA" w14:textId="09BEF391" w:rsidR="00DE58EB" w:rsidRPr="00D25628" w:rsidRDefault="00DE58EB" w:rsidP="000E76EE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Krótka charakterystyka </w:t>
            </w:r>
            <w:r w:rsidR="00694179">
              <w:rPr>
                <w:rFonts w:asciiTheme="majorHAnsi" w:hAnsiTheme="majorHAnsi" w:cstheme="majorHAnsi"/>
                <w:lang w:val="pl-PL"/>
              </w:rPr>
              <w:t xml:space="preserve">I </w:t>
            </w:r>
            <w:r w:rsidR="000E76EE">
              <w:rPr>
                <w:rFonts w:asciiTheme="majorHAnsi" w:hAnsiTheme="majorHAnsi" w:cstheme="majorHAnsi"/>
                <w:lang w:val="pl-PL"/>
              </w:rPr>
              <w:t xml:space="preserve">zasady </w:t>
            </w:r>
            <w:r w:rsidR="000E76EE" w:rsidRPr="000B772F">
              <w:rPr>
                <w:rFonts w:asciiTheme="majorHAnsi" w:hAnsiTheme="majorHAnsi" w:cstheme="majorHAnsi"/>
                <w:lang w:val="pl-PL"/>
              </w:rPr>
              <w:t>systemu</w:t>
            </w:r>
            <w:r w:rsidR="000B772F" w:rsidRPr="000B772F">
              <w:rPr>
                <w:rFonts w:asciiTheme="majorHAnsi" w:hAnsiTheme="majorHAnsi" w:cstheme="majorHAnsi"/>
                <w:lang w:val="pl-PL"/>
              </w:rPr>
              <w:t xml:space="preserve"> HACCP</w:t>
            </w:r>
            <w:r w:rsidR="000B772F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oraz </w:t>
            </w:r>
            <w:r w:rsidR="00F65142" w:rsidRPr="00D25628">
              <w:rPr>
                <w:rFonts w:asciiTheme="majorHAnsi" w:hAnsiTheme="majorHAnsi" w:cstheme="majorHAnsi"/>
                <w:lang w:val="pl-PL"/>
              </w:rPr>
              <w:t>omówienie podstawowych pojęć związanych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 z omawianą tematyką. </w:t>
            </w:r>
          </w:p>
        </w:tc>
      </w:tr>
      <w:tr w:rsidR="005143E8" w:rsidRPr="00D25628" w14:paraId="6218ABEA" w14:textId="77777777" w:rsidTr="007C4DE5">
        <w:tc>
          <w:tcPr>
            <w:tcW w:w="3539" w:type="dxa"/>
          </w:tcPr>
          <w:p w14:paraId="0FE0A133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794CA10" w14:textId="79914D5E" w:rsidR="005143E8" w:rsidRPr="00D25628" w:rsidRDefault="00DE58E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1</w:t>
            </w:r>
            <w:r w:rsidR="00FD7E42">
              <w:rPr>
                <w:rFonts w:asciiTheme="majorHAnsi" w:hAnsiTheme="majorHAnsi" w:cstheme="majorHAnsi"/>
                <w:lang w:val="pl-PL"/>
              </w:rPr>
              <w:t>5</w:t>
            </w:r>
          </w:p>
        </w:tc>
      </w:tr>
      <w:tr w:rsidR="005143E8" w:rsidRPr="00A739C4" w14:paraId="536EC7A4" w14:textId="77777777" w:rsidTr="007C4DE5">
        <w:tc>
          <w:tcPr>
            <w:tcW w:w="3539" w:type="dxa"/>
          </w:tcPr>
          <w:p w14:paraId="6788239F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106B52FF" w14:textId="2A100D00" w:rsidR="00DE58EB" w:rsidRPr="00D25628" w:rsidRDefault="00DE58EB" w:rsidP="00DE58EB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Omówienie założeń </w:t>
            </w:r>
            <w:r w:rsidR="00694179">
              <w:rPr>
                <w:rFonts w:asciiTheme="majorHAnsi" w:hAnsiTheme="majorHAnsi" w:cstheme="majorHAnsi"/>
                <w:lang w:val="pl-PL"/>
              </w:rPr>
              <w:t>I zasady</w:t>
            </w:r>
            <w:r w:rsidR="00F65142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F65142" w:rsidRPr="00F65142">
              <w:rPr>
                <w:rFonts w:asciiTheme="majorHAnsi" w:hAnsiTheme="majorHAnsi" w:cstheme="majorHAnsi"/>
                <w:lang w:val="pl-PL"/>
              </w:rPr>
              <w:t xml:space="preserve">systemu </w:t>
            </w:r>
            <w:r w:rsidRPr="00D25628">
              <w:rPr>
                <w:rFonts w:asciiTheme="majorHAnsi" w:hAnsiTheme="majorHAnsi" w:cstheme="majorHAnsi"/>
                <w:lang w:val="pl-PL"/>
              </w:rPr>
              <w:t>HACCP.</w:t>
            </w:r>
          </w:p>
          <w:p w14:paraId="6CCB6F03" w14:textId="62ACD469" w:rsidR="005143E8" w:rsidRPr="00F65142" w:rsidRDefault="00DE58EB" w:rsidP="00F65142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Wyjaśnienie </w:t>
            </w:r>
            <w:r w:rsidR="00F65142" w:rsidRPr="00D25628">
              <w:rPr>
                <w:rFonts w:asciiTheme="majorHAnsi" w:hAnsiTheme="majorHAnsi" w:cstheme="majorHAnsi"/>
                <w:lang w:val="pl-PL"/>
              </w:rPr>
              <w:t>głównych pojęć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5143E8" w:rsidRPr="00A739C4" w14:paraId="1FB6C09C" w14:textId="77777777" w:rsidTr="007C4DE5">
        <w:tc>
          <w:tcPr>
            <w:tcW w:w="3539" w:type="dxa"/>
          </w:tcPr>
          <w:p w14:paraId="5BEDBAAA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4A1EEEAA" w14:textId="275B36E3" w:rsidR="005143E8" w:rsidRPr="00D25628" w:rsidRDefault="00694179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Krótka charakterystyka </w:t>
            </w:r>
            <w:r w:rsidR="004C3613" w:rsidRPr="00D25628">
              <w:rPr>
                <w:rFonts w:asciiTheme="majorHAnsi" w:hAnsiTheme="majorHAnsi" w:cstheme="majorHAnsi"/>
                <w:lang w:val="pl-PL"/>
              </w:rPr>
              <w:tab/>
            </w:r>
            <w:r>
              <w:rPr>
                <w:rFonts w:asciiTheme="majorHAnsi" w:hAnsiTheme="majorHAnsi" w:cstheme="majorHAnsi"/>
                <w:lang w:val="pl-PL"/>
              </w:rPr>
              <w:t>zagrożeń biologicznych.</w:t>
            </w:r>
          </w:p>
        </w:tc>
      </w:tr>
      <w:tr w:rsidR="005143E8" w:rsidRPr="00D25628" w14:paraId="0B941B43" w14:textId="77777777" w:rsidTr="007C4DE5">
        <w:tc>
          <w:tcPr>
            <w:tcW w:w="3539" w:type="dxa"/>
          </w:tcPr>
          <w:p w14:paraId="4107D3C6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6454281F" w14:textId="668FA9A9" w:rsidR="005143E8" w:rsidRPr="00D25628" w:rsidRDefault="00694179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2</w:t>
            </w:r>
            <w:r w:rsidR="00117B6A">
              <w:rPr>
                <w:rFonts w:asciiTheme="majorHAnsi" w:hAnsiTheme="majorHAnsi" w:cstheme="majorHAnsi"/>
                <w:lang w:val="pl-PL"/>
              </w:rPr>
              <w:t>0</w:t>
            </w:r>
          </w:p>
        </w:tc>
      </w:tr>
      <w:tr w:rsidR="005143E8" w:rsidRPr="00CD43B7" w14:paraId="3F3BF5A7" w14:textId="77777777" w:rsidTr="007C4DE5">
        <w:tc>
          <w:tcPr>
            <w:tcW w:w="3539" w:type="dxa"/>
          </w:tcPr>
          <w:p w14:paraId="4BE67F54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14A8A7C0" w14:textId="475498BB" w:rsidR="00816B6C" w:rsidRPr="00816B6C" w:rsidRDefault="00816B6C" w:rsidP="00816B6C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816B6C">
              <w:rPr>
                <w:rFonts w:asciiTheme="majorHAnsi" w:hAnsiTheme="majorHAnsi" w:cstheme="majorHAnsi"/>
                <w:lang w:val="pl-PL"/>
              </w:rPr>
              <w:t>Przedstawienie podstawowych rodzajów zagrożeń biologicznych występujących w żywności – bakteri</w:t>
            </w:r>
            <w:r w:rsidR="00426AF5">
              <w:rPr>
                <w:rFonts w:asciiTheme="majorHAnsi" w:hAnsiTheme="majorHAnsi" w:cstheme="majorHAnsi"/>
                <w:lang w:val="pl-PL"/>
              </w:rPr>
              <w:t>e</w:t>
            </w:r>
            <w:r w:rsidRPr="00816B6C">
              <w:rPr>
                <w:rFonts w:asciiTheme="majorHAnsi" w:hAnsiTheme="majorHAnsi" w:cstheme="majorHAnsi"/>
                <w:lang w:val="pl-PL"/>
              </w:rPr>
              <w:t>, wirus</w:t>
            </w:r>
            <w:r w:rsidR="00426AF5">
              <w:rPr>
                <w:rFonts w:asciiTheme="majorHAnsi" w:hAnsiTheme="majorHAnsi" w:cstheme="majorHAnsi"/>
                <w:lang w:val="pl-PL"/>
              </w:rPr>
              <w:t>y</w:t>
            </w:r>
            <w:r w:rsidRPr="00816B6C">
              <w:rPr>
                <w:rFonts w:asciiTheme="majorHAnsi" w:hAnsiTheme="majorHAnsi" w:cstheme="majorHAnsi"/>
                <w:lang w:val="pl-PL"/>
              </w:rPr>
              <w:t>, pasożyt</w:t>
            </w:r>
            <w:r w:rsidR="00426AF5">
              <w:rPr>
                <w:rFonts w:asciiTheme="majorHAnsi" w:hAnsiTheme="majorHAnsi" w:cstheme="majorHAnsi"/>
                <w:lang w:val="pl-PL"/>
              </w:rPr>
              <w:t>y</w:t>
            </w:r>
            <w:r w:rsidRPr="00816B6C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64AF96E0" w14:textId="3E54C6A0" w:rsidR="005143E8" w:rsidRPr="00D25628" w:rsidRDefault="00816B6C" w:rsidP="000E76EE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816B6C">
              <w:rPr>
                <w:rFonts w:asciiTheme="majorHAnsi" w:hAnsiTheme="majorHAnsi" w:cstheme="majorHAnsi"/>
                <w:lang w:val="pl-PL"/>
              </w:rPr>
              <w:t>Omówienie źródeł i przyczyn występowania zagrożeń biologicznych na poszczególnych etapach produkcji, przechowywania i przygotowywania żywnośc</w:t>
            </w:r>
            <w:r>
              <w:rPr>
                <w:rFonts w:asciiTheme="majorHAnsi" w:hAnsiTheme="majorHAnsi" w:cstheme="majorHAnsi"/>
                <w:lang w:val="pl-PL"/>
              </w:rPr>
              <w:t>i</w:t>
            </w:r>
            <w:r w:rsidR="000B772F" w:rsidRPr="000B772F">
              <w:rPr>
                <w:rFonts w:asciiTheme="majorHAnsi" w:hAnsiTheme="majorHAnsi" w:cstheme="majorHAnsi"/>
                <w:lang w:val="pl-PL"/>
              </w:rPr>
              <w:t xml:space="preserve">. </w:t>
            </w:r>
          </w:p>
        </w:tc>
      </w:tr>
      <w:tr w:rsidR="004C3613" w:rsidRPr="00CD43B7" w14:paraId="3E9FEAB3" w14:textId="77777777" w:rsidTr="007C4DE5">
        <w:tc>
          <w:tcPr>
            <w:tcW w:w="3539" w:type="dxa"/>
          </w:tcPr>
          <w:p w14:paraId="218BC834" w14:textId="0E0F1A7F" w:rsidR="004C3613" w:rsidRPr="00D25628" w:rsidRDefault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Nazwa zagadnienia 3</w:t>
            </w:r>
          </w:p>
        </w:tc>
        <w:tc>
          <w:tcPr>
            <w:tcW w:w="5091" w:type="dxa"/>
          </w:tcPr>
          <w:p w14:paraId="0A8C2CD0" w14:textId="4B74AA78" w:rsidR="004C3613" w:rsidRPr="00D25628" w:rsidRDefault="00816B6C" w:rsidP="000E76EE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Opracowanie analizy zagrożeń dla zagrożeń biologicznych</w:t>
            </w:r>
            <w:r w:rsidR="00FD7E42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4C3613" w:rsidRPr="00D25628" w14:paraId="5D8A272E" w14:textId="77777777" w:rsidTr="007C4DE5">
        <w:tc>
          <w:tcPr>
            <w:tcW w:w="3539" w:type="dxa"/>
          </w:tcPr>
          <w:p w14:paraId="1BE4AB90" w14:textId="5001F619" w:rsidR="004C3613" w:rsidRPr="00D25628" w:rsidRDefault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2E967819" w14:textId="31511F01" w:rsidR="004C3613" w:rsidRPr="00D25628" w:rsidRDefault="00816B6C" w:rsidP="004C3613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4</w:t>
            </w:r>
            <w:r w:rsidR="00126A5E" w:rsidRPr="00D25628">
              <w:rPr>
                <w:rFonts w:asciiTheme="majorHAnsi" w:hAnsiTheme="majorHAnsi" w:cstheme="majorHAnsi"/>
                <w:lang w:val="pl-PL"/>
              </w:rPr>
              <w:t>0</w:t>
            </w:r>
          </w:p>
        </w:tc>
      </w:tr>
      <w:tr w:rsidR="004C3613" w:rsidRPr="00CD43B7" w14:paraId="0512F228" w14:textId="77777777" w:rsidTr="007C4DE5">
        <w:tc>
          <w:tcPr>
            <w:tcW w:w="3539" w:type="dxa"/>
          </w:tcPr>
          <w:p w14:paraId="4F02B610" w14:textId="3928FEE2" w:rsidR="004C3613" w:rsidRPr="00D25628" w:rsidRDefault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91" w:type="dxa"/>
          </w:tcPr>
          <w:p w14:paraId="1FB17FFD" w14:textId="299F53B4" w:rsidR="00816B6C" w:rsidRPr="00816B6C" w:rsidRDefault="00816B6C" w:rsidP="00816B6C">
            <w:pPr>
              <w:pStyle w:val="Akapitzlist"/>
              <w:numPr>
                <w:ilvl w:val="0"/>
                <w:numId w:val="13"/>
              </w:numPr>
              <w:ind w:left="747" w:hanging="426"/>
              <w:jc w:val="both"/>
              <w:rPr>
                <w:rFonts w:asciiTheme="majorHAnsi" w:hAnsiTheme="majorHAnsi" w:cstheme="majorHAnsi"/>
                <w:lang w:val="pl-PL"/>
              </w:rPr>
            </w:pPr>
            <w:r w:rsidRPr="00816B6C">
              <w:rPr>
                <w:rFonts w:asciiTheme="majorHAnsi" w:hAnsiTheme="majorHAnsi" w:cstheme="majorHAnsi"/>
                <w:lang w:val="pl-PL"/>
              </w:rPr>
              <w:t>Identyfikacja zagrożeń biologicznych mogących wystąpić na poszczególnych etapach procesu technologicznego</w:t>
            </w:r>
            <w:r>
              <w:rPr>
                <w:rFonts w:asciiTheme="majorHAnsi" w:hAnsiTheme="majorHAnsi" w:cstheme="majorHAnsi"/>
                <w:lang w:val="pl-PL"/>
              </w:rPr>
              <w:t xml:space="preserve"> produkcji potraw</w:t>
            </w:r>
            <w:r w:rsidRPr="00816B6C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7787DFC7" w14:textId="77777777" w:rsidR="00816B6C" w:rsidRPr="00816B6C" w:rsidRDefault="00816B6C" w:rsidP="00816B6C">
            <w:pPr>
              <w:pStyle w:val="Akapitzlist"/>
              <w:numPr>
                <w:ilvl w:val="0"/>
                <w:numId w:val="13"/>
              </w:numPr>
              <w:ind w:left="747" w:hanging="426"/>
              <w:jc w:val="both"/>
              <w:rPr>
                <w:rFonts w:asciiTheme="majorHAnsi" w:hAnsiTheme="majorHAnsi" w:cstheme="majorHAnsi"/>
                <w:lang w:val="pl-PL"/>
              </w:rPr>
            </w:pPr>
            <w:r w:rsidRPr="00816B6C">
              <w:rPr>
                <w:rFonts w:asciiTheme="majorHAnsi" w:hAnsiTheme="majorHAnsi" w:cstheme="majorHAnsi"/>
                <w:lang w:val="pl-PL"/>
              </w:rPr>
              <w:t>Określenie źródeł i przyczyn występowania zagrożeń oraz warunków sprzyjających ich powstawaniu lub namnażaniu.</w:t>
            </w:r>
          </w:p>
          <w:p w14:paraId="32A0D173" w14:textId="77777777" w:rsidR="00816B6C" w:rsidRPr="00816B6C" w:rsidRDefault="00816B6C" w:rsidP="00816B6C">
            <w:pPr>
              <w:pStyle w:val="Akapitzlist"/>
              <w:numPr>
                <w:ilvl w:val="0"/>
                <w:numId w:val="13"/>
              </w:numPr>
              <w:ind w:left="747" w:hanging="426"/>
              <w:jc w:val="both"/>
              <w:rPr>
                <w:rFonts w:asciiTheme="majorHAnsi" w:hAnsiTheme="majorHAnsi" w:cstheme="majorHAnsi"/>
                <w:lang w:val="pl-PL"/>
              </w:rPr>
            </w:pPr>
            <w:r w:rsidRPr="00816B6C">
              <w:rPr>
                <w:rFonts w:asciiTheme="majorHAnsi" w:hAnsiTheme="majorHAnsi" w:cstheme="majorHAnsi"/>
                <w:lang w:val="pl-PL"/>
              </w:rPr>
              <w:t>Ocena prawdopodobieństwa wystąpienia zagrożenia i jego skutków dla bezpieczeństwa zdrowotnego konsumenta.</w:t>
            </w:r>
          </w:p>
          <w:p w14:paraId="360F53E9" w14:textId="5E9001DE" w:rsidR="004C3613" w:rsidRPr="00FD7E42" w:rsidRDefault="00816B6C" w:rsidP="00816B6C">
            <w:pPr>
              <w:pStyle w:val="Akapitzlist"/>
              <w:numPr>
                <w:ilvl w:val="0"/>
                <w:numId w:val="13"/>
              </w:numPr>
              <w:ind w:left="747" w:hanging="426"/>
              <w:jc w:val="both"/>
              <w:rPr>
                <w:rFonts w:asciiTheme="majorHAnsi" w:hAnsiTheme="majorHAnsi" w:cstheme="majorHAnsi"/>
                <w:lang w:val="pl-PL"/>
              </w:rPr>
            </w:pPr>
            <w:r w:rsidRPr="00816B6C">
              <w:rPr>
                <w:rFonts w:asciiTheme="majorHAnsi" w:hAnsiTheme="majorHAnsi" w:cstheme="majorHAnsi"/>
                <w:lang w:val="pl-PL"/>
              </w:rPr>
              <w:t>Określenie działań zapobiegawczych i kontrolnych ograniczających możliwość wystąpienia lub rozwoju zagrożenia.</w:t>
            </w:r>
          </w:p>
        </w:tc>
      </w:tr>
      <w:tr w:rsidR="00694179" w:rsidRPr="00CD43B7" w14:paraId="018B6EB0" w14:textId="77777777" w:rsidTr="007C4DE5">
        <w:tc>
          <w:tcPr>
            <w:tcW w:w="3539" w:type="dxa"/>
          </w:tcPr>
          <w:p w14:paraId="6B5AC4B7" w14:textId="48FA91ED" w:rsidR="00694179" w:rsidRPr="00D25628" w:rsidRDefault="00694179" w:rsidP="00694179">
            <w:pPr>
              <w:rPr>
                <w:rFonts w:asciiTheme="majorHAnsi" w:hAnsiTheme="majorHAnsi" w:cstheme="majorHAnsi"/>
                <w:lang w:val="pl-PL"/>
              </w:rPr>
            </w:pPr>
            <w:r w:rsidRPr="00694179">
              <w:rPr>
                <w:rFonts w:asciiTheme="majorHAnsi" w:hAnsiTheme="majorHAnsi" w:cstheme="majorHAnsi"/>
                <w:lang w:val="pl-PL"/>
              </w:rPr>
              <w:t>Nazwa zagadnienia 4</w:t>
            </w:r>
          </w:p>
        </w:tc>
        <w:tc>
          <w:tcPr>
            <w:tcW w:w="5091" w:type="dxa"/>
          </w:tcPr>
          <w:p w14:paraId="14399EBD" w14:textId="0A5AEFC2" w:rsidR="00694179" w:rsidRPr="00FD7E42" w:rsidRDefault="00694179" w:rsidP="00694179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694179">
              <w:rPr>
                <w:rFonts w:asciiTheme="majorHAnsi" w:hAnsiTheme="majorHAnsi" w:cstheme="majorHAnsi"/>
                <w:lang w:val="pl-PL"/>
              </w:rPr>
              <w:t xml:space="preserve">Podsumowanie zajęć i prezentacja </w:t>
            </w:r>
            <w:r w:rsidR="00816B6C">
              <w:rPr>
                <w:rFonts w:asciiTheme="majorHAnsi" w:hAnsiTheme="majorHAnsi" w:cstheme="majorHAnsi"/>
                <w:lang w:val="pl-PL"/>
              </w:rPr>
              <w:t>wykonanego zadania</w:t>
            </w:r>
          </w:p>
        </w:tc>
      </w:tr>
      <w:tr w:rsidR="00126A5E" w:rsidRPr="00D25628" w14:paraId="668AE477" w14:textId="77777777" w:rsidTr="007C4DE5">
        <w:tc>
          <w:tcPr>
            <w:tcW w:w="3539" w:type="dxa"/>
          </w:tcPr>
          <w:p w14:paraId="41359E12" w14:textId="65E62173" w:rsidR="00126A5E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40FDE019" w14:textId="35217923" w:rsidR="00126A5E" w:rsidRPr="00FD7E42" w:rsidRDefault="00126A5E" w:rsidP="00FD7E42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FD7E42">
              <w:rPr>
                <w:rFonts w:asciiTheme="majorHAnsi" w:hAnsiTheme="majorHAnsi" w:cstheme="majorHAnsi"/>
                <w:lang w:val="pl-PL"/>
              </w:rPr>
              <w:t>1</w:t>
            </w:r>
            <w:r w:rsidR="00FD7E42" w:rsidRPr="00FD7E42">
              <w:rPr>
                <w:rFonts w:asciiTheme="majorHAnsi" w:hAnsiTheme="majorHAnsi" w:cstheme="majorHAnsi"/>
                <w:lang w:val="pl-PL"/>
              </w:rPr>
              <w:t>5</w:t>
            </w:r>
          </w:p>
        </w:tc>
      </w:tr>
      <w:tr w:rsidR="00126A5E" w:rsidRPr="00CD43B7" w14:paraId="7DB92227" w14:textId="77777777" w:rsidTr="007C4DE5">
        <w:tc>
          <w:tcPr>
            <w:tcW w:w="3539" w:type="dxa"/>
          </w:tcPr>
          <w:p w14:paraId="04B20403" w14:textId="397BB3D6" w:rsidR="00126A5E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Sekwencja działań, zadań ćwiczeń lub innych aktywności w ramach zagadnienia </w:t>
            </w:r>
            <w:r w:rsidR="00694179">
              <w:rPr>
                <w:rFonts w:asciiTheme="majorHAnsi" w:hAnsiTheme="majorHAnsi" w:cstheme="majorHAnsi"/>
                <w:lang w:val="pl-PL"/>
              </w:rPr>
              <w:t>4</w:t>
            </w:r>
          </w:p>
        </w:tc>
        <w:tc>
          <w:tcPr>
            <w:tcW w:w="5091" w:type="dxa"/>
          </w:tcPr>
          <w:p w14:paraId="3AF04C0A" w14:textId="1BCE543B" w:rsidR="00126A5E" w:rsidRPr="00D25628" w:rsidRDefault="00126A5E" w:rsidP="00FD7E42">
            <w:pPr>
              <w:pStyle w:val="Akapitzlist"/>
              <w:numPr>
                <w:ilvl w:val="0"/>
                <w:numId w:val="14"/>
              </w:numPr>
              <w:ind w:left="747" w:hanging="426"/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Prezentacja </w:t>
            </w:r>
            <w:r w:rsidR="00816B6C">
              <w:rPr>
                <w:rFonts w:asciiTheme="majorHAnsi" w:hAnsiTheme="majorHAnsi" w:cstheme="majorHAnsi"/>
                <w:lang w:val="pl-PL"/>
              </w:rPr>
              <w:t>przeprowadzonej analizy zagrożeń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3C50AAE7" w14:textId="0C926726" w:rsidR="00126A5E" w:rsidRPr="00B1773C" w:rsidRDefault="00126A5E" w:rsidP="00B1773C">
            <w:pPr>
              <w:pStyle w:val="Akapitzlist"/>
              <w:numPr>
                <w:ilvl w:val="0"/>
                <w:numId w:val="14"/>
              </w:numPr>
              <w:ind w:left="747" w:hanging="426"/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Weryfikacja poprawności </w:t>
            </w:r>
            <w:r w:rsidR="00B1773C">
              <w:rPr>
                <w:rFonts w:asciiTheme="majorHAnsi" w:hAnsiTheme="majorHAnsi" w:cstheme="majorHAnsi"/>
                <w:lang w:val="pl-PL"/>
              </w:rPr>
              <w:t>wykonania zadania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 przez prowadzącego.</w:t>
            </w:r>
          </w:p>
        </w:tc>
      </w:tr>
    </w:tbl>
    <w:p w14:paraId="7A4BDF2E" w14:textId="77777777" w:rsidR="005143E8" w:rsidRPr="00D25628" w:rsidRDefault="00FD3E5E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D25628" w14:paraId="11C15CBA" w14:textId="77777777" w:rsidTr="007C4DE5">
        <w:tc>
          <w:tcPr>
            <w:tcW w:w="3539" w:type="dxa"/>
          </w:tcPr>
          <w:p w14:paraId="4BBDEDE8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1FC81173" w14:textId="2E344EB4" w:rsidR="00126A5E" w:rsidRPr="00D25628" w:rsidRDefault="00126A5E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Teoretyczne wprowadzenie </w:t>
            </w:r>
            <w:r w:rsidR="00FA3BAE" w:rsidRPr="00D25628">
              <w:rPr>
                <w:rFonts w:asciiTheme="majorHAnsi" w:hAnsiTheme="majorHAnsi" w:cstheme="majorHAnsi"/>
                <w:lang w:val="pl-PL"/>
              </w:rPr>
              <w:t xml:space="preserve">w </w:t>
            </w:r>
            <w:r w:rsidR="00117B6A" w:rsidRPr="00D25628">
              <w:rPr>
                <w:rFonts w:asciiTheme="majorHAnsi" w:hAnsiTheme="majorHAnsi" w:cstheme="majorHAnsi"/>
                <w:lang w:val="pl-PL"/>
              </w:rPr>
              <w:t>formie ustnej</w:t>
            </w:r>
            <w:r w:rsidR="00FA3BAE" w:rsidRPr="00D25628">
              <w:rPr>
                <w:rFonts w:asciiTheme="majorHAnsi" w:hAnsiTheme="majorHAnsi" w:cstheme="majorHAnsi"/>
                <w:lang w:val="pl-PL"/>
              </w:rPr>
              <w:t xml:space="preserve"> prezentacji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59521BE1" w14:textId="77777777" w:rsidR="00126A5E" w:rsidRPr="00D25628" w:rsidRDefault="00126A5E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Instruktaż wykonania zadania.</w:t>
            </w:r>
          </w:p>
          <w:p w14:paraId="3E045BEF" w14:textId="22870D13" w:rsidR="00126A5E" w:rsidRPr="00D25628" w:rsidRDefault="009D468A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lastRenderedPageBreak/>
              <w:t>Praca projektowa w grupie</w:t>
            </w:r>
            <w:r w:rsidR="00126A5E" w:rsidRPr="00D25628">
              <w:rPr>
                <w:rFonts w:asciiTheme="majorHAnsi" w:hAnsiTheme="majorHAnsi" w:cstheme="majorHAnsi"/>
                <w:lang w:val="pl-PL"/>
              </w:rPr>
              <w:t xml:space="preserve"> pod nadzorem prowadzącego.</w:t>
            </w:r>
          </w:p>
          <w:p w14:paraId="505CC368" w14:textId="020A9FC1" w:rsidR="00126A5E" w:rsidRPr="000E76EE" w:rsidRDefault="00126A5E" w:rsidP="000E76E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Pytania kontrolne. </w:t>
            </w:r>
          </w:p>
        </w:tc>
      </w:tr>
      <w:tr w:rsidR="005143E8" w:rsidRPr="00CD43B7" w14:paraId="241D4086" w14:textId="77777777" w:rsidTr="007C4DE5">
        <w:tc>
          <w:tcPr>
            <w:tcW w:w="3539" w:type="dxa"/>
          </w:tcPr>
          <w:p w14:paraId="420F0D48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lastRenderedPageBreak/>
              <w:t>Narzędzia dydaktyczne</w:t>
            </w:r>
          </w:p>
        </w:tc>
        <w:tc>
          <w:tcPr>
            <w:tcW w:w="5091" w:type="dxa"/>
          </w:tcPr>
          <w:p w14:paraId="567D6875" w14:textId="3FA705ED" w:rsidR="005143E8" w:rsidRPr="00B1773C" w:rsidRDefault="00DB4A29" w:rsidP="00B1773C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Komputer z dostępem do Internetu i pakietem MS Office.</w:t>
            </w:r>
          </w:p>
        </w:tc>
      </w:tr>
      <w:tr w:rsidR="00521628" w:rsidRPr="00D25628" w14:paraId="2A988B57" w14:textId="77777777" w:rsidTr="007C4DE5">
        <w:tc>
          <w:tcPr>
            <w:tcW w:w="3539" w:type="dxa"/>
          </w:tcPr>
          <w:p w14:paraId="11411D5D" w14:textId="77777777" w:rsidR="0052162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0A10339C" w14:textId="675BCAE3" w:rsidR="00521628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</w:t>
            </w:r>
            <w:r w:rsidR="00521628" w:rsidRPr="00D25628">
              <w:rPr>
                <w:rFonts w:asciiTheme="majorHAnsi" w:hAnsiTheme="majorHAnsi" w:cstheme="majorHAnsi"/>
                <w:lang w:val="pl-PL"/>
              </w:rPr>
              <w:t>raca grupowa</w:t>
            </w:r>
          </w:p>
        </w:tc>
      </w:tr>
      <w:tr w:rsidR="005143E8" w:rsidRPr="00A739C4" w14:paraId="54C9D88F" w14:textId="77777777" w:rsidTr="007C4DE5">
        <w:tc>
          <w:tcPr>
            <w:tcW w:w="3539" w:type="dxa"/>
          </w:tcPr>
          <w:p w14:paraId="39264DC4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0D8224C9" w14:textId="03BC0CDF" w:rsidR="00126A5E" w:rsidRPr="00D25628" w:rsidRDefault="00B1773C" w:rsidP="000E76EE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proofErr w:type="spellStart"/>
            <w:r w:rsidRPr="00B1773C">
              <w:rPr>
                <w:rFonts w:asciiTheme="majorHAnsi" w:hAnsiTheme="majorHAnsi" w:cstheme="majorHAnsi"/>
                <w:lang w:val="pl-PL"/>
              </w:rPr>
              <w:t>Kołożyn</w:t>
            </w:r>
            <w:proofErr w:type="spellEnd"/>
            <w:r w:rsidRPr="00B1773C">
              <w:rPr>
                <w:rFonts w:asciiTheme="majorHAnsi" w:hAnsiTheme="majorHAnsi" w:cstheme="majorHAnsi"/>
                <w:lang w:val="pl-PL"/>
              </w:rPr>
              <w:t>-Krajewska D., Sikora T. Zarządzanie bezpieczeństwem żywności. Teoria i praktyka. Wydawnictwo: C.H. Beck Wydawnictwo Polska, 2010</w:t>
            </w:r>
            <w:r w:rsidRPr="00B1773C">
              <w:t xml:space="preserve"> </w:t>
            </w:r>
          </w:p>
        </w:tc>
      </w:tr>
      <w:tr w:rsidR="00521628" w:rsidRPr="00CD43B7" w14:paraId="436CAE5E" w14:textId="77777777" w:rsidTr="007C4DE5">
        <w:tc>
          <w:tcPr>
            <w:tcW w:w="3539" w:type="dxa"/>
          </w:tcPr>
          <w:p w14:paraId="5E85BFDD" w14:textId="77777777" w:rsidR="0052162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4C1E59ED" w14:textId="38D85511" w:rsidR="00521628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Wykorzystanie edytora tekstu do tworzenia </w:t>
            </w:r>
            <w:r w:rsidR="000E76EE" w:rsidRPr="00D25628">
              <w:rPr>
                <w:rFonts w:asciiTheme="majorHAnsi" w:hAnsiTheme="majorHAnsi" w:cstheme="majorHAnsi"/>
                <w:lang w:val="pl-PL"/>
              </w:rPr>
              <w:t>spójnej dokumentacji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 systemowej.</w:t>
            </w:r>
          </w:p>
        </w:tc>
      </w:tr>
      <w:tr w:rsidR="005143E8" w:rsidRPr="00D25628" w14:paraId="05B91DEC" w14:textId="77777777" w:rsidTr="007C4DE5">
        <w:tc>
          <w:tcPr>
            <w:tcW w:w="3539" w:type="dxa"/>
          </w:tcPr>
          <w:p w14:paraId="3B6A1AC0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7090FFFA" w14:textId="3E5F8FA7" w:rsidR="005143E8" w:rsidRPr="00D25628" w:rsidRDefault="00FA3BA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Brak</w:t>
            </w:r>
          </w:p>
        </w:tc>
      </w:tr>
    </w:tbl>
    <w:p w14:paraId="29BDA334" w14:textId="77777777" w:rsidR="00C66032" w:rsidRPr="00D25628" w:rsidRDefault="00C66032" w:rsidP="00C66032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CD43B7" w14:paraId="75A3070F" w14:textId="77777777" w:rsidTr="007C4DE5">
        <w:tc>
          <w:tcPr>
            <w:tcW w:w="3539" w:type="dxa"/>
          </w:tcPr>
          <w:p w14:paraId="6B2ACBC5" w14:textId="77777777" w:rsidR="00C66032" w:rsidRPr="00D25628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5E51A38A" w14:textId="1674F129" w:rsidR="00AD7074" w:rsidRPr="00AD7074" w:rsidRDefault="00AD7074" w:rsidP="00AD7074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AD7074">
              <w:rPr>
                <w:rFonts w:asciiTheme="majorHAnsi" w:hAnsiTheme="majorHAnsi" w:cstheme="majorHAnsi"/>
                <w:lang w:val="pl-PL"/>
              </w:rPr>
              <w:t xml:space="preserve">Student identyfikuje zagrożenia </w:t>
            </w:r>
            <w:r>
              <w:rPr>
                <w:rFonts w:asciiTheme="majorHAnsi" w:hAnsiTheme="majorHAnsi" w:cstheme="majorHAnsi"/>
                <w:lang w:val="pl-PL"/>
              </w:rPr>
              <w:t>biologiczne</w:t>
            </w:r>
            <w:r w:rsidRPr="00AD7074">
              <w:rPr>
                <w:rFonts w:asciiTheme="majorHAnsi" w:hAnsiTheme="majorHAnsi" w:cstheme="majorHAnsi"/>
                <w:lang w:val="pl-PL"/>
              </w:rPr>
              <w:t xml:space="preserve"> mogące wystąpić na poszczególnych etapach procesu technologicznego produkcji potraw.</w:t>
            </w:r>
          </w:p>
          <w:p w14:paraId="7CFBC962" w14:textId="77777777" w:rsidR="00AD7074" w:rsidRPr="00AD7074" w:rsidRDefault="00AD7074" w:rsidP="00AD7074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AD7074">
              <w:rPr>
                <w:rFonts w:asciiTheme="majorHAnsi" w:hAnsiTheme="majorHAnsi" w:cstheme="majorHAnsi"/>
                <w:lang w:val="pl-PL"/>
              </w:rPr>
              <w:t>Student umie określić źródła i przyczyny występowania zagrożeń oraz warunków sprzyjających ich powstawaniu.</w:t>
            </w:r>
          </w:p>
          <w:p w14:paraId="63D82226" w14:textId="6269B627" w:rsidR="00DB4A29" w:rsidRPr="00B1773C" w:rsidRDefault="00AD7074" w:rsidP="00AD7074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AD7074">
              <w:rPr>
                <w:rFonts w:asciiTheme="majorHAnsi" w:hAnsiTheme="majorHAnsi" w:cstheme="majorHAnsi"/>
                <w:lang w:val="pl-PL"/>
              </w:rPr>
              <w:t>Student umie określić działania zapobiegawcze i kontrolne ograniczające możliwość wystąpienia zagrożenia.</w:t>
            </w:r>
          </w:p>
        </w:tc>
      </w:tr>
      <w:tr w:rsidR="00C66032" w:rsidRPr="00CD43B7" w14:paraId="27B75A42" w14:textId="77777777" w:rsidTr="007C4DE5">
        <w:tc>
          <w:tcPr>
            <w:tcW w:w="3539" w:type="dxa"/>
          </w:tcPr>
          <w:p w14:paraId="0A52C2F0" w14:textId="77777777" w:rsidR="00C66032" w:rsidRPr="00D25628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4CDFA876" w14:textId="77777777" w:rsidR="00C66032" w:rsidRPr="00D25628" w:rsidRDefault="009D468A" w:rsidP="009D468A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Ocena poprawności formalnej i merytorycznej przygotowanego fragmentu dokumentacji systemowej.</w:t>
            </w:r>
          </w:p>
          <w:p w14:paraId="35B4CAEE" w14:textId="50C16110" w:rsidR="009D468A" w:rsidRPr="00D25628" w:rsidRDefault="009D468A" w:rsidP="009D468A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Aktywny udział w dyskusji oraz </w:t>
            </w:r>
            <w:r w:rsidR="00D15E58">
              <w:rPr>
                <w:rFonts w:asciiTheme="majorHAnsi" w:hAnsiTheme="majorHAnsi" w:cstheme="majorHAnsi"/>
                <w:lang w:val="pl-PL"/>
              </w:rPr>
              <w:t xml:space="preserve">udzielanie 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odpowiedzi na pytania kontrolne </w:t>
            </w:r>
            <w:r w:rsidR="00D15E58">
              <w:rPr>
                <w:rFonts w:asciiTheme="majorHAnsi" w:hAnsiTheme="majorHAnsi" w:cstheme="majorHAnsi"/>
                <w:lang w:val="pl-PL"/>
              </w:rPr>
              <w:t>podczas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 realizacji zajęć.</w:t>
            </w:r>
          </w:p>
          <w:p w14:paraId="240D27AA" w14:textId="0654E654" w:rsidR="009D468A" w:rsidRPr="00B1773C" w:rsidRDefault="009D468A" w:rsidP="008A6413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Obserwacja pracy w grupie i ocena zaangażowania w realizację zadania.</w:t>
            </w:r>
          </w:p>
        </w:tc>
      </w:tr>
    </w:tbl>
    <w:p w14:paraId="400E63FA" w14:textId="77777777" w:rsidR="00C66032" w:rsidRPr="00D25628" w:rsidRDefault="004B726D" w:rsidP="004B726D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DB4A29" w:rsidRPr="00CD43B7" w14:paraId="49FA32A6" w14:textId="77777777" w:rsidTr="007C4DE5">
        <w:tc>
          <w:tcPr>
            <w:tcW w:w="3539" w:type="dxa"/>
          </w:tcPr>
          <w:p w14:paraId="031E4B09" w14:textId="77777777" w:rsidR="00DB4A29" w:rsidRPr="00D25628" w:rsidRDefault="00DB4A29" w:rsidP="00DB4A29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3C314A3F" w14:textId="7E6B1D2B" w:rsidR="00DB4A29" w:rsidRPr="00D25628" w:rsidRDefault="00D15E58" w:rsidP="00DB4A29">
            <w:pPr>
              <w:rPr>
                <w:rFonts w:asciiTheme="majorHAnsi" w:hAnsiTheme="majorHAnsi" w:cstheme="majorHAnsi"/>
                <w:lang w:val="pl-PL"/>
              </w:rPr>
            </w:pPr>
            <w:r w:rsidRPr="00F65142">
              <w:rPr>
                <w:lang w:val="pl-PL"/>
              </w:rPr>
              <w:t>d</w:t>
            </w:r>
            <w:r w:rsidR="00DB4A29" w:rsidRPr="00F65142">
              <w:rPr>
                <w:lang w:val="pl-PL"/>
              </w:rPr>
              <w:t xml:space="preserve">r hab. </w:t>
            </w:r>
            <w:r w:rsidR="00F65142" w:rsidRPr="00F65142">
              <w:rPr>
                <w:lang w:val="pl-PL"/>
              </w:rPr>
              <w:t>Beata Bilska, prof.</w:t>
            </w:r>
            <w:r w:rsidR="00F65142">
              <w:rPr>
                <w:lang w:val="pl-PL"/>
              </w:rPr>
              <w:t xml:space="preserve"> SGGW</w:t>
            </w:r>
            <w:r w:rsidR="00DB4A29" w:rsidRPr="00F65142">
              <w:rPr>
                <w:lang w:val="pl-PL"/>
              </w:rPr>
              <w:t xml:space="preserve"> </w:t>
            </w:r>
          </w:p>
        </w:tc>
      </w:tr>
      <w:tr w:rsidR="00DB4A29" w:rsidRPr="00D25628" w14:paraId="134D27B0" w14:textId="77777777" w:rsidTr="007C4DE5">
        <w:tc>
          <w:tcPr>
            <w:tcW w:w="3539" w:type="dxa"/>
          </w:tcPr>
          <w:p w14:paraId="1E75DA08" w14:textId="77777777" w:rsidR="00DB4A29" w:rsidRPr="00D25628" w:rsidRDefault="00DB4A29" w:rsidP="00DB4A29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2A3A2293" w14:textId="26F9FB06" w:rsidR="00DB4A29" w:rsidRPr="00D25628" w:rsidRDefault="00FA3BAE" w:rsidP="00DB4A29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t>-</w:t>
            </w:r>
          </w:p>
        </w:tc>
      </w:tr>
    </w:tbl>
    <w:p w14:paraId="11F84CF4" w14:textId="77777777" w:rsidR="004B726D" w:rsidRPr="00D25628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7DACE116" w14:textId="77777777" w:rsidR="00515281" w:rsidRPr="00D25628" w:rsidRDefault="00515281" w:rsidP="00515281">
      <w:pPr>
        <w:spacing w:after="160" w:line="259" w:lineRule="auto"/>
      </w:pPr>
      <w:r w:rsidRPr="00D25628">
        <w:t>CC BY 4.0</w:t>
      </w:r>
    </w:p>
    <w:p w14:paraId="6C440EE3" w14:textId="77777777" w:rsidR="00515281" w:rsidRPr="00D25628" w:rsidRDefault="00515281" w:rsidP="00515281">
      <w:pPr>
        <w:spacing w:after="160" w:line="259" w:lineRule="auto"/>
        <w:rPr>
          <w:lang w:val="pl-PL"/>
        </w:rPr>
      </w:pPr>
      <w:r w:rsidRPr="00D25628">
        <w:rPr>
          <w:lang w:val="pl-PL"/>
        </w:rPr>
        <w:t xml:space="preserve">Materiał jest udostępniony na licencji Creative </w:t>
      </w:r>
      <w:proofErr w:type="spellStart"/>
      <w:r w:rsidRPr="00D25628">
        <w:rPr>
          <w:lang w:val="pl-PL"/>
        </w:rPr>
        <w:t>Commons</w:t>
      </w:r>
      <w:proofErr w:type="spellEnd"/>
      <w:r w:rsidRPr="00D25628">
        <w:rPr>
          <w:lang w:val="pl-PL"/>
        </w:rPr>
        <w:t xml:space="preserve"> Uznanie autorstwa CC BY 4.0</w:t>
      </w:r>
    </w:p>
    <w:p w14:paraId="09FC0B16" w14:textId="77777777" w:rsidR="00515281" w:rsidRPr="00D25628" w:rsidRDefault="00515281" w:rsidP="00515281">
      <w:pPr>
        <w:spacing w:after="160" w:line="259" w:lineRule="auto"/>
        <w:rPr>
          <w:lang w:val="pl-PL"/>
        </w:rPr>
      </w:pPr>
      <w:hyperlink r:id="rId11" w:history="1">
        <w:r w:rsidRPr="00D25628">
          <w:rPr>
            <w:rStyle w:val="Hipercze"/>
            <w:color w:val="auto"/>
            <w:lang w:val="pl-PL"/>
          </w:rPr>
          <w:t>https://creativecommons.org/licenses/by/4.0/deed.pl</w:t>
        </w:r>
      </w:hyperlink>
    </w:p>
    <w:p w14:paraId="2541FEC5" w14:textId="77777777" w:rsidR="00515281" w:rsidRPr="00D25628" w:rsidRDefault="00515281" w:rsidP="00515281">
      <w:pPr>
        <w:spacing w:after="160" w:line="259" w:lineRule="auto"/>
        <w:rPr>
          <w:lang w:val="pl-PL"/>
        </w:rPr>
      </w:pPr>
      <w:r w:rsidRPr="00D25628">
        <w:rPr>
          <w:lang w:val="pl-PL"/>
        </w:rPr>
        <w:t xml:space="preserve">Materiał opracowany w związku z realizacją projektu „Zrównoważony Kampus SGGW - kształcenie na rzecz branż </w:t>
      </w:r>
      <w:proofErr w:type="gramStart"/>
      <w:r w:rsidRPr="00D25628">
        <w:rPr>
          <w:lang w:val="pl-PL"/>
        </w:rPr>
        <w:t>kluczowych ”</w:t>
      </w:r>
      <w:proofErr w:type="gramEnd"/>
      <w:r w:rsidRPr="00D25628">
        <w:rPr>
          <w:lang w:val="pl-PL"/>
        </w:rPr>
        <w:t xml:space="preserve"> nr FERS.01.05-IP.08-0067/23 </w:t>
      </w:r>
    </w:p>
    <w:p w14:paraId="6FD792BF" w14:textId="77777777" w:rsidR="00515281" w:rsidRPr="00D25628" w:rsidRDefault="00515281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515281" w:rsidRPr="00D25628" w:rsidSect="00034616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47B08" w14:textId="77777777" w:rsidR="00012132" w:rsidRDefault="00012132" w:rsidP="00521628">
      <w:pPr>
        <w:spacing w:after="0" w:line="240" w:lineRule="auto"/>
      </w:pPr>
      <w:r>
        <w:separator/>
      </w:r>
    </w:p>
  </w:endnote>
  <w:endnote w:type="continuationSeparator" w:id="0">
    <w:p w14:paraId="1CADC3AA" w14:textId="77777777" w:rsidR="00012132" w:rsidRDefault="00012132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0AEC6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89AA9" w14:textId="77777777" w:rsidR="00012132" w:rsidRDefault="00012132" w:rsidP="00521628">
      <w:pPr>
        <w:spacing w:after="0" w:line="240" w:lineRule="auto"/>
      </w:pPr>
      <w:r>
        <w:separator/>
      </w:r>
    </w:p>
  </w:footnote>
  <w:footnote w:type="continuationSeparator" w:id="0">
    <w:p w14:paraId="4836262F" w14:textId="77777777" w:rsidR="00012132" w:rsidRDefault="00012132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FDA8F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0F8DAFF8" wp14:editId="49A468DA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D009CF"/>
    <w:multiLevelType w:val="hybridMultilevel"/>
    <w:tmpl w:val="EDDA641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A223750"/>
    <w:multiLevelType w:val="hybridMultilevel"/>
    <w:tmpl w:val="8090AB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B9532F"/>
    <w:multiLevelType w:val="hybridMultilevel"/>
    <w:tmpl w:val="0E72A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010C15"/>
    <w:multiLevelType w:val="hybridMultilevel"/>
    <w:tmpl w:val="63F404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5033AA"/>
    <w:multiLevelType w:val="hybridMultilevel"/>
    <w:tmpl w:val="01B4B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DB1699"/>
    <w:multiLevelType w:val="hybridMultilevel"/>
    <w:tmpl w:val="5C84B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E7488A"/>
    <w:multiLevelType w:val="hybridMultilevel"/>
    <w:tmpl w:val="3872F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8B6553"/>
    <w:multiLevelType w:val="hybridMultilevel"/>
    <w:tmpl w:val="C6EAB5D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F897B99"/>
    <w:multiLevelType w:val="hybridMultilevel"/>
    <w:tmpl w:val="62723E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4270627">
    <w:abstractNumId w:val="8"/>
  </w:num>
  <w:num w:numId="2" w16cid:durableId="1259949128">
    <w:abstractNumId w:val="6"/>
  </w:num>
  <w:num w:numId="3" w16cid:durableId="778261678">
    <w:abstractNumId w:val="5"/>
  </w:num>
  <w:num w:numId="4" w16cid:durableId="419566933">
    <w:abstractNumId w:val="4"/>
  </w:num>
  <w:num w:numId="5" w16cid:durableId="1597400410">
    <w:abstractNumId w:val="7"/>
  </w:num>
  <w:num w:numId="6" w16cid:durableId="129592789">
    <w:abstractNumId w:val="3"/>
  </w:num>
  <w:num w:numId="7" w16cid:durableId="1993412504">
    <w:abstractNumId w:val="2"/>
  </w:num>
  <w:num w:numId="8" w16cid:durableId="1857378639">
    <w:abstractNumId w:val="1"/>
  </w:num>
  <w:num w:numId="9" w16cid:durableId="1509829457">
    <w:abstractNumId w:val="0"/>
  </w:num>
  <w:num w:numId="10" w16cid:durableId="1544369837">
    <w:abstractNumId w:val="14"/>
  </w:num>
  <w:num w:numId="11" w16cid:durableId="170686893">
    <w:abstractNumId w:val="12"/>
  </w:num>
  <w:num w:numId="12" w16cid:durableId="1923298801">
    <w:abstractNumId w:val="13"/>
  </w:num>
  <w:num w:numId="13" w16cid:durableId="285893210">
    <w:abstractNumId w:val="16"/>
  </w:num>
  <w:num w:numId="14" w16cid:durableId="1872843479">
    <w:abstractNumId w:val="9"/>
  </w:num>
  <w:num w:numId="15" w16cid:durableId="442579515">
    <w:abstractNumId w:val="17"/>
  </w:num>
  <w:num w:numId="16" w16cid:durableId="1412969784">
    <w:abstractNumId w:val="15"/>
  </w:num>
  <w:num w:numId="17" w16cid:durableId="755983727">
    <w:abstractNumId w:val="11"/>
  </w:num>
  <w:num w:numId="18" w16cid:durableId="10283307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ABB"/>
    <w:rsid w:val="00012132"/>
    <w:rsid w:val="00024B3C"/>
    <w:rsid w:val="00034616"/>
    <w:rsid w:val="00044FEF"/>
    <w:rsid w:val="0006063C"/>
    <w:rsid w:val="0006635B"/>
    <w:rsid w:val="00077043"/>
    <w:rsid w:val="000851D8"/>
    <w:rsid w:val="00091956"/>
    <w:rsid w:val="000B25AA"/>
    <w:rsid w:val="000B772F"/>
    <w:rsid w:val="000E633D"/>
    <w:rsid w:val="000E76EE"/>
    <w:rsid w:val="000F1F39"/>
    <w:rsid w:val="00117B6A"/>
    <w:rsid w:val="001210B4"/>
    <w:rsid w:val="00126A5E"/>
    <w:rsid w:val="001355BA"/>
    <w:rsid w:val="0014086C"/>
    <w:rsid w:val="0015074B"/>
    <w:rsid w:val="00151BA5"/>
    <w:rsid w:val="00156C97"/>
    <w:rsid w:val="001915E5"/>
    <w:rsid w:val="001B6CFF"/>
    <w:rsid w:val="001C2198"/>
    <w:rsid w:val="001D1B08"/>
    <w:rsid w:val="001D2B22"/>
    <w:rsid w:val="001F097B"/>
    <w:rsid w:val="00222E85"/>
    <w:rsid w:val="00224AE9"/>
    <w:rsid w:val="00266B48"/>
    <w:rsid w:val="0028586D"/>
    <w:rsid w:val="0029639D"/>
    <w:rsid w:val="002B1689"/>
    <w:rsid w:val="002B6ABB"/>
    <w:rsid w:val="002F064A"/>
    <w:rsid w:val="002F0DA9"/>
    <w:rsid w:val="002F6513"/>
    <w:rsid w:val="00326F90"/>
    <w:rsid w:val="003628CD"/>
    <w:rsid w:val="003D7F3C"/>
    <w:rsid w:val="00426AF5"/>
    <w:rsid w:val="0044797C"/>
    <w:rsid w:val="00450437"/>
    <w:rsid w:val="004B726D"/>
    <w:rsid w:val="004C3613"/>
    <w:rsid w:val="004C7495"/>
    <w:rsid w:val="004E79EF"/>
    <w:rsid w:val="004F0072"/>
    <w:rsid w:val="005143E8"/>
    <w:rsid w:val="00515281"/>
    <w:rsid w:val="00517667"/>
    <w:rsid w:val="00521628"/>
    <w:rsid w:val="00574997"/>
    <w:rsid w:val="0058212E"/>
    <w:rsid w:val="005A1BA3"/>
    <w:rsid w:val="005B716F"/>
    <w:rsid w:val="005C39B5"/>
    <w:rsid w:val="005C7CED"/>
    <w:rsid w:val="00612384"/>
    <w:rsid w:val="00661996"/>
    <w:rsid w:val="00694179"/>
    <w:rsid w:val="006A6D8F"/>
    <w:rsid w:val="006B724A"/>
    <w:rsid w:val="006D48CC"/>
    <w:rsid w:val="007055F9"/>
    <w:rsid w:val="007B621E"/>
    <w:rsid w:val="007C4DE5"/>
    <w:rsid w:val="007D0F9A"/>
    <w:rsid w:val="00812D6B"/>
    <w:rsid w:val="00816B6C"/>
    <w:rsid w:val="00834DE3"/>
    <w:rsid w:val="0092286B"/>
    <w:rsid w:val="009334B1"/>
    <w:rsid w:val="00944708"/>
    <w:rsid w:val="00947699"/>
    <w:rsid w:val="00976B8B"/>
    <w:rsid w:val="009D468A"/>
    <w:rsid w:val="00A253AA"/>
    <w:rsid w:val="00A739C4"/>
    <w:rsid w:val="00AA1D8D"/>
    <w:rsid w:val="00AC1286"/>
    <w:rsid w:val="00AD7074"/>
    <w:rsid w:val="00B1773C"/>
    <w:rsid w:val="00B4235E"/>
    <w:rsid w:val="00B47730"/>
    <w:rsid w:val="00B70101"/>
    <w:rsid w:val="00B734AA"/>
    <w:rsid w:val="00BA383D"/>
    <w:rsid w:val="00BA4DD9"/>
    <w:rsid w:val="00BC0190"/>
    <w:rsid w:val="00BE192A"/>
    <w:rsid w:val="00C04DF8"/>
    <w:rsid w:val="00C3691F"/>
    <w:rsid w:val="00C5174D"/>
    <w:rsid w:val="00C551F5"/>
    <w:rsid w:val="00C66032"/>
    <w:rsid w:val="00C90D7A"/>
    <w:rsid w:val="00CB0664"/>
    <w:rsid w:val="00CD43B7"/>
    <w:rsid w:val="00CF0439"/>
    <w:rsid w:val="00D054A7"/>
    <w:rsid w:val="00D15E58"/>
    <w:rsid w:val="00D25628"/>
    <w:rsid w:val="00D64982"/>
    <w:rsid w:val="00DB4A29"/>
    <w:rsid w:val="00DD44D3"/>
    <w:rsid w:val="00DD46EF"/>
    <w:rsid w:val="00DE58EB"/>
    <w:rsid w:val="00E20C95"/>
    <w:rsid w:val="00E316F3"/>
    <w:rsid w:val="00EB6BE9"/>
    <w:rsid w:val="00ED59C3"/>
    <w:rsid w:val="00EE58E3"/>
    <w:rsid w:val="00F263A2"/>
    <w:rsid w:val="00F328A1"/>
    <w:rsid w:val="00F34420"/>
    <w:rsid w:val="00F42B3C"/>
    <w:rsid w:val="00F64836"/>
    <w:rsid w:val="00F65142"/>
    <w:rsid w:val="00F80758"/>
    <w:rsid w:val="00FA3BAE"/>
    <w:rsid w:val="00FA4A70"/>
    <w:rsid w:val="00FC693F"/>
    <w:rsid w:val="00FD3E5E"/>
    <w:rsid w:val="00FD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3F0CCC"/>
  <w14:defaultImageDpi w14:val="300"/>
  <w15:docId w15:val="{6A867BF9-6ED6-4A93-A1AE-53BE7F64C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26A5E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8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FERS%201\scenariusze\scenariusz%20zaj&#281;&#263;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697A24-FC77-4C8D-8994-B7827081F7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scenariusz zajęć 2</Template>
  <TotalTime>1</TotalTime>
  <Pages>4</Pages>
  <Words>683</Words>
  <Characters>4101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Szydłowska</dc:creator>
  <cp:keywords/>
  <dc:description>generated by python-docx</dc:description>
  <cp:lastModifiedBy>Beata Grzesiak</cp:lastModifiedBy>
  <cp:revision>2</cp:revision>
  <dcterms:created xsi:type="dcterms:W3CDTF">2026-10-15T08:48:00Z</dcterms:created>
  <dcterms:modified xsi:type="dcterms:W3CDTF">2026-10-15T08:48:00Z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