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15815" w14:textId="77777777" w:rsidR="00521628" w:rsidRPr="002E46E8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2E46E8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2E46E8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2E46E8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2E46E8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2E46E8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2E46E8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2E46E8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2E46E8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74ACF55E" w14:textId="77777777" w:rsidR="00E316F3" w:rsidRPr="002E46E8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2E46E8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2E46E8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2A4142" w:rsidRPr="00544A3A" w14:paraId="6067A4F2" w14:textId="77777777" w:rsidTr="007F556D">
        <w:tc>
          <w:tcPr>
            <w:tcW w:w="3539" w:type="dxa"/>
          </w:tcPr>
          <w:p w14:paraId="0DB413FD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506F7EFE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2A4142" w:rsidRPr="002E46E8" w14:paraId="5246A5F5" w14:textId="77777777" w:rsidTr="007F556D">
        <w:tc>
          <w:tcPr>
            <w:tcW w:w="3539" w:type="dxa"/>
          </w:tcPr>
          <w:p w14:paraId="032FCD7B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5BEA9AEF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2A4142" w:rsidRPr="002E46E8" w14:paraId="0B78F080" w14:textId="77777777" w:rsidTr="007F556D">
        <w:tc>
          <w:tcPr>
            <w:tcW w:w="3539" w:type="dxa"/>
          </w:tcPr>
          <w:p w14:paraId="7B597E65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3352D317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544A3A" w:rsidRPr="002E46E8" w14:paraId="6103C447" w14:textId="77777777" w:rsidTr="007F556D">
        <w:tc>
          <w:tcPr>
            <w:tcW w:w="3539" w:type="dxa"/>
          </w:tcPr>
          <w:p w14:paraId="39AF1B7E" w14:textId="77777777" w:rsidR="00544A3A" w:rsidRPr="002E46E8" w:rsidRDefault="00544A3A" w:rsidP="00544A3A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0DBE8512" w14:textId="50D7D660" w:rsidR="00544A3A" w:rsidRPr="002E46E8" w:rsidRDefault="00544A3A" w:rsidP="00544A3A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544A3A" w:rsidRPr="002E46E8" w14:paraId="724A6291" w14:textId="77777777" w:rsidTr="007F556D">
        <w:tc>
          <w:tcPr>
            <w:tcW w:w="3539" w:type="dxa"/>
          </w:tcPr>
          <w:p w14:paraId="688DAF3B" w14:textId="77777777" w:rsidR="00544A3A" w:rsidRPr="002E46E8" w:rsidRDefault="00544A3A" w:rsidP="00544A3A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1E8869AA" w14:textId="7A16DF69" w:rsidR="00544A3A" w:rsidRPr="002E46E8" w:rsidRDefault="00544A3A" w:rsidP="00544A3A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2A4142" w:rsidRPr="002E46E8" w14:paraId="085002FB" w14:textId="77777777" w:rsidTr="007F556D">
        <w:tc>
          <w:tcPr>
            <w:tcW w:w="3539" w:type="dxa"/>
          </w:tcPr>
          <w:p w14:paraId="2AB43D47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5F9F9625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2A4142" w:rsidRPr="002E46E8" w14:paraId="10BD71C8" w14:textId="77777777" w:rsidTr="007F556D">
        <w:tc>
          <w:tcPr>
            <w:tcW w:w="3539" w:type="dxa"/>
          </w:tcPr>
          <w:p w14:paraId="008EFC21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086B2029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2A4142" w:rsidRPr="002E46E8" w14:paraId="5734B9DE" w14:textId="77777777" w:rsidTr="007F556D">
        <w:tc>
          <w:tcPr>
            <w:tcW w:w="3539" w:type="dxa"/>
          </w:tcPr>
          <w:p w14:paraId="4EC2BD11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1FDC083C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2A4142" w:rsidRPr="002E46E8" w14:paraId="5951322B" w14:textId="77777777" w:rsidTr="007F556D">
        <w:tc>
          <w:tcPr>
            <w:tcW w:w="3539" w:type="dxa"/>
          </w:tcPr>
          <w:p w14:paraId="1CCB4BD9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E298146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2A4142" w:rsidRPr="002E46E8" w14:paraId="7A1F6344" w14:textId="77777777" w:rsidTr="007F556D">
        <w:tc>
          <w:tcPr>
            <w:tcW w:w="3539" w:type="dxa"/>
          </w:tcPr>
          <w:p w14:paraId="1AFE905D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32F4F31D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2A4142" w:rsidRPr="00544A3A" w14:paraId="0CD00E88" w14:textId="77777777" w:rsidTr="007F556D">
        <w:tc>
          <w:tcPr>
            <w:tcW w:w="3539" w:type="dxa"/>
          </w:tcPr>
          <w:p w14:paraId="21302FB3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50A2B394" w14:textId="77777777" w:rsidR="001E216A" w:rsidRPr="002E46E8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742C07D8" w14:textId="77777777" w:rsidR="001E216A" w:rsidRPr="002E46E8" w:rsidRDefault="001E216A" w:rsidP="001E216A">
      <w:pPr>
        <w:rPr>
          <w:lang w:val="pl-PL"/>
        </w:rPr>
      </w:pPr>
    </w:p>
    <w:p w14:paraId="0E8F5E52" w14:textId="77777777" w:rsidR="005143E8" w:rsidRPr="002E46E8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2E46E8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2E46E8" w14:paraId="0782BBB6" w14:textId="77777777" w:rsidTr="007C4DE5">
        <w:tc>
          <w:tcPr>
            <w:tcW w:w="3539" w:type="dxa"/>
          </w:tcPr>
          <w:p w14:paraId="2D222C8F" w14:textId="77777777" w:rsidR="004B726D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13142957" w14:textId="7A8010D0" w:rsidR="004B726D" w:rsidRPr="002E46E8" w:rsidRDefault="001E216A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1</w:t>
            </w:r>
            <w:r w:rsidR="003E415E" w:rsidRPr="002E46E8">
              <w:rPr>
                <w:rFonts w:asciiTheme="majorHAnsi" w:hAnsiTheme="majorHAnsi" w:cstheme="majorHAnsi"/>
                <w:lang w:val="pl-PL"/>
              </w:rPr>
              <w:t>4</w:t>
            </w:r>
          </w:p>
        </w:tc>
      </w:tr>
      <w:tr w:rsidR="0044797C" w:rsidRPr="00544A3A" w14:paraId="059CF35C" w14:textId="77777777" w:rsidTr="007C4DE5">
        <w:tc>
          <w:tcPr>
            <w:tcW w:w="3539" w:type="dxa"/>
          </w:tcPr>
          <w:p w14:paraId="3D67E512" w14:textId="77777777" w:rsidR="0044797C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55CBC6F8" w14:textId="730D4F00" w:rsidR="0044797C" w:rsidRPr="002E46E8" w:rsidRDefault="0064022D" w:rsidP="00DB615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Opracowanie wybranych dokumentów ISO 9001:2015.</w:t>
            </w:r>
            <w:r w:rsidR="003C0078" w:rsidRPr="002E46E8">
              <w:rPr>
                <w:rFonts w:asciiTheme="majorHAnsi" w:hAnsiTheme="majorHAnsi" w:cstheme="majorHAnsi"/>
                <w:lang w:val="pl-PL"/>
              </w:rPr>
              <w:t xml:space="preserve"> Analiza otoczenia organizacji (podpunkt </w:t>
            </w:r>
            <w:proofErr w:type="gramStart"/>
            <w:r w:rsidR="003C0078" w:rsidRPr="002E46E8">
              <w:rPr>
                <w:rFonts w:asciiTheme="majorHAnsi" w:hAnsiTheme="majorHAnsi" w:cstheme="majorHAnsi"/>
                <w:lang w:val="pl-PL"/>
              </w:rPr>
              <w:t>normy  4.1</w:t>
            </w:r>
            <w:proofErr w:type="gramEnd"/>
            <w:r w:rsidR="003C0078" w:rsidRPr="002E46E8">
              <w:rPr>
                <w:rFonts w:asciiTheme="majorHAnsi" w:hAnsiTheme="majorHAnsi" w:cstheme="majorHAnsi"/>
                <w:lang w:val="pl-PL"/>
              </w:rPr>
              <w:t>) oraz identyfikacja potrzeb i oczekiwań stron zainteresowanych (podpunkt normy 4.2)</w:t>
            </w:r>
            <w:r w:rsidRPr="002E46E8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5143E8" w:rsidRPr="002E46E8" w14:paraId="69E7A11E" w14:textId="77777777" w:rsidTr="007C4DE5">
        <w:tc>
          <w:tcPr>
            <w:tcW w:w="3539" w:type="dxa"/>
          </w:tcPr>
          <w:p w14:paraId="7130CD09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7836D072" w14:textId="0EE4525F" w:rsidR="005143E8" w:rsidRPr="002E46E8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2E46E8">
              <w:rPr>
                <w:rFonts w:asciiTheme="majorHAnsi" w:hAnsiTheme="majorHAnsi" w:cstheme="majorHAnsi"/>
                <w:lang w:val="pl-PL"/>
              </w:rPr>
              <w:t>wiczenia</w:t>
            </w:r>
            <w:r w:rsidR="002A4142" w:rsidRPr="002E46E8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2E46E8" w14:paraId="72B4858F" w14:textId="77777777" w:rsidTr="007C4DE5">
        <w:tc>
          <w:tcPr>
            <w:tcW w:w="3539" w:type="dxa"/>
          </w:tcPr>
          <w:p w14:paraId="761CF7E7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505F4A5C" w14:textId="1D7FC542" w:rsidR="00620785" w:rsidRPr="002E46E8" w:rsidRDefault="001E216A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620785" w:rsidRPr="002E46E8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544A3A" w14:paraId="23402E77" w14:textId="77777777" w:rsidTr="007C4DE5">
        <w:tc>
          <w:tcPr>
            <w:tcW w:w="3539" w:type="dxa"/>
          </w:tcPr>
          <w:p w14:paraId="1274AC7F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210A4D32" w14:textId="7840D28E" w:rsidR="005143E8" w:rsidRPr="002E46E8" w:rsidRDefault="003C0078" w:rsidP="00F41CE9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Nabycie przez studentów umiejętności praktycznego analizowania i dokumentowania kontekstu organizacji oraz identyfikowania i ewaluacji wymagań stron zainteresowanych zgodnie z wytycznymi podpunktów 4.1 i 4.2 normy PN-EN ISO 9001:2015.</w:t>
            </w:r>
          </w:p>
        </w:tc>
      </w:tr>
      <w:tr w:rsidR="005143E8" w:rsidRPr="00544A3A" w14:paraId="251E2B25" w14:textId="77777777" w:rsidTr="007C4DE5">
        <w:tc>
          <w:tcPr>
            <w:tcW w:w="3539" w:type="dxa"/>
          </w:tcPr>
          <w:p w14:paraId="704340A7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DDFFEB9" w14:textId="3FA3DDB5" w:rsidR="003C0078" w:rsidRPr="002E46E8" w:rsidRDefault="003C0078" w:rsidP="00E96960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Zapoznanie studentów ze strukturą 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rozdziału</w:t>
            </w:r>
            <w:r w:rsidRPr="002E46E8">
              <w:rPr>
                <w:rFonts w:asciiTheme="majorHAnsi" w:hAnsiTheme="majorHAnsi" w:cstheme="majorHAnsi"/>
                <w:lang w:val="pl-PL"/>
              </w:rPr>
              <w:t xml:space="preserve"> 4 normy PN-EN ISO 9001:2015 (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„</w:t>
            </w:r>
            <w:r w:rsidRPr="002E46E8">
              <w:rPr>
                <w:rFonts w:asciiTheme="majorHAnsi" w:hAnsiTheme="majorHAnsi" w:cstheme="majorHAnsi"/>
                <w:lang w:val="pl-PL"/>
              </w:rPr>
              <w:t>Kontekst organizacji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”</w:t>
            </w:r>
            <w:r w:rsidRPr="002E46E8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3B82283C" w14:textId="0DF816BF" w:rsidR="003C0078" w:rsidRPr="002E46E8" w:rsidRDefault="003C0078" w:rsidP="00E96960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Kształtowanie umiejętności wyznaczania czynników </w:t>
            </w:r>
            <w:proofErr w:type="gramStart"/>
            <w:r w:rsidRPr="002E46E8">
              <w:rPr>
                <w:rFonts w:asciiTheme="majorHAnsi" w:hAnsiTheme="majorHAnsi" w:cstheme="majorHAnsi"/>
                <w:lang w:val="pl-PL"/>
              </w:rPr>
              <w:t>zewnętrznych  i</w:t>
            </w:r>
            <w:proofErr w:type="gramEnd"/>
            <w:r w:rsidRPr="002E46E8">
              <w:rPr>
                <w:rFonts w:asciiTheme="majorHAnsi" w:hAnsiTheme="majorHAnsi" w:cstheme="majorHAnsi"/>
                <w:lang w:val="pl-PL"/>
              </w:rPr>
              <w:t xml:space="preserve"> wewnętrznych dla wybranego zakładu żywienia zbiorowego.</w:t>
            </w:r>
          </w:p>
          <w:p w14:paraId="28D1A869" w14:textId="34A41CCF" w:rsidR="003C0078" w:rsidRPr="002E46E8" w:rsidRDefault="003C0078" w:rsidP="00E96960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gramStart"/>
            <w:r w:rsidRPr="002E46E8">
              <w:rPr>
                <w:rFonts w:asciiTheme="majorHAnsi" w:hAnsiTheme="majorHAnsi" w:cstheme="majorHAnsi"/>
                <w:lang w:val="pl-PL"/>
              </w:rPr>
              <w:t>Nabycie  umiejętności</w:t>
            </w:r>
            <w:proofErr w:type="gramEnd"/>
            <w:r w:rsidRPr="002E46E8">
              <w:rPr>
                <w:rFonts w:asciiTheme="majorHAnsi" w:hAnsiTheme="majorHAnsi" w:cstheme="majorHAnsi"/>
                <w:lang w:val="pl-PL"/>
              </w:rPr>
              <w:t xml:space="preserve"> wskazywania 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s</w:t>
            </w:r>
            <w:r w:rsidRPr="002E46E8">
              <w:rPr>
                <w:rFonts w:asciiTheme="majorHAnsi" w:hAnsiTheme="majorHAnsi" w:cstheme="majorHAnsi"/>
                <w:lang w:val="pl-PL"/>
              </w:rPr>
              <w:t xml:space="preserve">tron 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z</w:t>
            </w:r>
            <w:r w:rsidRPr="002E46E8">
              <w:rPr>
                <w:rFonts w:asciiTheme="majorHAnsi" w:hAnsiTheme="majorHAnsi" w:cstheme="majorHAnsi"/>
                <w:lang w:val="pl-PL"/>
              </w:rPr>
              <w:t>ainteresowanych.</w:t>
            </w:r>
          </w:p>
          <w:p w14:paraId="5F143410" w14:textId="006E8023" w:rsidR="005143E8" w:rsidRPr="002E46E8" w:rsidRDefault="003C0078" w:rsidP="00E96960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lastRenderedPageBreak/>
              <w:t xml:space="preserve"> Opracowanie udokumentowanej informacji w postaci formularza "Analiza Kontekstu Organizacji "</w:t>
            </w:r>
          </w:p>
        </w:tc>
      </w:tr>
      <w:tr w:rsidR="005143E8" w:rsidRPr="00544A3A" w14:paraId="1C12BA24" w14:textId="77777777" w:rsidTr="007C4DE5">
        <w:tc>
          <w:tcPr>
            <w:tcW w:w="3539" w:type="dxa"/>
          </w:tcPr>
          <w:p w14:paraId="116A0269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2AEB3310" w14:textId="0A8A7144" w:rsidR="005143E8" w:rsidRPr="002E46E8" w:rsidRDefault="00F41CE9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2E46E8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3C0078" w:rsidRPr="002E46E8">
              <w:rPr>
                <w:rFonts w:asciiTheme="majorHAnsi" w:hAnsiTheme="majorHAnsi" w:cstheme="majorHAnsi"/>
                <w:lang w:val="pl-PL"/>
              </w:rPr>
              <w:t>, pakietem MS Office.</w:t>
            </w:r>
          </w:p>
        </w:tc>
      </w:tr>
      <w:tr w:rsidR="005143E8" w:rsidRPr="002E46E8" w14:paraId="769A42FF" w14:textId="77777777" w:rsidTr="007C4DE5">
        <w:tc>
          <w:tcPr>
            <w:tcW w:w="3539" w:type="dxa"/>
          </w:tcPr>
          <w:p w14:paraId="157BBBF1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6E5BD41" w14:textId="02CDD5C0" w:rsidR="005143E8" w:rsidRPr="002E46E8" w:rsidRDefault="00F41CE9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sali</w:t>
            </w:r>
            <w:r w:rsidRPr="002E46E8">
              <w:rPr>
                <w:rFonts w:asciiTheme="majorHAnsi" w:hAnsiTheme="majorHAnsi" w:cstheme="majorHAnsi"/>
                <w:lang w:val="pl-PL"/>
              </w:rPr>
              <w:t xml:space="preserve"> do zajęć. </w:t>
            </w:r>
          </w:p>
        </w:tc>
      </w:tr>
    </w:tbl>
    <w:p w14:paraId="17092F6B" w14:textId="77777777" w:rsidR="005143E8" w:rsidRPr="002E46E8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2E46E8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544A3A" w14:paraId="0E0E33F3" w14:textId="77777777" w:rsidTr="007C4DE5">
        <w:tc>
          <w:tcPr>
            <w:tcW w:w="3539" w:type="dxa"/>
          </w:tcPr>
          <w:p w14:paraId="566CDC3C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2949C4C3" w14:textId="7324CCF7" w:rsidR="005143E8" w:rsidRPr="002E46E8" w:rsidRDefault="009F4111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Wprowadzenie do wymagań 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rozdziału</w:t>
            </w:r>
            <w:r w:rsidRPr="002E46E8">
              <w:rPr>
                <w:rFonts w:asciiTheme="majorHAnsi" w:hAnsiTheme="majorHAnsi" w:cstheme="majorHAnsi"/>
                <w:lang w:val="pl-PL"/>
              </w:rPr>
              <w:t xml:space="preserve"> 4 normy ISO 9001:2015 – prezentacja ustna.</w:t>
            </w:r>
          </w:p>
        </w:tc>
      </w:tr>
      <w:tr w:rsidR="005143E8" w:rsidRPr="002E46E8" w14:paraId="74903A4E" w14:textId="77777777" w:rsidTr="007C4DE5">
        <w:tc>
          <w:tcPr>
            <w:tcW w:w="3539" w:type="dxa"/>
          </w:tcPr>
          <w:p w14:paraId="51EBB337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A4718D3" w14:textId="27019605" w:rsidR="005143E8" w:rsidRPr="002E46E8" w:rsidRDefault="009F4111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5143E8" w:rsidRPr="00544A3A" w14:paraId="52CA887E" w14:textId="77777777" w:rsidTr="007C4DE5">
        <w:tc>
          <w:tcPr>
            <w:tcW w:w="3539" w:type="dxa"/>
          </w:tcPr>
          <w:p w14:paraId="5C19B281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44A56A9E" w14:textId="77777777" w:rsidR="009F4111" w:rsidRPr="002E46E8" w:rsidRDefault="009F4111" w:rsidP="009F4111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Omówienie struktury wysokiego poziomu (HLS) oraz istoty kontekstu organizacji jako fundamentu planowania Systemu Zarządzania Jakością.</w:t>
            </w:r>
          </w:p>
          <w:p w14:paraId="60E1D58E" w14:textId="462C7662" w:rsidR="009F4111" w:rsidRPr="002E46E8" w:rsidRDefault="009F4111" w:rsidP="002E46E8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Podział studentów na grupy projektowe według wybranego zakładu żywienia zbiorowego.</w:t>
            </w:r>
          </w:p>
        </w:tc>
      </w:tr>
      <w:tr w:rsidR="005143E8" w:rsidRPr="00544A3A" w14:paraId="51035027" w14:textId="77777777" w:rsidTr="007C4DE5">
        <w:tc>
          <w:tcPr>
            <w:tcW w:w="3539" w:type="dxa"/>
          </w:tcPr>
          <w:p w14:paraId="3EE336CB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2DB9EE9A" w14:textId="1175D42F" w:rsidR="005143E8" w:rsidRPr="002E46E8" w:rsidRDefault="009F4111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Analiza czynników otoczenia (ISO 9001:2015, podpunkt 4.1)</w:t>
            </w:r>
          </w:p>
        </w:tc>
      </w:tr>
      <w:tr w:rsidR="005143E8" w:rsidRPr="002E46E8" w14:paraId="5BC42166" w14:textId="77777777" w:rsidTr="007C4DE5">
        <w:tc>
          <w:tcPr>
            <w:tcW w:w="3539" w:type="dxa"/>
          </w:tcPr>
          <w:p w14:paraId="0726C994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60FEB55" w14:textId="5A86DE7B" w:rsidR="005143E8" w:rsidRPr="002E46E8" w:rsidRDefault="009F4111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5143E8" w:rsidRPr="00544A3A" w14:paraId="3EF84230" w14:textId="77777777" w:rsidTr="007C4DE5">
        <w:tc>
          <w:tcPr>
            <w:tcW w:w="3539" w:type="dxa"/>
          </w:tcPr>
          <w:p w14:paraId="0E423A46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7BB27FA4" w14:textId="77777777" w:rsidR="009F4111" w:rsidRPr="002E46E8" w:rsidRDefault="009F4111" w:rsidP="009F4111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Omówienie kwestii czynników zewnętrznych oraz wewnętrznych </w:t>
            </w:r>
          </w:p>
          <w:p w14:paraId="1DC23858" w14:textId="08103433" w:rsidR="005143E8" w:rsidRPr="002E46E8" w:rsidRDefault="009F4111" w:rsidP="009F4111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Zadanie projektowe dla poszczególnych grup: Sporządzenie zestawienia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2E46E8">
              <w:rPr>
                <w:rFonts w:asciiTheme="majorHAnsi" w:hAnsiTheme="majorHAnsi" w:cstheme="majorHAnsi"/>
                <w:lang w:val="pl-PL"/>
              </w:rPr>
              <w:t>SWOT z określeniem siły wpływu poszczególnych czynników na cele jakościowe wybranego zakładu</w:t>
            </w:r>
          </w:p>
        </w:tc>
      </w:tr>
      <w:tr w:rsidR="00C719EE" w:rsidRPr="00544A3A" w14:paraId="40CDAC58" w14:textId="77777777" w:rsidTr="007C4DE5">
        <w:tc>
          <w:tcPr>
            <w:tcW w:w="3539" w:type="dxa"/>
          </w:tcPr>
          <w:p w14:paraId="02809A32" w14:textId="34691D48" w:rsidR="00C719EE" w:rsidRPr="002E46E8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AA82CDC" w14:textId="2C3BE967" w:rsidR="00C719EE" w:rsidRPr="002E46E8" w:rsidRDefault="009F4111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Identyfikacja i analiza stron zainteresowanych (ISO 9001:2015, podpunkt 4.2)</w:t>
            </w:r>
          </w:p>
        </w:tc>
      </w:tr>
      <w:tr w:rsidR="00C719EE" w:rsidRPr="002E46E8" w14:paraId="09330772" w14:textId="77777777" w:rsidTr="007C4DE5">
        <w:tc>
          <w:tcPr>
            <w:tcW w:w="3539" w:type="dxa"/>
          </w:tcPr>
          <w:p w14:paraId="3C50F05A" w14:textId="252E6793" w:rsidR="00C719EE" w:rsidRPr="002E46E8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0821868A" w14:textId="41D966BE" w:rsidR="00C719EE" w:rsidRPr="002E46E8" w:rsidRDefault="009F4111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C719EE" w:rsidRPr="00544A3A" w14:paraId="4EF5B1C8" w14:textId="77777777" w:rsidTr="007C4DE5">
        <w:tc>
          <w:tcPr>
            <w:tcW w:w="3539" w:type="dxa"/>
          </w:tcPr>
          <w:p w14:paraId="3F30BECD" w14:textId="08236298" w:rsidR="00C719EE" w:rsidRPr="002E46E8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5CC43511" w14:textId="27568D93" w:rsidR="009F4111" w:rsidRPr="002E46E8" w:rsidRDefault="009F4111" w:rsidP="009F4111">
            <w:pPr>
              <w:pStyle w:val="Akapitzlist"/>
              <w:numPr>
                <w:ilvl w:val="0"/>
                <w:numId w:val="3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Zdefiniowanie kluczowych interesariuszy dla wybranej organizacji </w:t>
            </w:r>
          </w:p>
          <w:p w14:paraId="4C14A473" w14:textId="6E34A36A" w:rsidR="00C719EE" w:rsidRPr="002E46E8" w:rsidRDefault="009F4111" w:rsidP="009F4111">
            <w:pPr>
              <w:pStyle w:val="Akapitzlist"/>
              <w:numPr>
                <w:ilvl w:val="0"/>
                <w:numId w:val="3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 Zadanie dla grup: Opracowanie Macierzy Stron Zainteresowanych zawierającej ich specyficzne potrzeby i oczekiwania oraz ryzyka wynikające z braku ich spełnieni</w:t>
            </w:r>
          </w:p>
        </w:tc>
      </w:tr>
      <w:tr w:rsidR="009373B3" w:rsidRPr="00544A3A" w14:paraId="24727D20" w14:textId="77777777" w:rsidTr="007C4DE5">
        <w:tc>
          <w:tcPr>
            <w:tcW w:w="3539" w:type="dxa"/>
          </w:tcPr>
          <w:p w14:paraId="7693EDA2" w14:textId="4286C0D9" w:rsidR="009373B3" w:rsidRPr="002E46E8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4106800" w14:textId="21945F14" w:rsidR="009373B3" w:rsidRPr="002E46E8" w:rsidRDefault="00607419" w:rsidP="00E96960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Podsumowanie, prezentacja wraz z oceną uzyskanych wyników </w:t>
            </w:r>
          </w:p>
        </w:tc>
      </w:tr>
      <w:tr w:rsidR="009373B3" w:rsidRPr="002E46E8" w14:paraId="4DC1643E" w14:textId="77777777" w:rsidTr="007C4DE5">
        <w:tc>
          <w:tcPr>
            <w:tcW w:w="3539" w:type="dxa"/>
          </w:tcPr>
          <w:p w14:paraId="4740F8B3" w14:textId="2843C7F3" w:rsidR="009373B3" w:rsidRPr="002E46E8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291C864" w14:textId="0D52070B" w:rsidR="009373B3" w:rsidRPr="002E46E8" w:rsidRDefault="00607419" w:rsidP="00E96960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9373B3" w:rsidRPr="00544A3A" w14:paraId="66E9EAEA" w14:textId="77777777" w:rsidTr="007C4DE5">
        <w:tc>
          <w:tcPr>
            <w:tcW w:w="3539" w:type="dxa"/>
          </w:tcPr>
          <w:p w14:paraId="664D0949" w14:textId="083B4430" w:rsidR="009373B3" w:rsidRPr="002E46E8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77668152" w14:textId="77777777" w:rsidR="00607419" w:rsidRPr="002E46E8" w:rsidRDefault="00607419" w:rsidP="00E96960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Prezentacja opracowanych analiz przez grupy projektowe na forum.</w:t>
            </w:r>
          </w:p>
          <w:p w14:paraId="7197D9A5" w14:textId="33961474" w:rsidR="00607419" w:rsidRPr="002E46E8" w:rsidRDefault="00607419" w:rsidP="00E96960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Ocena spójności podjętych wniosków przez prowadzącego.</w:t>
            </w:r>
          </w:p>
          <w:p w14:paraId="346A23BD" w14:textId="1F9B8454" w:rsidR="00E96960" w:rsidRPr="002E46E8" w:rsidRDefault="00607419" w:rsidP="00E96960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lastRenderedPageBreak/>
              <w:t>Udzielanie odpowiedzi na pytania kontrolne.</w:t>
            </w:r>
          </w:p>
        </w:tc>
      </w:tr>
    </w:tbl>
    <w:p w14:paraId="55100A72" w14:textId="77777777" w:rsidR="005143E8" w:rsidRPr="002E46E8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2E46E8">
        <w:rPr>
          <w:rFonts w:cstheme="majorHAnsi"/>
          <w:color w:val="auto"/>
          <w:sz w:val="24"/>
          <w:lang w:val="pl-PL"/>
        </w:rPr>
        <w:lastRenderedPageBreak/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2E46E8" w14:paraId="14B36BFB" w14:textId="77777777" w:rsidTr="007C4DE5">
        <w:tc>
          <w:tcPr>
            <w:tcW w:w="3539" w:type="dxa"/>
          </w:tcPr>
          <w:p w14:paraId="636D9D8A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6DE69CD8" w14:textId="77777777" w:rsidR="00607419" w:rsidRPr="002E46E8" w:rsidRDefault="00607419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Teoretyczne wprowadzenie z prezentacją ustną.</w:t>
            </w:r>
          </w:p>
          <w:p w14:paraId="68EBD19C" w14:textId="77777777" w:rsidR="00235B2E" w:rsidRPr="002E46E8" w:rsidRDefault="00607419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 Instruktaż wykonania zadania kr</w:t>
            </w:r>
            <w:r w:rsidR="00235B2E" w:rsidRPr="002E46E8">
              <w:rPr>
                <w:rFonts w:asciiTheme="majorHAnsi" w:hAnsiTheme="majorHAnsi" w:cstheme="majorHAnsi"/>
                <w:lang w:val="pl-PL"/>
              </w:rPr>
              <w:t>oku</w:t>
            </w:r>
            <w:r w:rsidRPr="002E46E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7422943C" w14:textId="4C620F25" w:rsidR="00607419" w:rsidRPr="002E46E8" w:rsidRDefault="00607419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 Grupowa praca projektowa pod nadzorem prowadzącego.</w:t>
            </w:r>
          </w:p>
          <w:p w14:paraId="6C340161" w14:textId="77777777" w:rsidR="00607419" w:rsidRPr="002E46E8" w:rsidRDefault="00607419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 Analiza przypadków (</w:t>
            </w:r>
            <w:proofErr w:type="spellStart"/>
            <w:r w:rsidRPr="002E46E8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2E46E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2E46E8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2E46E8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7F41A712" w14:textId="202C2FA6" w:rsidR="00E96960" w:rsidRPr="002E46E8" w:rsidRDefault="00607419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 Pytania kontrolne.</w:t>
            </w:r>
          </w:p>
        </w:tc>
      </w:tr>
      <w:tr w:rsidR="005143E8" w:rsidRPr="00544A3A" w14:paraId="6B6E70BA" w14:textId="77777777" w:rsidTr="007C4DE5">
        <w:tc>
          <w:tcPr>
            <w:tcW w:w="3539" w:type="dxa"/>
          </w:tcPr>
          <w:p w14:paraId="42423B33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01E5E428" w14:textId="0B2E001A" w:rsidR="005143E8" w:rsidRPr="002E46E8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•</w:t>
            </w:r>
            <w:r w:rsidRPr="002E46E8">
              <w:rPr>
                <w:rFonts w:asciiTheme="majorHAnsi" w:hAnsiTheme="majorHAnsi" w:cstheme="majorHAnsi"/>
                <w:lang w:val="pl-PL"/>
              </w:rPr>
              <w:tab/>
              <w:t xml:space="preserve">Komputer z dostępem do Internetu 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oraz</w:t>
            </w:r>
            <w:r w:rsidRPr="002E46E8">
              <w:rPr>
                <w:rFonts w:asciiTheme="majorHAnsi" w:hAnsiTheme="majorHAnsi" w:cstheme="majorHAnsi"/>
                <w:lang w:val="pl-PL"/>
              </w:rPr>
              <w:t xml:space="preserve"> pakietem MS Office.</w:t>
            </w:r>
          </w:p>
        </w:tc>
      </w:tr>
      <w:tr w:rsidR="00521628" w:rsidRPr="002E46E8" w14:paraId="2E79C839" w14:textId="77777777" w:rsidTr="007C4DE5">
        <w:tc>
          <w:tcPr>
            <w:tcW w:w="3539" w:type="dxa"/>
          </w:tcPr>
          <w:p w14:paraId="06E77122" w14:textId="77777777" w:rsidR="0052162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7EBDC92" w14:textId="1872286C" w:rsidR="00521628" w:rsidRPr="002E46E8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2E46E8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544A3A" w14:paraId="1C07B03A" w14:textId="77777777" w:rsidTr="007C4DE5">
        <w:tc>
          <w:tcPr>
            <w:tcW w:w="3539" w:type="dxa"/>
          </w:tcPr>
          <w:p w14:paraId="1102FDDD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3AD1C1E1" w14:textId="6745927A" w:rsidR="005143E8" w:rsidRPr="002E46E8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Polska wersja normy </w:t>
            </w:r>
            <w:r w:rsidR="0064022D" w:rsidRPr="002E46E8">
              <w:rPr>
                <w:rFonts w:asciiTheme="majorHAnsi" w:hAnsiTheme="majorHAnsi" w:cstheme="majorHAnsi"/>
                <w:lang w:val="pl-PL"/>
              </w:rPr>
              <w:t xml:space="preserve">PN-EN ISO 9001:2015-10 </w:t>
            </w:r>
            <w:r w:rsidR="002E46E8">
              <w:rPr>
                <w:rFonts w:asciiTheme="majorHAnsi" w:hAnsiTheme="majorHAnsi" w:cstheme="majorHAnsi"/>
                <w:lang w:val="pl-PL"/>
              </w:rPr>
              <w:t>„</w:t>
            </w:r>
            <w:r w:rsidR="0064022D" w:rsidRPr="002E46E8">
              <w:rPr>
                <w:rFonts w:asciiTheme="majorHAnsi" w:hAnsiTheme="majorHAnsi" w:cstheme="majorHAnsi"/>
                <w:lang w:val="pl-PL"/>
              </w:rPr>
              <w:t xml:space="preserve">Systemy zarządzania jakością – Wymagania” </w:t>
            </w:r>
            <w:r w:rsidRPr="002E46E8">
              <w:rPr>
                <w:rFonts w:asciiTheme="majorHAnsi" w:hAnsiTheme="majorHAnsi" w:cstheme="majorHAnsi"/>
                <w:lang w:val="pl-PL"/>
              </w:rPr>
              <w:t>– dostępna w czytelni</w:t>
            </w:r>
            <w:r w:rsidR="0064022D" w:rsidRPr="002E46E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21628" w:rsidRPr="00544A3A" w14:paraId="7F422906" w14:textId="77777777" w:rsidTr="007C4DE5">
        <w:tc>
          <w:tcPr>
            <w:tcW w:w="3539" w:type="dxa"/>
          </w:tcPr>
          <w:p w14:paraId="6E007297" w14:textId="77777777" w:rsidR="0052162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238FCAC" w14:textId="43EA2FB6" w:rsidR="00521628" w:rsidRPr="002E46E8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proofErr w:type="gramStart"/>
            <w:r w:rsidRPr="002E46E8">
              <w:rPr>
                <w:rFonts w:asciiTheme="majorHAnsi" w:hAnsiTheme="majorHAnsi" w:cstheme="majorHAnsi"/>
                <w:lang w:val="pl-PL"/>
              </w:rPr>
              <w:t>spójnej  dokumentacji</w:t>
            </w:r>
            <w:proofErr w:type="gramEnd"/>
            <w:r w:rsidRPr="002E46E8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2E46E8" w14:paraId="6069E80A" w14:textId="77777777" w:rsidTr="007C4DE5">
        <w:tc>
          <w:tcPr>
            <w:tcW w:w="3539" w:type="dxa"/>
          </w:tcPr>
          <w:p w14:paraId="282CC384" w14:textId="77777777" w:rsidR="005143E8" w:rsidRPr="002E46E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58556E00" w14:textId="787B29F5" w:rsidR="005143E8" w:rsidRPr="002E46E8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59F7B301" w14:textId="77777777" w:rsidR="00C66032" w:rsidRPr="002E46E8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2E46E8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544A3A" w14:paraId="54A63A69" w14:textId="77777777" w:rsidTr="007C4DE5">
        <w:tc>
          <w:tcPr>
            <w:tcW w:w="3539" w:type="dxa"/>
          </w:tcPr>
          <w:p w14:paraId="0E9B125F" w14:textId="77777777" w:rsidR="00C66032" w:rsidRPr="002E46E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239C436D" w14:textId="77777777" w:rsidR="00E96960" w:rsidRPr="002E46E8" w:rsidRDefault="00235B2E" w:rsidP="00235B2E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Student potrafi zidentyfikować i sklasyfikować czynniki zewnętrzne i wewnętrzne wpływające na strategię i cele jakościowe organizacji wg ISO 9001:2015 (podpunkt 4.1).</w:t>
            </w:r>
          </w:p>
          <w:p w14:paraId="2E158F54" w14:textId="18B1347C" w:rsidR="00235B2E" w:rsidRPr="002E46E8" w:rsidRDefault="00235B2E" w:rsidP="00235B2E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Student 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potrafi</w:t>
            </w:r>
            <w:r w:rsidRPr="002E46E8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wskazać</w:t>
            </w:r>
            <w:r w:rsidRPr="002E46E8">
              <w:rPr>
                <w:rFonts w:asciiTheme="majorHAnsi" w:hAnsiTheme="majorHAnsi" w:cstheme="majorHAnsi"/>
                <w:lang w:val="pl-PL"/>
              </w:rPr>
              <w:t xml:space="preserve"> strony zainteresowane oraz wyznaczyć ich potrzeby i oczekiwania istotne dla Systemu Zarządzania Jakością (podpunkt 4.2).</w:t>
            </w:r>
          </w:p>
          <w:p w14:paraId="6E1C744A" w14:textId="61372E8B" w:rsidR="00235B2E" w:rsidRPr="002E46E8" w:rsidRDefault="00235B2E" w:rsidP="00235B2E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Student potrafi opracować formalny dokument zakładowy w postaci udokumentowanej informacji dotyczącej kontekstu organizacji</w:t>
            </w:r>
            <w:r w:rsidR="002E46E8" w:rsidRPr="002E46E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C66032" w:rsidRPr="00544A3A" w14:paraId="559594FC" w14:textId="77777777" w:rsidTr="007C4DE5">
        <w:tc>
          <w:tcPr>
            <w:tcW w:w="3539" w:type="dxa"/>
          </w:tcPr>
          <w:p w14:paraId="081BADFB" w14:textId="77777777" w:rsidR="00C66032" w:rsidRPr="002E46E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6E91FC73" w14:textId="77777777" w:rsidR="00235B2E" w:rsidRPr="002E46E8" w:rsidRDefault="00235B2E" w:rsidP="00E96960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Ocena poprawności formalnej i merytorycznej przygotowanego dokumentu przez prowadzącego.</w:t>
            </w:r>
          </w:p>
          <w:p w14:paraId="777DB11E" w14:textId="77777777" w:rsidR="00235B2E" w:rsidRPr="002E46E8" w:rsidRDefault="00235B2E" w:rsidP="00E96960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Aktywny udział w dyskusji.</w:t>
            </w:r>
          </w:p>
          <w:p w14:paraId="28EE35E0" w14:textId="45943266" w:rsidR="0047718F" w:rsidRPr="002E46E8" w:rsidRDefault="00235B2E" w:rsidP="00E96960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 xml:space="preserve">Udzielanie odpowiedzi na pytania kontrolne. </w:t>
            </w:r>
          </w:p>
        </w:tc>
      </w:tr>
    </w:tbl>
    <w:p w14:paraId="668173BE" w14:textId="77777777" w:rsidR="00C66032" w:rsidRPr="002E46E8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2E46E8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2E46E8" w14:paraId="7B6B3C35" w14:textId="77777777" w:rsidTr="007C4DE5">
        <w:tc>
          <w:tcPr>
            <w:tcW w:w="3539" w:type="dxa"/>
          </w:tcPr>
          <w:p w14:paraId="0F4224F5" w14:textId="77777777" w:rsidR="004B726D" w:rsidRPr="002E46E8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779071D0" w14:textId="1D3128A8" w:rsidR="004B726D" w:rsidRPr="002E46E8" w:rsidRDefault="002E46E8" w:rsidP="00D67957">
            <w:pPr>
              <w:rPr>
                <w:rFonts w:asciiTheme="majorHAnsi" w:hAnsiTheme="majorHAnsi" w:cstheme="majorHAnsi"/>
                <w:lang w:val="pl-PL"/>
              </w:rPr>
            </w:pPr>
            <w:proofErr w:type="gramStart"/>
            <w:r w:rsidRPr="002E46E8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293F9F" w:rsidRPr="002E46E8">
              <w:rPr>
                <w:rFonts w:asciiTheme="majorHAnsi" w:hAnsiTheme="majorHAnsi" w:cstheme="majorHAnsi"/>
                <w:lang w:val="pl-PL"/>
              </w:rPr>
              <w:t xml:space="preserve"> hab.</w:t>
            </w:r>
            <w:proofErr w:type="gramEnd"/>
            <w:r w:rsidR="00293F9F" w:rsidRPr="002E46E8">
              <w:rPr>
                <w:rFonts w:asciiTheme="majorHAnsi" w:hAnsiTheme="majorHAnsi" w:cstheme="majorHAnsi"/>
                <w:lang w:val="pl-PL"/>
              </w:rPr>
              <w:t xml:space="preserve"> Aleksandra </w:t>
            </w:r>
            <w:r w:rsidR="00EC299F" w:rsidRPr="002E46E8">
              <w:rPr>
                <w:rFonts w:asciiTheme="majorHAnsi" w:hAnsiTheme="majorHAnsi" w:cstheme="majorHAnsi"/>
                <w:lang w:val="pl-PL"/>
              </w:rPr>
              <w:t>Szydłowska</w:t>
            </w:r>
            <w:r w:rsidR="00293F9F" w:rsidRPr="002E46E8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4B726D" w:rsidRPr="002E46E8" w14:paraId="032A2A85" w14:textId="77777777" w:rsidTr="007C4DE5">
        <w:tc>
          <w:tcPr>
            <w:tcW w:w="3539" w:type="dxa"/>
          </w:tcPr>
          <w:p w14:paraId="5BF1C300" w14:textId="77777777" w:rsidR="004B726D" w:rsidRPr="002E46E8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64D2B9AE" w14:textId="4FC3649A" w:rsidR="004B726D" w:rsidRPr="002E46E8" w:rsidRDefault="00293F9F" w:rsidP="00293F9F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 w:rsidRPr="002E46E8">
              <w:rPr>
                <w:rFonts w:asciiTheme="majorHAnsi" w:hAnsiTheme="majorHAnsi" w:cstheme="majorHAnsi"/>
                <w:lang w:val="pl-PL"/>
              </w:rPr>
              <w:t>_ -</w:t>
            </w:r>
          </w:p>
        </w:tc>
      </w:tr>
    </w:tbl>
    <w:p w14:paraId="03ADEFC9" w14:textId="77777777" w:rsidR="004B726D" w:rsidRPr="002E46E8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42D49FBA" w14:textId="77777777" w:rsidR="00515281" w:rsidRPr="002E46E8" w:rsidRDefault="00515281" w:rsidP="00515281">
      <w:pPr>
        <w:spacing w:after="160" w:line="259" w:lineRule="auto"/>
      </w:pPr>
      <w:r w:rsidRPr="002E46E8">
        <w:lastRenderedPageBreak/>
        <w:t>CC BY 4.0</w:t>
      </w:r>
    </w:p>
    <w:p w14:paraId="72008BC2" w14:textId="77777777" w:rsidR="00515281" w:rsidRPr="002E46E8" w:rsidRDefault="00515281" w:rsidP="00515281">
      <w:pPr>
        <w:spacing w:after="160" w:line="259" w:lineRule="auto"/>
        <w:rPr>
          <w:lang w:val="pl-PL"/>
        </w:rPr>
      </w:pPr>
      <w:r w:rsidRPr="002E46E8">
        <w:rPr>
          <w:lang w:val="pl-PL"/>
        </w:rPr>
        <w:t xml:space="preserve">Materiał jest udostępniony na licencji Creative </w:t>
      </w:r>
      <w:proofErr w:type="spellStart"/>
      <w:r w:rsidRPr="002E46E8">
        <w:rPr>
          <w:lang w:val="pl-PL"/>
        </w:rPr>
        <w:t>Commons</w:t>
      </w:r>
      <w:proofErr w:type="spellEnd"/>
      <w:r w:rsidRPr="002E46E8">
        <w:rPr>
          <w:lang w:val="pl-PL"/>
        </w:rPr>
        <w:t xml:space="preserve"> Uznanie autorstwa CC BY 4.0</w:t>
      </w:r>
    </w:p>
    <w:p w14:paraId="19FE834C" w14:textId="77777777" w:rsidR="00515281" w:rsidRPr="002E46E8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2E46E8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53FFAACA" w14:textId="77777777" w:rsidR="00515281" w:rsidRPr="002E46E8" w:rsidRDefault="00515281" w:rsidP="00515281">
      <w:pPr>
        <w:spacing w:after="160" w:line="259" w:lineRule="auto"/>
        <w:rPr>
          <w:lang w:val="pl-PL"/>
        </w:rPr>
      </w:pPr>
      <w:r w:rsidRPr="002E46E8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2E46E8">
        <w:rPr>
          <w:lang w:val="pl-PL"/>
        </w:rPr>
        <w:t>kluczowych ”</w:t>
      </w:r>
      <w:proofErr w:type="gramEnd"/>
      <w:r w:rsidRPr="002E46E8">
        <w:rPr>
          <w:lang w:val="pl-PL"/>
        </w:rPr>
        <w:t xml:space="preserve"> nr FERS.01.05-IP.08-0067/23 </w:t>
      </w:r>
    </w:p>
    <w:p w14:paraId="1247D95C" w14:textId="77777777" w:rsidR="00515281" w:rsidRPr="002E46E8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2E46E8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CB59F" w14:textId="77777777" w:rsidR="00E8008F" w:rsidRDefault="00E8008F" w:rsidP="00521628">
      <w:pPr>
        <w:spacing w:after="0" w:line="240" w:lineRule="auto"/>
      </w:pPr>
      <w:r>
        <w:separator/>
      </w:r>
    </w:p>
  </w:endnote>
  <w:endnote w:type="continuationSeparator" w:id="0">
    <w:p w14:paraId="1996792A" w14:textId="77777777" w:rsidR="00E8008F" w:rsidRDefault="00E8008F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1BC1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FF380" w14:textId="77777777" w:rsidR="00E8008F" w:rsidRDefault="00E8008F" w:rsidP="00521628">
      <w:pPr>
        <w:spacing w:after="0" w:line="240" w:lineRule="auto"/>
      </w:pPr>
      <w:r>
        <w:separator/>
      </w:r>
    </w:p>
  </w:footnote>
  <w:footnote w:type="continuationSeparator" w:id="0">
    <w:p w14:paraId="11CB7CA5" w14:textId="77777777" w:rsidR="00E8008F" w:rsidRDefault="00E8008F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044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561C3840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27483"/>
    <w:multiLevelType w:val="hybridMultilevel"/>
    <w:tmpl w:val="4D88C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7174DA"/>
    <w:multiLevelType w:val="hybridMultilevel"/>
    <w:tmpl w:val="263A0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1D52EE"/>
    <w:multiLevelType w:val="hybridMultilevel"/>
    <w:tmpl w:val="72C8C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C6028F"/>
    <w:multiLevelType w:val="hybridMultilevel"/>
    <w:tmpl w:val="BE986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0280E"/>
    <w:multiLevelType w:val="hybridMultilevel"/>
    <w:tmpl w:val="B9DA89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D373A12"/>
    <w:multiLevelType w:val="hybridMultilevel"/>
    <w:tmpl w:val="CF7422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0F7B1864"/>
    <w:multiLevelType w:val="hybridMultilevel"/>
    <w:tmpl w:val="BCC8B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285476"/>
    <w:multiLevelType w:val="hybridMultilevel"/>
    <w:tmpl w:val="F4761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D8292C"/>
    <w:multiLevelType w:val="hybridMultilevel"/>
    <w:tmpl w:val="8CE81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125E2D"/>
    <w:multiLevelType w:val="hybridMultilevel"/>
    <w:tmpl w:val="3D148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097E58"/>
    <w:multiLevelType w:val="hybridMultilevel"/>
    <w:tmpl w:val="9716CFD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0" w15:restartNumberingAfterBreak="0">
    <w:nsid w:val="377C4E0A"/>
    <w:multiLevelType w:val="hybridMultilevel"/>
    <w:tmpl w:val="540A7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2460D"/>
    <w:multiLevelType w:val="hybridMultilevel"/>
    <w:tmpl w:val="4EC650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A852EF9"/>
    <w:multiLevelType w:val="hybridMultilevel"/>
    <w:tmpl w:val="A0FA34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3ABA262F"/>
    <w:multiLevelType w:val="hybridMultilevel"/>
    <w:tmpl w:val="3ADC9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C1626"/>
    <w:multiLevelType w:val="hybridMultilevel"/>
    <w:tmpl w:val="D4345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157DBC"/>
    <w:multiLevelType w:val="hybridMultilevel"/>
    <w:tmpl w:val="E2383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C766F7"/>
    <w:multiLevelType w:val="hybridMultilevel"/>
    <w:tmpl w:val="9A94B85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59F72BA8"/>
    <w:multiLevelType w:val="hybridMultilevel"/>
    <w:tmpl w:val="2DDA8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033A1A"/>
    <w:multiLevelType w:val="hybridMultilevel"/>
    <w:tmpl w:val="7810A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5B32F2"/>
    <w:multiLevelType w:val="hybridMultilevel"/>
    <w:tmpl w:val="6F989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7C7F"/>
    <w:multiLevelType w:val="hybridMultilevel"/>
    <w:tmpl w:val="D6181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F756DE"/>
    <w:multiLevelType w:val="hybridMultilevel"/>
    <w:tmpl w:val="B5A06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333B9A"/>
    <w:multiLevelType w:val="hybridMultilevel"/>
    <w:tmpl w:val="68F0514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77EA1D4A"/>
    <w:multiLevelType w:val="hybridMultilevel"/>
    <w:tmpl w:val="B5181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95158">
    <w:abstractNumId w:val="8"/>
  </w:num>
  <w:num w:numId="2" w16cid:durableId="343627344">
    <w:abstractNumId w:val="6"/>
  </w:num>
  <w:num w:numId="3" w16cid:durableId="362562168">
    <w:abstractNumId w:val="5"/>
  </w:num>
  <w:num w:numId="4" w16cid:durableId="556432280">
    <w:abstractNumId w:val="4"/>
  </w:num>
  <w:num w:numId="5" w16cid:durableId="279993851">
    <w:abstractNumId w:val="7"/>
  </w:num>
  <w:num w:numId="6" w16cid:durableId="1934705750">
    <w:abstractNumId w:val="3"/>
  </w:num>
  <w:num w:numId="7" w16cid:durableId="1956714192">
    <w:abstractNumId w:val="2"/>
  </w:num>
  <w:num w:numId="8" w16cid:durableId="1458832784">
    <w:abstractNumId w:val="1"/>
  </w:num>
  <w:num w:numId="9" w16cid:durableId="132066644">
    <w:abstractNumId w:val="0"/>
  </w:num>
  <w:num w:numId="10" w16cid:durableId="713624638">
    <w:abstractNumId w:val="14"/>
  </w:num>
  <w:num w:numId="11" w16cid:durableId="110591219">
    <w:abstractNumId w:val="25"/>
  </w:num>
  <w:num w:numId="12" w16cid:durableId="185289570">
    <w:abstractNumId w:val="33"/>
  </w:num>
  <w:num w:numId="13" w16cid:durableId="1662392419">
    <w:abstractNumId w:val="32"/>
  </w:num>
  <w:num w:numId="14" w16cid:durableId="1384211348">
    <w:abstractNumId w:val="22"/>
  </w:num>
  <w:num w:numId="15" w16cid:durableId="2020812164">
    <w:abstractNumId w:val="26"/>
  </w:num>
  <w:num w:numId="16" w16cid:durableId="75520364">
    <w:abstractNumId w:val="19"/>
  </w:num>
  <w:num w:numId="17" w16cid:durableId="470025620">
    <w:abstractNumId w:val="23"/>
  </w:num>
  <w:num w:numId="18" w16cid:durableId="636956535">
    <w:abstractNumId w:val="10"/>
  </w:num>
  <w:num w:numId="19" w16cid:durableId="1512254637">
    <w:abstractNumId w:val="18"/>
  </w:num>
  <w:num w:numId="20" w16cid:durableId="538052235">
    <w:abstractNumId w:val="12"/>
  </w:num>
  <w:num w:numId="21" w16cid:durableId="1794054327">
    <w:abstractNumId w:val="20"/>
  </w:num>
  <w:num w:numId="22" w16cid:durableId="1893685481">
    <w:abstractNumId w:val="21"/>
  </w:num>
  <w:num w:numId="23" w16cid:durableId="1727029445">
    <w:abstractNumId w:val="11"/>
  </w:num>
  <w:num w:numId="24" w16cid:durableId="1200515398">
    <w:abstractNumId w:val="16"/>
  </w:num>
  <w:num w:numId="25" w16cid:durableId="1968923495">
    <w:abstractNumId w:val="31"/>
  </w:num>
  <w:num w:numId="26" w16cid:durableId="836312044">
    <w:abstractNumId w:val="9"/>
  </w:num>
  <w:num w:numId="27" w16cid:durableId="775373119">
    <w:abstractNumId w:val="15"/>
  </w:num>
  <w:num w:numId="28" w16cid:durableId="1737628156">
    <w:abstractNumId w:val="30"/>
  </w:num>
  <w:num w:numId="29" w16cid:durableId="1629121037">
    <w:abstractNumId w:val="13"/>
  </w:num>
  <w:num w:numId="30" w16cid:durableId="1443379271">
    <w:abstractNumId w:val="28"/>
  </w:num>
  <w:num w:numId="31" w16cid:durableId="440106655">
    <w:abstractNumId w:val="27"/>
  </w:num>
  <w:num w:numId="32" w16cid:durableId="2065985446">
    <w:abstractNumId w:val="24"/>
  </w:num>
  <w:num w:numId="33" w16cid:durableId="2060207445">
    <w:abstractNumId w:val="17"/>
  </w:num>
  <w:num w:numId="34" w16cid:durableId="188385995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85"/>
    <w:rsid w:val="00034616"/>
    <w:rsid w:val="0006063C"/>
    <w:rsid w:val="00077043"/>
    <w:rsid w:val="000851D8"/>
    <w:rsid w:val="00091956"/>
    <w:rsid w:val="0009330E"/>
    <w:rsid w:val="000E633D"/>
    <w:rsid w:val="000F1F39"/>
    <w:rsid w:val="001210B4"/>
    <w:rsid w:val="001355BA"/>
    <w:rsid w:val="0014086C"/>
    <w:rsid w:val="0015074B"/>
    <w:rsid w:val="00163853"/>
    <w:rsid w:val="001B6CFF"/>
    <w:rsid w:val="001C2198"/>
    <w:rsid w:val="001D2B22"/>
    <w:rsid w:val="001E216A"/>
    <w:rsid w:val="00222E85"/>
    <w:rsid w:val="00224AE9"/>
    <w:rsid w:val="00235B2E"/>
    <w:rsid w:val="00293F9F"/>
    <w:rsid w:val="0029639D"/>
    <w:rsid w:val="002A4142"/>
    <w:rsid w:val="002B1689"/>
    <w:rsid w:val="002E46E8"/>
    <w:rsid w:val="002F0DA9"/>
    <w:rsid w:val="002F6513"/>
    <w:rsid w:val="00326F90"/>
    <w:rsid w:val="003628CD"/>
    <w:rsid w:val="003C0078"/>
    <w:rsid w:val="003E415E"/>
    <w:rsid w:val="0044797C"/>
    <w:rsid w:val="0047718F"/>
    <w:rsid w:val="00481269"/>
    <w:rsid w:val="0048690D"/>
    <w:rsid w:val="004B4691"/>
    <w:rsid w:val="004B726D"/>
    <w:rsid w:val="004E79EF"/>
    <w:rsid w:val="004F0072"/>
    <w:rsid w:val="005143E8"/>
    <w:rsid w:val="00515281"/>
    <w:rsid w:val="00521628"/>
    <w:rsid w:val="00523F5C"/>
    <w:rsid w:val="00544A3A"/>
    <w:rsid w:val="0058212E"/>
    <w:rsid w:val="005C39B5"/>
    <w:rsid w:val="00607419"/>
    <w:rsid w:val="00612384"/>
    <w:rsid w:val="00620785"/>
    <w:rsid w:val="0064022D"/>
    <w:rsid w:val="00661996"/>
    <w:rsid w:val="0067640E"/>
    <w:rsid w:val="00680E10"/>
    <w:rsid w:val="006B724A"/>
    <w:rsid w:val="006F6CAB"/>
    <w:rsid w:val="0072274E"/>
    <w:rsid w:val="007B621E"/>
    <w:rsid w:val="007C4DE5"/>
    <w:rsid w:val="007D0F9A"/>
    <w:rsid w:val="00834DE3"/>
    <w:rsid w:val="0092286B"/>
    <w:rsid w:val="009373B3"/>
    <w:rsid w:val="00944708"/>
    <w:rsid w:val="00947699"/>
    <w:rsid w:val="00976B8B"/>
    <w:rsid w:val="0099634C"/>
    <w:rsid w:val="009F4111"/>
    <w:rsid w:val="00A80B8F"/>
    <w:rsid w:val="00A8765A"/>
    <w:rsid w:val="00AA0F7D"/>
    <w:rsid w:val="00AA1D8D"/>
    <w:rsid w:val="00AC1286"/>
    <w:rsid w:val="00AE5B3E"/>
    <w:rsid w:val="00B47730"/>
    <w:rsid w:val="00B70101"/>
    <w:rsid w:val="00B734AA"/>
    <w:rsid w:val="00BA383D"/>
    <w:rsid w:val="00BA4DD9"/>
    <w:rsid w:val="00BE192A"/>
    <w:rsid w:val="00C04DF8"/>
    <w:rsid w:val="00C3691F"/>
    <w:rsid w:val="00C5174D"/>
    <w:rsid w:val="00C551F5"/>
    <w:rsid w:val="00C66032"/>
    <w:rsid w:val="00C719EE"/>
    <w:rsid w:val="00C90D7A"/>
    <w:rsid w:val="00CB0664"/>
    <w:rsid w:val="00D054A7"/>
    <w:rsid w:val="00D64982"/>
    <w:rsid w:val="00D96226"/>
    <w:rsid w:val="00DA3DF1"/>
    <w:rsid w:val="00DB6153"/>
    <w:rsid w:val="00DD46EF"/>
    <w:rsid w:val="00E20C95"/>
    <w:rsid w:val="00E316F3"/>
    <w:rsid w:val="00E8008F"/>
    <w:rsid w:val="00E96960"/>
    <w:rsid w:val="00EB6BE9"/>
    <w:rsid w:val="00EC299F"/>
    <w:rsid w:val="00EF57D1"/>
    <w:rsid w:val="00F328A1"/>
    <w:rsid w:val="00F34420"/>
    <w:rsid w:val="00F41CE9"/>
    <w:rsid w:val="00F64836"/>
    <w:rsid w:val="00F805D9"/>
    <w:rsid w:val="00FC693F"/>
    <w:rsid w:val="00FD3E5E"/>
    <w:rsid w:val="00FE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1AB83"/>
  <w14:defaultImageDpi w14:val="300"/>
  <w15:docId w15:val="{48F42F3F-EBFE-4E22-9BA8-B8C3ED8C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4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41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06D3B4-8CF2-448E-BF36-FE833D2C7C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8</Template>
  <TotalTime>1</TotalTime>
  <Pages>4</Pages>
  <Words>746</Words>
  <Characters>4476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2026-10-15T09:41:00Z</dcterms:created>
  <dcterms:modified xsi:type="dcterms:W3CDTF">2026-10-15T09:41:00Z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