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5815" w14:textId="77777777" w:rsidR="00521628" w:rsidRPr="001449B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1449B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1449B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1449B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1449B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1449B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1449BF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1449BF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1449B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74ACF55E" w14:textId="77777777" w:rsidR="00E316F3" w:rsidRPr="001449B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1449B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1449B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A0398" w:rsidRPr="00B93C8D" w14:paraId="6067A4F2" w14:textId="77777777" w:rsidTr="007F556D">
        <w:tc>
          <w:tcPr>
            <w:tcW w:w="3539" w:type="dxa"/>
          </w:tcPr>
          <w:p w14:paraId="0DB413FD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06F7EFE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CA0398" w:rsidRPr="001449BF" w14:paraId="5246A5F5" w14:textId="77777777" w:rsidTr="007F556D">
        <w:tc>
          <w:tcPr>
            <w:tcW w:w="3539" w:type="dxa"/>
          </w:tcPr>
          <w:p w14:paraId="032FCD7B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5BEA9AEF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CA0398" w:rsidRPr="001449BF" w14:paraId="0B78F080" w14:textId="77777777" w:rsidTr="007F556D">
        <w:tc>
          <w:tcPr>
            <w:tcW w:w="3539" w:type="dxa"/>
          </w:tcPr>
          <w:p w14:paraId="7B597E65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3352D317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B93C8D" w:rsidRPr="001449BF" w14:paraId="6103C447" w14:textId="77777777" w:rsidTr="007F556D">
        <w:tc>
          <w:tcPr>
            <w:tcW w:w="3539" w:type="dxa"/>
          </w:tcPr>
          <w:p w14:paraId="39AF1B7E" w14:textId="77777777" w:rsidR="00B93C8D" w:rsidRPr="001449BF" w:rsidRDefault="00B93C8D" w:rsidP="00B93C8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DBE8512" w14:textId="61A117C9" w:rsidR="00B93C8D" w:rsidRPr="001449BF" w:rsidRDefault="00B93C8D" w:rsidP="00B93C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B93C8D" w:rsidRPr="001449BF" w14:paraId="724A6291" w14:textId="77777777" w:rsidTr="007F556D">
        <w:tc>
          <w:tcPr>
            <w:tcW w:w="3539" w:type="dxa"/>
          </w:tcPr>
          <w:p w14:paraId="688DAF3B" w14:textId="77777777" w:rsidR="00B93C8D" w:rsidRPr="001449BF" w:rsidRDefault="00B93C8D" w:rsidP="00B93C8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1E8869AA" w14:textId="18CAF3B3" w:rsidR="00B93C8D" w:rsidRPr="001449BF" w:rsidRDefault="00B93C8D" w:rsidP="00B93C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CA0398" w:rsidRPr="001449BF" w14:paraId="085002FB" w14:textId="77777777" w:rsidTr="007F556D">
        <w:tc>
          <w:tcPr>
            <w:tcW w:w="3539" w:type="dxa"/>
          </w:tcPr>
          <w:p w14:paraId="2AB43D47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5F9F9625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CA0398" w:rsidRPr="001449BF" w14:paraId="10BD71C8" w14:textId="77777777" w:rsidTr="007F556D">
        <w:tc>
          <w:tcPr>
            <w:tcW w:w="3539" w:type="dxa"/>
          </w:tcPr>
          <w:p w14:paraId="008EFC21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86B2029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CA0398" w:rsidRPr="001449BF" w14:paraId="5734B9DE" w14:textId="77777777" w:rsidTr="007F556D">
        <w:tc>
          <w:tcPr>
            <w:tcW w:w="3539" w:type="dxa"/>
          </w:tcPr>
          <w:p w14:paraId="4EC2BD11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1FDC083C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CA0398" w:rsidRPr="001449BF" w14:paraId="5951322B" w14:textId="77777777" w:rsidTr="007F556D">
        <w:tc>
          <w:tcPr>
            <w:tcW w:w="3539" w:type="dxa"/>
          </w:tcPr>
          <w:p w14:paraId="1CCB4BD9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E298146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CA0398" w:rsidRPr="001449BF" w14:paraId="7A1F6344" w14:textId="77777777" w:rsidTr="007F556D">
        <w:tc>
          <w:tcPr>
            <w:tcW w:w="3539" w:type="dxa"/>
          </w:tcPr>
          <w:p w14:paraId="1AFE905D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32F4F31D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CA0398" w:rsidRPr="00B93C8D" w14:paraId="0CD00E88" w14:textId="77777777" w:rsidTr="007F556D">
        <w:tc>
          <w:tcPr>
            <w:tcW w:w="3539" w:type="dxa"/>
          </w:tcPr>
          <w:p w14:paraId="21302FB3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50A2B394" w14:textId="77777777" w:rsidR="001E216A" w:rsidRPr="001449BF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742C07D8" w14:textId="77777777" w:rsidR="001E216A" w:rsidRPr="001449BF" w:rsidRDefault="001E216A" w:rsidP="001E216A">
      <w:pPr>
        <w:rPr>
          <w:lang w:val="pl-PL"/>
        </w:rPr>
      </w:pPr>
    </w:p>
    <w:p w14:paraId="0E8F5E52" w14:textId="77777777" w:rsidR="005143E8" w:rsidRPr="001449B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1449B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1449BF" w14:paraId="0782BBB6" w14:textId="77777777" w:rsidTr="007C4DE5">
        <w:tc>
          <w:tcPr>
            <w:tcW w:w="3539" w:type="dxa"/>
          </w:tcPr>
          <w:p w14:paraId="2D222C8F" w14:textId="77777777" w:rsidR="004B726D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13142957" w14:textId="211C5BD4" w:rsidR="004B726D" w:rsidRPr="001449BF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12 </w:t>
            </w:r>
          </w:p>
        </w:tc>
      </w:tr>
      <w:tr w:rsidR="0044797C" w:rsidRPr="00B93C8D" w14:paraId="059CF35C" w14:textId="77777777" w:rsidTr="007C4DE5">
        <w:tc>
          <w:tcPr>
            <w:tcW w:w="3539" w:type="dxa"/>
          </w:tcPr>
          <w:p w14:paraId="3D67E512" w14:textId="77777777" w:rsidR="0044797C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55CBC6F8" w14:textId="41BE53F2" w:rsidR="0044797C" w:rsidRPr="001449BF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Opracowanie wybranych dokumentów ISO 22 000</w:t>
            </w:r>
            <w:r w:rsidR="00F41CE9" w:rsidRPr="001449BF">
              <w:rPr>
                <w:rFonts w:asciiTheme="majorHAnsi" w:hAnsiTheme="majorHAnsi" w:cstheme="majorHAnsi"/>
                <w:lang w:val="pl-PL"/>
              </w:rPr>
              <w:t xml:space="preserve">: 2018. </w:t>
            </w:r>
            <w:r w:rsidRPr="001449BF">
              <w:rPr>
                <w:rFonts w:asciiTheme="majorHAnsi" w:hAnsiTheme="majorHAnsi" w:cstheme="majorHAnsi"/>
                <w:lang w:val="pl-PL"/>
              </w:rPr>
              <w:t xml:space="preserve"> Opracowanie polityki bezpieczeństwa w wybranym zakładzie żywienia zbiorowego </w:t>
            </w:r>
          </w:p>
        </w:tc>
      </w:tr>
      <w:tr w:rsidR="005143E8" w:rsidRPr="001449BF" w14:paraId="69E7A11E" w14:textId="77777777" w:rsidTr="007C4DE5">
        <w:tc>
          <w:tcPr>
            <w:tcW w:w="3539" w:type="dxa"/>
          </w:tcPr>
          <w:p w14:paraId="7130CD09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836D072" w14:textId="6D886D59" w:rsidR="005143E8" w:rsidRPr="001449BF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1449BF">
              <w:rPr>
                <w:rFonts w:asciiTheme="majorHAnsi" w:hAnsiTheme="majorHAnsi" w:cstheme="majorHAnsi"/>
                <w:lang w:val="pl-PL"/>
              </w:rPr>
              <w:t>wiczenia</w:t>
            </w:r>
            <w:r w:rsidR="00CA0398" w:rsidRPr="001449BF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1449BF" w14:paraId="72B4858F" w14:textId="77777777" w:rsidTr="007C4DE5">
        <w:tc>
          <w:tcPr>
            <w:tcW w:w="3539" w:type="dxa"/>
          </w:tcPr>
          <w:p w14:paraId="761CF7E7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505F4A5C" w14:textId="1D7FC542" w:rsidR="00620785" w:rsidRPr="001449BF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620785" w:rsidRPr="001449BF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B93C8D" w14:paraId="23402E77" w14:textId="77777777" w:rsidTr="007C4DE5">
        <w:tc>
          <w:tcPr>
            <w:tcW w:w="3539" w:type="dxa"/>
          </w:tcPr>
          <w:p w14:paraId="1274AC7F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DC0735D" w14:textId="6624ACA4" w:rsidR="00F41CE9" w:rsidRPr="001449BF" w:rsidRDefault="00F41CE9" w:rsidP="00F41CE9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Zdobycie przez studentów umiejętności formułowania i wdrażania formalnej Polityki Bezpieczeństwa Żywności w wybranym zakładzie żywienia zbiorowego zgodnie z wymogami normy PN-EN ISO 22 000:2018</w:t>
            </w:r>
            <w:r w:rsidR="00DA3DF1" w:rsidRPr="001449BF">
              <w:rPr>
                <w:rFonts w:asciiTheme="majorHAnsi" w:hAnsiTheme="majorHAnsi" w:cstheme="majorHAnsi"/>
                <w:lang w:val="pl-PL"/>
              </w:rPr>
              <w:t xml:space="preserve"> (Rozdział 5, „</w:t>
            </w:r>
            <w:proofErr w:type="gramStart"/>
            <w:r w:rsidR="00DA3DF1" w:rsidRPr="001449BF">
              <w:rPr>
                <w:rFonts w:asciiTheme="majorHAnsi" w:hAnsiTheme="majorHAnsi" w:cstheme="majorHAnsi"/>
                <w:lang w:val="pl-PL"/>
              </w:rPr>
              <w:t>Przywództwo ”</w:t>
            </w:r>
            <w:proofErr w:type="gramEnd"/>
            <w:r w:rsidR="00DA3DF1" w:rsidRPr="001449BF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210A4D32" w14:textId="35D18A57" w:rsidR="005143E8" w:rsidRPr="001449BF" w:rsidRDefault="00F41CE9" w:rsidP="00F41CE9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B93C8D" w14:paraId="251E2B25" w14:textId="77777777" w:rsidTr="007C4DE5">
        <w:tc>
          <w:tcPr>
            <w:tcW w:w="3539" w:type="dxa"/>
          </w:tcPr>
          <w:p w14:paraId="704340A7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644192EB" w14:textId="0E7F22EA" w:rsidR="00F41CE9" w:rsidRPr="001449BF" w:rsidRDefault="00F41CE9" w:rsidP="001449BF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Zrozumienie roli przywództwa i zaangażowania najwyższego kierownictwa w budowani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e</w:t>
            </w:r>
            <w:r w:rsidRPr="001449BF">
              <w:rPr>
                <w:rFonts w:asciiTheme="majorHAnsi" w:hAnsiTheme="majorHAnsi" w:cstheme="majorHAnsi"/>
                <w:lang w:val="pl-PL"/>
              </w:rPr>
              <w:t xml:space="preserve"> kultury bezpieczeństwa żywności.</w:t>
            </w:r>
          </w:p>
          <w:p w14:paraId="68F3CAB5" w14:textId="0EC451B2" w:rsidR="00AE5B3E" w:rsidRPr="001449BF" w:rsidRDefault="00F41CE9" w:rsidP="001449BF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Zapoznanie z formalnymi wymaganiami dotyczącymi struktury i treści Polityki Bezpieczeństwa Żywności (zgodnie z ISO 22000</w:t>
            </w:r>
            <w:r w:rsidR="00DA3DF1" w:rsidRPr="001449BF">
              <w:rPr>
                <w:rFonts w:asciiTheme="majorHAnsi" w:hAnsiTheme="majorHAnsi" w:cstheme="majorHAnsi"/>
                <w:lang w:val="pl-PL"/>
              </w:rPr>
              <w:t xml:space="preserve">: 2018, </w:t>
            </w:r>
            <w:proofErr w:type="gramStart"/>
            <w:r w:rsidR="00DA3DF1" w:rsidRPr="001449BF">
              <w:rPr>
                <w:rFonts w:asciiTheme="majorHAnsi" w:hAnsiTheme="majorHAnsi" w:cstheme="majorHAnsi"/>
                <w:lang w:val="pl-PL"/>
              </w:rPr>
              <w:t xml:space="preserve">podpunkt </w:t>
            </w:r>
            <w:r w:rsidRPr="001449BF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A3DF1" w:rsidRPr="001449BF">
              <w:rPr>
                <w:rFonts w:asciiTheme="majorHAnsi" w:hAnsiTheme="majorHAnsi" w:cstheme="majorHAnsi"/>
                <w:lang w:val="pl-PL"/>
              </w:rPr>
              <w:t>5.2.1</w:t>
            </w:r>
            <w:proofErr w:type="gramEnd"/>
            <w:r w:rsidR="00DA3DF1" w:rsidRPr="001449BF">
              <w:rPr>
                <w:rFonts w:asciiTheme="majorHAnsi" w:hAnsiTheme="majorHAnsi" w:cstheme="majorHAnsi"/>
                <w:lang w:val="pl-PL"/>
              </w:rPr>
              <w:t xml:space="preserve"> „Ustanowienie polityki bezpieczeństwa żywności</w:t>
            </w:r>
            <w:r w:rsidR="001449BF">
              <w:rPr>
                <w:rFonts w:asciiTheme="majorHAnsi" w:hAnsiTheme="majorHAnsi" w:cstheme="majorHAnsi"/>
                <w:lang w:val="pl-PL"/>
              </w:rPr>
              <w:t>”</w:t>
            </w:r>
            <w:r w:rsidR="00AE5B3E" w:rsidRPr="001449BF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7F7AE735" w14:textId="69FF532B" w:rsidR="00AE5B3E" w:rsidRPr="001449BF" w:rsidRDefault="001449BF" w:rsidP="00DA3DF1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lastRenderedPageBreak/>
              <w:t>Nabycie u</w:t>
            </w:r>
            <w:r w:rsidR="00F41CE9" w:rsidRPr="001449BF">
              <w:rPr>
                <w:rFonts w:asciiTheme="majorHAnsi" w:hAnsiTheme="majorHAnsi" w:cstheme="majorHAnsi"/>
                <w:lang w:val="pl-PL"/>
              </w:rPr>
              <w:t>miejętnoś</w:t>
            </w:r>
            <w:r w:rsidRPr="001449BF">
              <w:rPr>
                <w:rFonts w:asciiTheme="majorHAnsi" w:hAnsiTheme="majorHAnsi" w:cstheme="majorHAnsi"/>
                <w:lang w:val="pl-PL"/>
              </w:rPr>
              <w:t>ci</w:t>
            </w:r>
            <w:r w:rsidR="00F41CE9" w:rsidRPr="001449BF">
              <w:rPr>
                <w:rFonts w:asciiTheme="majorHAnsi" w:hAnsiTheme="majorHAnsi" w:cstheme="majorHAnsi"/>
                <w:lang w:val="pl-PL"/>
              </w:rPr>
              <w:t xml:space="preserve"> dostosowania celów jakościowych i deklaracji polityki do specyfiki wybranego zakładu żywienia zbiorowego oraz charakteru serwowanego menu.</w:t>
            </w:r>
          </w:p>
          <w:p w14:paraId="5F143410" w14:textId="377ADCF1" w:rsidR="005143E8" w:rsidRPr="001449BF" w:rsidRDefault="00F41CE9" w:rsidP="00DA3DF1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Kształtowanie umiejętności opracowania metod komunikacji wewnętrznej i zewnętrznej polityki bezpieczeństwa</w:t>
            </w:r>
          </w:p>
        </w:tc>
      </w:tr>
      <w:tr w:rsidR="005143E8" w:rsidRPr="00B93C8D" w14:paraId="1C12BA24" w14:textId="77777777" w:rsidTr="007C4DE5">
        <w:tc>
          <w:tcPr>
            <w:tcW w:w="3539" w:type="dxa"/>
          </w:tcPr>
          <w:p w14:paraId="116A0269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AEB3310" w14:textId="1682DEE3" w:rsidR="005143E8" w:rsidRPr="001449BF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1449BF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2834AF" w:rsidRPr="001449BF">
              <w:rPr>
                <w:rFonts w:asciiTheme="majorHAnsi" w:hAnsiTheme="majorHAnsi" w:cstheme="majorHAnsi"/>
                <w:lang w:val="pl-PL"/>
              </w:rPr>
              <w:t>,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2834AF" w:rsidRPr="001449BF">
              <w:rPr>
                <w:rFonts w:asciiTheme="majorHAnsi" w:hAnsiTheme="majorHAnsi" w:cstheme="majorHAnsi"/>
                <w:lang w:val="pl-PL"/>
              </w:rPr>
              <w:t xml:space="preserve">pakietem MS Office.  </w:t>
            </w:r>
          </w:p>
        </w:tc>
      </w:tr>
      <w:tr w:rsidR="005143E8" w:rsidRPr="001449BF" w14:paraId="769A42FF" w14:textId="77777777" w:rsidTr="007C4DE5">
        <w:tc>
          <w:tcPr>
            <w:tcW w:w="3539" w:type="dxa"/>
          </w:tcPr>
          <w:p w14:paraId="157BBBF1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6E5BD41" w14:textId="7A740BD0" w:rsidR="005143E8" w:rsidRPr="001449BF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sali</w:t>
            </w:r>
            <w:r w:rsidRPr="001449BF">
              <w:rPr>
                <w:rFonts w:asciiTheme="majorHAnsi" w:hAnsiTheme="majorHAnsi" w:cstheme="majorHAnsi"/>
                <w:lang w:val="pl-PL"/>
              </w:rPr>
              <w:t xml:space="preserve"> do zajęć. </w:t>
            </w:r>
          </w:p>
        </w:tc>
      </w:tr>
    </w:tbl>
    <w:p w14:paraId="17092F6B" w14:textId="77777777" w:rsidR="005143E8" w:rsidRPr="001449B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1449BF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B93C8D" w14:paraId="0E0E33F3" w14:textId="77777777" w:rsidTr="007C4DE5">
        <w:tc>
          <w:tcPr>
            <w:tcW w:w="3539" w:type="dxa"/>
          </w:tcPr>
          <w:p w14:paraId="566CDC3C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949C4C3" w14:textId="1EF09A30" w:rsidR="005143E8" w:rsidRPr="001449BF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Rola i znaczenie Polityki Bezpieczeństwa Żywności</w:t>
            </w:r>
          </w:p>
        </w:tc>
      </w:tr>
      <w:tr w:rsidR="005143E8" w:rsidRPr="001449BF" w14:paraId="74903A4E" w14:textId="77777777" w:rsidTr="007C4DE5">
        <w:tc>
          <w:tcPr>
            <w:tcW w:w="3539" w:type="dxa"/>
          </w:tcPr>
          <w:p w14:paraId="51EBB337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A4718D3" w14:textId="3C9F69D9" w:rsidR="005143E8" w:rsidRPr="001449BF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5143E8" w:rsidRPr="00B93C8D" w14:paraId="52CA887E" w14:textId="77777777" w:rsidTr="007C4DE5">
        <w:tc>
          <w:tcPr>
            <w:tcW w:w="3539" w:type="dxa"/>
          </w:tcPr>
          <w:p w14:paraId="5C19B281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47630753" w14:textId="77777777" w:rsidR="00C719EE" w:rsidRPr="001449BF" w:rsidRDefault="00C719EE" w:rsidP="009373B3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Omówienie pojęcia „Polityki Bezpieczeństwa Żywności jako kluczowego elementu przywództwa najwyższego kierownictwa </w:t>
            </w:r>
          </w:p>
          <w:p w14:paraId="04FCFE01" w14:textId="77777777" w:rsidR="00C719EE" w:rsidRPr="001449BF" w:rsidRDefault="00C719EE" w:rsidP="009373B3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 Przedstawienie funkcji polityki w kształtowaniu pozytywnej kultury bezpieczeństwa żywności i zaangażowania pracowników.</w:t>
            </w:r>
          </w:p>
          <w:p w14:paraId="60E1D58E" w14:textId="3853E174" w:rsidR="005143E8" w:rsidRPr="001449BF" w:rsidRDefault="00C719EE" w:rsidP="009373B3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Analiza przykładowych deklaracji polityki bezpieczeństwa w branży gastronomicznej i cateringowej</w:t>
            </w:r>
          </w:p>
        </w:tc>
      </w:tr>
      <w:tr w:rsidR="005143E8" w:rsidRPr="00B93C8D" w14:paraId="51035027" w14:textId="77777777" w:rsidTr="007C4DE5">
        <w:tc>
          <w:tcPr>
            <w:tcW w:w="3539" w:type="dxa"/>
          </w:tcPr>
          <w:p w14:paraId="3EE336CB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2DB9EE9A" w14:textId="1A5E947D" w:rsidR="005143E8" w:rsidRPr="001449BF" w:rsidRDefault="00C719EE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Wymagania formalne wobec Polityki Bezpieczeństwa Żywności</w:t>
            </w:r>
          </w:p>
        </w:tc>
      </w:tr>
      <w:tr w:rsidR="005143E8" w:rsidRPr="001449BF" w14:paraId="5BC42166" w14:textId="77777777" w:rsidTr="007C4DE5">
        <w:tc>
          <w:tcPr>
            <w:tcW w:w="3539" w:type="dxa"/>
          </w:tcPr>
          <w:p w14:paraId="0726C994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60FEB55" w14:textId="17CF4DF6" w:rsidR="005143E8" w:rsidRPr="001449BF" w:rsidRDefault="00C719EE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5143E8" w:rsidRPr="00B93C8D" w14:paraId="3EF84230" w14:textId="77777777" w:rsidTr="007C4DE5">
        <w:tc>
          <w:tcPr>
            <w:tcW w:w="3539" w:type="dxa"/>
          </w:tcPr>
          <w:p w14:paraId="0E423A46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51C2BE77" w14:textId="77777777" w:rsidR="00C719EE" w:rsidRPr="001449BF" w:rsidRDefault="00C719EE" w:rsidP="009373B3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Omówienie obowiązkowych elementów polityki: zgodność z kontekstem i celem zakładu, zobowiązanie do spełniania wymagań prawnych i klienta, ramy do ustalania celów FSMS oraz ciągłe doskonalenie.</w:t>
            </w:r>
          </w:p>
          <w:p w14:paraId="1DC23858" w14:textId="5DA3E91E" w:rsidR="005143E8" w:rsidRPr="001449BF" w:rsidRDefault="00C719EE" w:rsidP="009373B3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proofErr w:type="gramStart"/>
            <w:r w:rsidRPr="001449BF">
              <w:rPr>
                <w:rFonts w:asciiTheme="majorHAnsi" w:hAnsiTheme="majorHAnsi" w:cstheme="majorHAnsi"/>
                <w:lang w:val="pl-PL"/>
              </w:rPr>
              <w:t>Omówienie  zasad</w:t>
            </w:r>
            <w:proofErr w:type="gramEnd"/>
            <w:r w:rsidRPr="001449BF">
              <w:rPr>
                <w:rFonts w:asciiTheme="majorHAnsi" w:hAnsiTheme="majorHAnsi" w:cstheme="majorHAnsi"/>
                <w:lang w:val="pl-PL"/>
              </w:rPr>
              <w:t xml:space="preserve"> komunikowania polityki na wszystkich poziomach organizacji oraz udostępniania jej stronom zainteresowanym. </w:t>
            </w:r>
          </w:p>
        </w:tc>
      </w:tr>
      <w:tr w:rsidR="00C719EE" w:rsidRPr="00B93C8D" w14:paraId="40CDAC58" w14:textId="77777777" w:rsidTr="007C4DE5">
        <w:tc>
          <w:tcPr>
            <w:tcW w:w="3539" w:type="dxa"/>
          </w:tcPr>
          <w:p w14:paraId="02809A32" w14:textId="34691D48" w:rsidR="00C719EE" w:rsidRPr="001449BF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AA82CDC" w14:textId="52E93495" w:rsidR="00C719EE" w:rsidRPr="001449BF" w:rsidRDefault="009373B3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Warsztat projektowy – Opracowanie Polityki Bezpieczeństwa w wybranych zakładach żywienia zbiorowego</w:t>
            </w:r>
          </w:p>
        </w:tc>
      </w:tr>
      <w:tr w:rsidR="00C719EE" w:rsidRPr="001449BF" w14:paraId="09330772" w14:textId="77777777" w:rsidTr="007C4DE5">
        <w:tc>
          <w:tcPr>
            <w:tcW w:w="3539" w:type="dxa"/>
          </w:tcPr>
          <w:p w14:paraId="3C50F05A" w14:textId="252E6793" w:rsidR="00C719EE" w:rsidRPr="001449BF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821868A" w14:textId="3F815023" w:rsidR="00C719EE" w:rsidRPr="001449BF" w:rsidRDefault="009373B3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C719EE" w:rsidRPr="00B93C8D" w14:paraId="4EF5B1C8" w14:textId="77777777" w:rsidTr="007C4DE5">
        <w:tc>
          <w:tcPr>
            <w:tcW w:w="3539" w:type="dxa"/>
          </w:tcPr>
          <w:p w14:paraId="3F30BECD" w14:textId="08236298" w:rsidR="00C719EE" w:rsidRPr="001449BF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28689FD" w14:textId="77777777" w:rsidR="009373B3" w:rsidRPr="001449BF" w:rsidRDefault="009373B3" w:rsidP="009373B3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Praca w grupach projektowych nad wybranym zakładem żywienia zbiorowego (np. restauracja hotelowa, stołówka akademicka, catering dietetyczny) </w:t>
            </w:r>
          </w:p>
          <w:p w14:paraId="3906E150" w14:textId="61373F9B" w:rsidR="009373B3" w:rsidRPr="001449BF" w:rsidRDefault="009373B3" w:rsidP="009373B3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lastRenderedPageBreak/>
              <w:t>Sformułowanie indywidualnej deklaracji Polityki Bezpieczeństwa Żywności uwzględniającej specyfikę zakładu, skalę działalności, profil konsumenta oraz specyfikę menu.</w:t>
            </w:r>
          </w:p>
          <w:p w14:paraId="4C14A473" w14:textId="5AC7AB63" w:rsidR="00C719EE" w:rsidRPr="001449BF" w:rsidRDefault="009373B3" w:rsidP="009373B3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 Wyznaczenie mierzalnych celów bezpieczeństwa żywności spójnych z przyjętą polityką</w:t>
            </w:r>
          </w:p>
        </w:tc>
      </w:tr>
      <w:tr w:rsidR="009373B3" w:rsidRPr="00B93C8D" w14:paraId="24727D20" w14:textId="77777777" w:rsidTr="007C4DE5">
        <w:tc>
          <w:tcPr>
            <w:tcW w:w="3539" w:type="dxa"/>
          </w:tcPr>
          <w:p w14:paraId="7693EDA2" w14:textId="4286C0D9" w:rsidR="009373B3" w:rsidRPr="001449BF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lastRenderedPageBreak/>
              <w:t>Nazwa zagadnienia 4</w:t>
            </w:r>
          </w:p>
        </w:tc>
        <w:tc>
          <w:tcPr>
            <w:tcW w:w="5091" w:type="dxa"/>
          </w:tcPr>
          <w:p w14:paraId="24106800" w14:textId="75A3B857" w:rsidR="009373B3" w:rsidRPr="001449BF" w:rsidRDefault="009373B3" w:rsidP="009373B3">
            <w:pPr>
              <w:pStyle w:val="Akapitzlist"/>
              <w:ind w:left="765"/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Plan wdrażania i komunikacji polityki</w:t>
            </w:r>
          </w:p>
        </w:tc>
      </w:tr>
      <w:tr w:rsidR="009373B3" w:rsidRPr="001449BF" w14:paraId="4DC1643E" w14:textId="77777777" w:rsidTr="007C4DE5">
        <w:tc>
          <w:tcPr>
            <w:tcW w:w="3539" w:type="dxa"/>
          </w:tcPr>
          <w:p w14:paraId="4740F8B3" w14:textId="2843C7F3" w:rsidR="009373B3" w:rsidRPr="001449BF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291C864" w14:textId="27252B11" w:rsidR="009373B3" w:rsidRPr="001449BF" w:rsidRDefault="009373B3" w:rsidP="009373B3">
            <w:pPr>
              <w:pStyle w:val="Akapitzlist"/>
              <w:ind w:left="765"/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9373B3" w:rsidRPr="00B93C8D" w14:paraId="66E9EAEA" w14:textId="77777777" w:rsidTr="007C4DE5">
        <w:tc>
          <w:tcPr>
            <w:tcW w:w="3539" w:type="dxa"/>
          </w:tcPr>
          <w:p w14:paraId="664D0949" w14:textId="083B4430" w:rsidR="009373B3" w:rsidRPr="001449BF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453C8A46" w14:textId="408165EB" w:rsidR="009373B3" w:rsidRPr="001449BF" w:rsidRDefault="009373B3" w:rsidP="009373B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Opracowanie przez grupy projektowe procedury udostępniania oraz szkolenia pracowników w zakresie przyjętej polityki.</w:t>
            </w:r>
          </w:p>
          <w:p w14:paraId="346A23BD" w14:textId="67CDE04F" w:rsidR="009373B3" w:rsidRPr="001449BF" w:rsidRDefault="009373B3" w:rsidP="009373B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Określenie metod nadzoru nad udokumentowaną informacją oraz zasad okresowego przeglądu polityki przez kierownictwo.</w:t>
            </w:r>
          </w:p>
        </w:tc>
      </w:tr>
      <w:tr w:rsidR="009373B3" w:rsidRPr="001449BF" w14:paraId="3687D4BA" w14:textId="77777777" w:rsidTr="007C4DE5">
        <w:tc>
          <w:tcPr>
            <w:tcW w:w="3539" w:type="dxa"/>
          </w:tcPr>
          <w:p w14:paraId="1773AC4E" w14:textId="59B3888A" w:rsidR="009373B3" w:rsidRPr="001449BF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Nazwa zagadnienia 5</w:t>
            </w:r>
          </w:p>
        </w:tc>
        <w:tc>
          <w:tcPr>
            <w:tcW w:w="5091" w:type="dxa"/>
          </w:tcPr>
          <w:p w14:paraId="4BA5E67B" w14:textId="7B7DE824" w:rsidR="009373B3" w:rsidRPr="001449BF" w:rsidRDefault="009373B3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Podsumowanie.</w:t>
            </w:r>
          </w:p>
        </w:tc>
      </w:tr>
      <w:tr w:rsidR="009373B3" w:rsidRPr="001449BF" w14:paraId="137834B2" w14:textId="77777777" w:rsidTr="007C4DE5">
        <w:tc>
          <w:tcPr>
            <w:tcW w:w="3539" w:type="dxa"/>
          </w:tcPr>
          <w:p w14:paraId="7BAC1597" w14:textId="3F8CE29F" w:rsidR="009373B3" w:rsidRPr="001449BF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13C54F19" w14:textId="2E342366" w:rsidR="009373B3" w:rsidRPr="001449BF" w:rsidRDefault="009373B3" w:rsidP="009373B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9373B3" w:rsidRPr="001449BF" w14:paraId="7ACC873F" w14:textId="77777777" w:rsidTr="007C4DE5">
        <w:tc>
          <w:tcPr>
            <w:tcW w:w="3539" w:type="dxa"/>
          </w:tcPr>
          <w:p w14:paraId="42617C9D" w14:textId="1684A322" w:rsidR="009373B3" w:rsidRPr="001449BF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0398D399" w14:textId="1C3584BF" w:rsidR="009373B3" w:rsidRPr="001449BF" w:rsidRDefault="009373B3" w:rsidP="009373B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Prezentacja opracowanych deklaracji Polityki Bezpieczeństwa Żywności </w:t>
            </w:r>
            <w:r w:rsidR="00293F9F" w:rsidRPr="001449BF">
              <w:rPr>
                <w:rFonts w:asciiTheme="majorHAnsi" w:hAnsiTheme="majorHAnsi" w:cstheme="majorHAnsi"/>
                <w:lang w:val="pl-PL"/>
              </w:rPr>
              <w:t>na forum grupy.</w:t>
            </w:r>
            <w:r w:rsidRPr="001449B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30F67AAA" w14:textId="2317F476" w:rsidR="009373B3" w:rsidRPr="001449BF" w:rsidRDefault="009373B3" w:rsidP="009373B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Dyskusja</w:t>
            </w:r>
            <w:r w:rsidR="00293F9F" w:rsidRPr="001449BF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</w:tbl>
    <w:p w14:paraId="55100A72" w14:textId="77777777" w:rsidR="005143E8" w:rsidRPr="001449B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1449B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1449BF" w14:paraId="14B36BFB" w14:textId="77777777" w:rsidTr="007C4DE5">
        <w:tc>
          <w:tcPr>
            <w:tcW w:w="3539" w:type="dxa"/>
          </w:tcPr>
          <w:p w14:paraId="636D9D8A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311EFF13" w14:textId="272B5F5C" w:rsidR="00293F9F" w:rsidRPr="001449BF" w:rsidRDefault="00293F9F" w:rsidP="001449BF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Wprowadzenie </w:t>
            </w:r>
            <w:proofErr w:type="spellStart"/>
            <w:r w:rsidRPr="001449BF">
              <w:rPr>
                <w:rFonts w:asciiTheme="majorHAnsi" w:hAnsiTheme="majorHAnsi" w:cstheme="majorHAnsi"/>
                <w:lang w:val="pl-PL"/>
              </w:rPr>
              <w:t>teoretyczne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.</w:t>
            </w:r>
            <w:r w:rsidRPr="001449BF">
              <w:rPr>
                <w:rFonts w:asciiTheme="majorHAnsi" w:hAnsiTheme="majorHAnsi" w:cstheme="majorHAnsi"/>
                <w:lang w:val="pl-PL"/>
              </w:rPr>
              <w:t>ia</w:t>
            </w:r>
            <w:proofErr w:type="spellEnd"/>
            <w:r w:rsidRPr="001449BF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7AF7D04" w14:textId="77777777" w:rsidR="00293F9F" w:rsidRPr="001449BF" w:rsidRDefault="00293F9F" w:rsidP="00293F9F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 Praca w grupach projektowych pod nadzorem prowadzącego.</w:t>
            </w:r>
          </w:p>
          <w:p w14:paraId="7F38CC80" w14:textId="77777777" w:rsidR="00293F9F" w:rsidRPr="001449BF" w:rsidRDefault="00293F9F" w:rsidP="00293F9F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1449BF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1449BF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1449BF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1449BF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7F41A712" w14:textId="4A81F642" w:rsidR="005143E8" w:rsidRPr="001449BF" w:rsidRDefault="00293F9F" w:rsidP="00293F9F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Pytania kontrolne i dyskusja.</w:t>
            </w:r>
          </w:p>
        </w:tc>
      </w:tr>
      <w:tr w:rsidR="005143E8" w:rsidRPr="00B93C8D" w14:paraId="6B6E70BA" w14:textId="77777777" w:rsidTr="007C4DE5">
        <w:tc>
          <w:tcPr>
            <w:tcW w:w="3539" w:type="dxa"/>
          </w:tcPr>
          <w:p w14:paraId="42423B33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01E5E428" w14:textId="591BDFA6" w:rsidR="005143E8" w:rsidRPr="001449BF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•</w:t>
            </w:r>
            <w:r w:rsidRPr="001449BF">
              <w:rPr>
                <w:rFonts w:asciiTheme="majorHAnsi" w:hAnsiTheme="majorHAnsi" w:cstheme="majorHAnsi"/>
                <w:lang w:val="pl-PL"/>
              </w:rPr>
              <w:tab/>
              <w:t xml:space="preserve">Komputer z dostępem do Internetu 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oraz</w:t>
            </w:r>
            <w:r w:rsidRPr="001449BF">
              <w:rPr>
                <w:rFonts w:asciiTheme="majorHAnsi" w:hAnsiTheme="majorHAnsi" w:cstheme="majorHAnsi"/>
                <w:lang w:val="pl-PL"/>
              </w:rPr>
              <w:t xml:space="preserve"> pakietem MS Office.</w:t>
            </w:r>
          </w:p>
        </w:tc>
      </w:tr>
      <w:tr w:rsidR="00521628" w:rsidRPr="001449BF" w14:paraId="2E79C839" w14:textId="77777777" w:rsidTr="007C4DE5">
        <w:tc>
          <w:tcPr>
            <w:tcW w:w="3539" w:type="dxa"/>
          </w:tcPr>
          <w:p w14:paraId="06E77122" w14:textId="77777777" w:rsidR="0052162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7EBDC92" w14:textId="1872286C" w:rsidR="00521628" w:rsidRPr="001449BF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1449BF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B93C8D" w14:paraId="1C07B03A" w14:textId="77777777" w:rsidTr="007C4DE5">
        <w:tc>
          <w:tcPr>
            <w:tcW w:w="3539" w:type="dxa"/>
          </w:tcPr>
          <w:p w14:paraId="1102FDDD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AD1C1E1" w14:textId="6F8F782F" w:rsidR="005143E8" w:rsidRPr="001449BF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Polska wersja normy „PN-EN ISO 22000:2018-08 Systemy zarządzania bezpieczeństwem żywności – Wymagania dla każdej organizacji należącej do łańcucha żywnościowego” – dostępna w czytelni</w:t>
            </w:r>
          </w:p>
        </w:tc>
      </w:tr>
      <w:tr w:rsidR="00521628" w:rsidRPr="00B93C8D" w14:paraId="7F422906" w14:textId="77777777" w:rsidTr="007C4DE5">
        <w:tc>
          <w:tcPr>
            <w:tcW w:w="3539" w:type="dxa"/>
          </w:tcPr>
          <w:p w14:paraId="6E007297" w14:textId="77777777" w:rsidR="0052162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238FCAC" w14:textId="43EA2FB6" w:rsidR="00521628" w:rsidRPr="001449BF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1449BF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1449BF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1449BF" w14:paraId="6069E80A" w14:textId="77777777" w:rsidTr="007C4DE5">
        <w:tc>
          <w:tcPr>
            <w:tcW w:w="3539" w:type="dxa"/>
          </w:tcPr>
          <w:p w14:paraId="282CC384" w14:textId="77777777" w:rsidR="005143E8" w:rsidRPr="001449B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58556E00" w14:textId="787B29F5" w:rsidR="005143E8" w:rsidRPr="001449BF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59F7B301" w14:textId="77777777" w:rsidR="00C66032" w:rsidRPr="001449B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1449BF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B93C8D" w14:paraId="54A63A69" w14:textId="77777777" w:rsidTr="007C4DE5">
        <w:tc>
          <w:tcPr>
            <w:tcW w:w="3539" w:type="dxa"/>
          </w:tcPr>
          <w:p w14:paraId="0E9B125F" w14:textId="77777777" w:rsidR="00C66032" w:rsidRPr="001449B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771DF13" w14:textId="45F62104" w:rsidR="00C66032" w:rsidRPr="001449BF" w:rsidRDefault="00293F9F" w:rsidP="00293F9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proofErr w:type="gramStart"/>
            <w:r w:rsidRPr="001449BF">
              <w:rPr>
                <w:rFonts w:asciiTheme="majorHAnsi" w:hAnsiTheme="majorHAnsi" w:cstheme="majorHAnsi"/>
                <w:lang w:val="pl-PL"/>
              </w:rPr>
              <w:t>opracować  deklarację</w:t>
            </w:r>
            <w:proofErr w:type="gramEnd"/>
            <w:r w:rsidRPr="001449BF">
              <w:rPr>
                <w:rFonts w:asciiTheme="majorHAnsi" w:hAnsiTheme="majorHAnsi" w:cstheme="majorHAnsi"/>
                <w:lang w:val="pl-PL"/>
              </w:rPr>
              <w:t xml:space="preserve"> „Polityki Bezpieczeństwa </w:t>
            </w:r>
            <w:proofErr w:type="gramStart"/>
            <w:r w:rsidRPr="001449BF">
              <w:rPr>
                <w:rFonts w:asciiTheme="majorHAnsi" w:hAnsiTheme="majorHAnsi" w:cstheme="majorHAnsi"/>
                <w:lang w:val="pl-PL"/>
              </w:rPr>
              <w:t>Żywności”  dla</w:t>
            </w:r>
            <w:proofErr w:type="gramEnd"/>
            <w:r w:rsidRPr="001449BF">
              <w:rPr>
                <w:rFonts w:asciiTheme="majorHAnsi" w:hAnsiTheme="majorHAnsi" w:cstheme="majorHAnsi"/>
                <w:lang w:val="pl-PL"/>
              </w:rPr>
              <w:t xml:space="preserve"> wybranego zakładu żywienia zbiorowego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DD66B12" w14:textId="0E5D7311" w:rsidR="00293F9F" w:rsidRPr="001449BF" w:rsidRDefault="00293F9F" w:rsidP="00293F9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lastRenderedPageBreak/>
              <w:t>Student umie zdefiniować mierzalne cele bezpieczeństwa żywności i powiązać je z kontekstem organizacji oraz specyfiką serwowanego menu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E01D87C" w14:textId="32141A22" w:rsidR="00293F9F" w:rsidRPr="001449BF" w:rsidRDefault="00293F9F" w:rsidP="00293F9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Student zna zasady przywództwa, komunikacji wewnętrznej i zewnętrznej oraz zaangażowania kierownictwa w budowaniu kultury bezpieczeństwa żywności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266C5321" w14:textId="77777777" w:rsidR="00293F9F" w:rsidRPr="001449BF" w:rsidRDefault="00293F9F" w:rsidP="00293F9F">
            <w:pPr>
              <w:jc w:val="both"/>
              <w:rPr>
                <w:rFonts w:asciiTheme="majorHAnsi" w:hAnsiTheme="majorHAnsi" w:cstheme="majorHAnsi"/>
                <w:lang w:val="pl-PL"/>
              </w:rPr>
            </w:pPr>
          </w:p>
          <w:p w14:paraId="6E1C744A" w14:textId="2159D84E" w:rsidR="00293F9F" w:rsidRPr="001449BF" w:rsidRDefault="00293F9F" w:rsidP="008A6413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C66032" w:rsidRPr="00B93C8D" w14:paraId="559594FC" w14:textId="77777777" w:rsidTr="007C4DE5">
        <w:tc>
          <w:tcPr>
            <w:tcW w:w="3539" w:type="dxa"/>
          </w:tcPr>
          <w:p w14:paraId="081BADFB" w14:textId="77777777" w:rsidR="00C66032" w:rsidRPr="001449B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3E31422D" w14:textId="483B64B7" w:rsidR="00C66032" w:rsidRPr="001449BF" w:rsidRDefault="00293F9F" w:rsidP="00293F9F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systemu zarządzania bezpieczeństwem żywności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4FA21D9" w14:textId="29939C92" w:rsidR="00293F9F" w:rsidRPr="001449BF" w:rsidRDefault="00293F9F" w:rsidP="00293F9F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Ocena spójności opracowanych celów i polityki w ramach przygotowanego projektu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2AFF455" w14:textId="77777777" w:rsidR="001449BF" w:rsidRPr="001449BF" w:rsidRDefault="00293F9F" w:rsidP="00293F9F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Aktywny udział w dyskusji</w:t>
            </w:r>
            <w:r w:rsidR="001449BF" w:rsidRPr="001449BF">
              <w:rPr>
                <w:rFonts w:asciiTheme="majorHAnsi" w:hAnsiTheme="majorHAnsi" w:cstheme="majorHAnsi"/>
                <w:lang w:val="pl-PL"/>
              </w:rPr>
              <w:t xml:space="preserve"> oraz prezentacja wyników pracy grupowej na forum.</w:t>
            </w:r>
          </w:p>
          <w:p w14:paraId="28EE35E0" w14:textId="76227C5E" w:rsidR="00293F9F" w:rsidRPr="001449BF" w:rsidRDefault="001449BF" w:rsidP="00293F9F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Udzielanie</w:t>
            </w:r>
            <w:r w:rsidR="00293F9F" w:rsidRPr="001449BF">
              <w:rPr>
                <w:rFonts w:asciiTheme="majorHAnsi" w:hAnsiTheme="majorHAnsi" w:cstheme="majorHAnsi"/>
                <w:lang w:val="pl-PL"/>
              </w:rPr>
              <w:t xml:space="preserve"> odpowiedzi na pytania kontrolne prowadzącego.</w:t>
            </w:r>
          </w:p>
        </w:tc>
      </w:tr>
    </w:tbl>
    <w:p w14:paraId="668173BE" w14:textId="77777777" w:rsidR="00C66032" w:rsidRPr="001449B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1449BF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1449BF" w14:paraId="7B6B3C35" w14:textId="77777777" w:rsidTr="007C4DE5">
        <w:tc>
          <w:tcPr>
            <w:tcW w:w="3539" w:type="dxa"/>
          </w:tcPr>
          <w:p w14:paraId="0F4224F5" w14:textId="77777777" w:rsidR="004B726D" w:rsidRPr="001449B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779071D0" w14:textId="3677033F" w:rsidR="004B726D" w:rsidRPr="001449BF" w:rsidRDefault="001449BF" w:rsidP="00D67957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</w:t>
            </w:r>
            <w:r w:rsidR="00293F9F" w:rsidRPr="001449BF">
              <w:rPr>
                <w:rFonts w:asciiTheme="majorHAnsi" w:hAnsiTheme="majorHAnsi" w:cstheme="majorHAnsi"/>
                <w:lang w:val="pl-PL"/>
              </w:rPr>
              <w:t>r hab. Aleksandra Szyd</w:t>
            </w:r>
            <w:r>
              <w:rPr>
                <w:rFonts w:asciiTheme="majorHAnsi" w:hAnsiTheme="majorHAnsi" w:cstheme="majorHAnsi"/>
                <w:lang w:val="pl-PL"/>
              </w:rPr>
              <w:t>ł</w:t>
            </w:r>
            <w:r w:rsidR="00293F9F" w:rsidRPr="001449BF">
              <w:rPr>
                <w:rFonts w:asciiTheme="majorHAnsi" w:hAnsiTheme="majorHAnsi" w:cstheme="majorHAnsi"/>
                <w:lang w:val="pl-PL"/>
              </w:rPr>
              <w:t xml:space="preserve">owska </w:t>
            </w:r>
          </w:p>
        </w:tc>
      </w:tr>
      <w:tr w:rsidR="004B726D" w:rsidRPr="001449BF" w14:paraId="032A2A85" w14:textId="77777777" w:rsidTr="007C4DE5">
        <w:tc>
          <w:tcPr>
            <w:tcW w:w="3539" w:type="dxa"/>
          </w:tcPr>
          <w:p w14:paraId="5BF1C300" w14:textId="77777777" w:rsidR="004B726D" w:rsidRPr="001449B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64D2B9AE" w14:textId="4FC3649A" w:rsidR="004B726D" w:rsidRPr="001449BF" w:rsidRDefault="00293F9F" w:rsidP="00293F9F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 w:rsidRPr="001449BF">
              <w:rPr>
                <w:rFonts w:asciiTheme="majorHAnsi" w:hAnsiTheme="majorHAnsi" w:cstheme="majorHAnsi"/>
                <w:lang w:val="pl-PL"/>
              </w:rPr>
              <w:t>_ -</w:t>
            </w:r>
          </w:p>
        </w:tc>
      </w:tr>
    </w:tbl>
    <w:p w14:paraId="03ADEFC9" w14:textId="77777777" w:rsidR="004B726D" w:rsidRPr="001449B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2D49FBA" w14:textId="77777777" w:rsidR="00515281" w:rsidRPr="001449BF" w:rsidRDefault="00515281" w:rsidP="00515281">
      <w:pPr>
        <w:spacing w:after="160" w:line="259" w:lineRule="auto"/>
      </w:pPr>
      <w:r w:rsidRPr="001449BF">
        <w:t>CC BY 4.0</w:t>
      </w:r>
    </w:p>
    <w:p w14:paraId="72008BC2" w14:textId="77777777" w:rsidR="00515281" w:rsidRPr="001449BF" w:rsidRDefault="00515281" w:rsidP="00515281">
      <w:pPr>
        <w:spacing w:after="160" w:line="259" w:lineRule="auto"/>
        <w:rPr>
          <w:lang w:val="pl-PL"/>
        </w:rPr>
      </w:pPr>
      <w:r w:rsidRPr="001449BF">
        <w:rPr>
          <w:lang w:val="pl-PL"/>
        </w:rPr>
        <w:t xml:space="preserve">Materiał jest udostępniony na licencji Creative </w:t>
      </w:r>
      <w:proofErr w:type="spellStart"/>
      <w:r w:rsidRPr="001449BF">
        <w:rPr>
          <w:lang w:val="pl-PL"/>
        </w:rPr>
        <w:t>Commons</w:t>
      </w:r>
      <w:proofErr w:type="spellEnd"/>
      <w:r w:rsidRPr="001449BF">
        <w:rPr>
          <w:lang w:val="pl-PL"/>
        </w:rPr>
        <w:t xml:space="preserve"> Uznanie autorstwa CC BY 4.0</w:t>
      </w:r>
    </w:p>
    <w:p w14:paraId="19FE834C" w14:textId="77777777" w:rsidR="00515281" w:rsidRPr="001449BF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1449BF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53FFAACA" w14:textId="77777777" w:rsidR="00515281" w:rsidRPr="001449BF" w:rsidRDefault="00515281" w:rsidP="00515281">
      <w:pPr>
        <w:spacing w:after="160" w:line="259" w:lineRule="auto"/>
        <w:rPr>
          <w:lang w:val="pl-PL"/>
        </w:rPr>
      </w:pPr>
      <w:r w:rsidRPr="001449BF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1449BF">
        <w:rPr>
          <w:lang w:val="pl-PL"/>
        </w:rPr>
        <w:t>kluczowych ”</w:t>
      </w:r>
      <w:proofErr w:type="gramEnd"/>
      <w:r w:rsidRPr="001449BF">
        <w:rPr>
          <w:lang w:val="pl-PL"/>
        </w:rPr>
        <w:t xml:space="preserve"> nr FERS.01.05-IP.08-0067/23 </w:t>
      </w:r>
    </w:p>
    <w:p w14:paraId="1247D95C" w14:textId="77777777" w:rsidR="00515281" w:rsidRPr="001449B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1449B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3C7A4" w14:textId="77777777" w:rsidR="008A71A0" w:rsidRDefault="008A71A0" w:rsidP="00521628">
      <w:pPr>
        <w:spacing w:after="0" w:line="240" w:lineRule="auto"/>
      </w:pPr>
      <w:r>
        <w:separator/>
      </w:r>
    </w:p>
  </w:endnote>
  <w:endnote w:type="continuationSeparator" w:id="0">
    <w:p w14:paraId="551FDDFF" w14:textId="77777777" w:rsidR="008A71A0" w:rsidRDefault="008A71A0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BC1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ECAF" w14:textId="77777777" w:rsidR="008A71A0" w:rsidRDefault="008A71A0" w:rsidP="00521628">
      <w:pPr>
        <w:spacing w:after="0" w:line="240" w:lineRule="auto"/>
      </w:pPr>
      <w:r>
        <w:separator/>
      </w:r>
    </w:p>
  </w:footnote>
  <w:footnote w:type="continuationSeparator" w:id="0">
    <w:p w14:paraId="3324720B" w14:textId="77777777" w:rsidR="008A71A0" w:rsidRDefault="008A71A0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044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598F3B16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174DA"/>
    <w:multiLevelType w:val="hybridMultilevel"/>
    <w:tmpl w:val="263A0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C6028F"/>
    <w:multiLevelType w:val="hybridMultilevel"/>
    <w:tmpl w:val="BE98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73A12"/>
    <w:multiLevelType w:val="hybridMultilevel"/>
    <w:tmpl w:val="CF7422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1B85747C"/>
    <w:multiLevelType w:val="hybridMultilevel"/>
    <w:tmpl w:val="FAB82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25E2D"/>
    <w:multiLevelType w:val="hybridMultilevel"/>
    <w:tmpl w:val="3D14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97E58"/>
    <w:multiLevelType w:val="hybridMultilevel"/>
    <w:tmpl w:val="9716CFD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3A852EF9"/>
    <w:multiLevelType w:val="hybridMultilevel"/>
    <w:tmpl w:val="A0FA34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ABA262F"/>
    <w:multiLevelType w:val="hybridMultilevel"/>
    <w:tmpl w:val="3ADC9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57DBC"/>
    <w:multiLevelType w:val="hybridMultilevel"/>
    <w:tmpl w:val="E2383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556CE"/>
    <w:multiLevelType w:val="hybridMultilevel"/>
    <w:tmpl w:val="B602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766F7"/>
    <w:multiLevelType w:val="hybridMultilevel"/>
    <w:tmpl w:val="9A94B85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6F333B9A"/>
    <w:multiLevelType w:val="hybridMultilevel"/>
    <w:tmpl w:val="68F0514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77EA1D4A"/>
    <w:multiLevelType w:val="hybridMultilevel"/>
    <w:tmpl w:val="B5181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05972">
    <w:abstractNumId w:val="8"/>
  </w:num>
  <w:num w:numId="2" w16cid:durableId="265039572">
    <w:abstractNumId w:val="6"/>
  </w:num>
  <w:num w:numId="3" w16cid:durableId="610210296">
    <w:abstractNumId w:val="5"/>
  </w:num>
  <w:num w:numId="4" w16cid:durableId="283078388">
    <w:abstractNumId w:val="4"/>
  </w:num>
  <w:num w:numId="5" w16cid:durableId="973296412">
    <w:abstractNumId w:val="7"/>
  </w:num>
  <w:num w:numId="6" w16cid:durableId="1784231046">
    <w:abstractNumId w:val="3"/>
  </w:num>
  <w:num w:numId="7" w16cid:durableId="910039040">
    <w:abstractNumId w:val="2"/>
  </w:num>
  <w:num w:numId="8" w16cid:durableId="227305600">
    <w:abstractNumId w:val="1"/>
  </w:num>
  <w:num w:numId="9" w16cid:durableId="1667898305">
    <w:abstractNumId w:val="0"/>
  </w:num>
  <w:num w:numId="10" w16cid:durableId="1130778702">
    <w:abstractNumId w:val="11"/>
  </w:num>
  <w:num w:numId="11" w16cid:durableId="531846091">
    <w:abstractNumId w:val="17"/>
  </w:num>
  <w:num w:numId="12" w16cid:durableId="66804710">
    <w:abstractNumId w:val="21"/>
  </w:num>
  <w:num w:numId="13" w16cid:durableId="1206990003">
    <w:abstractNumId w:val="20"/>
  </w:num>
  <w:num w:numId="14" w16cid:durableId="431514334">
    <w:abstractNumId w:val="15"/>
  </w:num>
  <w:num w:numId="15" w16cid:durableId="216404526">
    <w:abstractNumId w:val="19"/>
  </w:num>
  <w:num w:numId="16" w16cid:durableId="386926514">
    <w:abstractNumId w:val="14"/>
  </w:num>
  <w:num w:numId="17" w16cid:durableId="1425877937">
    <w:abstractNumId w:val="16"/>
  </w:num>
  <w:num w:numId="18" w16cid:durableId="1194732830">
    <w:abstractNumId w:val="9"/>
  </w:num>
  <w:num w:numId="19" w16cid:durableId="1121917620">
    <w:abstractNumId w:val="13"/>
  </w:num>
  <w:num w:numId="20" w16cid:durableId="1087188180">
    <w:abstractNumId w:val="10"/>
  </w:num>
  <w:num w:numId="21" w16cid:durableId="1471442652">
    <w:abstractNumId w:val="18"/>
  </w:num>
  <w:num w:numId="22" w16cid:durableId="13031919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85"/>
    <w:rsid w:val="00034616"/>
    <w:rsid w:val="0006063C"/>
    <w:rsid w:val="00077043"/>
    <w:rsid w:val="000851D8"/>
    <w:rsid w:val="00091956"/>
    <w:rsid w:val="000E633D"/>
    <w:rsid w:val="000F1F39"/>
    <w:rsid w:val="001210B4"/>
    <w:rsid w:val="001355BA"/>
    <w:rsid w:val="0014086C"/>
    <w:rsid w:val="001449BF"/>
    <w:rsid w:val="0015074B"/>
    <w:rsid w:val="00164C4C"/>
    <w:rsid w:val="001B6CFF"/>
    <w:rsid w:val="001C2198"/>
    <w:rsid w:val="001D2B22"/>
    <w:rsid w:val="001E216A"/>
    <w:rsid w:val="00222E85"/>
    <w:rsid w:val="00224AE9"/>
    <w:rsid w:val="002834AF"/>
    <w:rsid w:val="00293F9F"/>
    <w:rsid w:val="0029639D"/>
    <w:rsid w:val="002B1689"/>
    <w:rsid w:val="002F0DA9"/>
    <w:rsid w:val="002F6513"/>
    <w:rsid w:val="00326F90"/>
    <w:rsid w:val="003336A4"/>
    <w:rsid w:val="003628CD"/>
    <w:rsid w:val="0044797C"/>
    <w:rsid w:val="004B4691"/>
    <w:rsid w:val="004B726D"/>
    <w:rsid w:val="004E79EF"/>
    <w:rsid w:val="004F0072"/>
    <w:rsid w:val="005143E8"/>
    <w:rsid w:val="00515281"/>
    <w:rsid w:val="00521628"/>
    <w:rsid w:val="0056641D"/>
    <w:rsid w:val="0058212E"/>
    <w:rsid w:val="005C39B5"/>
    <w:rsid w:val="00612384"/>
    <w:rsid w:val="00620785"/>
    <w:rsid w:val="00661996"/>
    <w:rsid w:val="0067640E"/>
    <w:rsid w:val="006B724A"/>
    <w:rsid w:val="007B621E"/>
    <w:rsid w:val="007C4DE5"/>
    <w:rsid w:val="007D0F9A"/>
    <w:rsid w:val="00834DE3"/>
    <w:rsid w:val="008A71A0"/>
    <w:rsid w:val="0092286B"/>
    <w:rsid w:val="009373B3"/>
    <w:rsid w:val="00944708"/>
    <w:rsid w:val="00947699"/>
    <w:rsid w:val="00976B8B"/>
    <w:rsid w:val="0099634C"/>
    <w:rsid w:val="00A83D2C"/>
    <w:rsid w:val="00A91A9F"/>
    <w:rsid w:val="00AA1D8D"/>
    <w:rsid w:val="00AC1286"/>
    <w:rsid w:val="00AE5B3E"/>
    <w:rsid w:val="00B47730"/>
    <w:rsid w:val="00B70101"/>
    <w:rsid w:val="00B734AA"/>
    <w:rsid w:val="00B93C8D"/>
    <w:rsid w:val="00BA383D"/>
    <w:rsid w:val="00BA4DD9"/>
    <w:rsid w:val="00BE192A"/>
    <w:rsid w:val="00C04DF8"/>
    <w:rsid w:val="00C3691F"/>
    <w:rsid w:val="00C5174D"/>
    <w:rsid w:val="00C551F5"/>
    <w:rsid w:val="00C66032"/>
    <w:rsid w:val="00C719EE"/>
    <w:rsid w:val="00C90D7A"/>
    <w:rsid w:val="00C93E68"/>
    <w:rsid w:val="00CA0398"/>
    <w:rsid w:val="00CB0664"/>
    <w:rsid w:val="00D054A7"/>
    <w:rsid w:val="00D64982"/>
    <w:rsid w:val="00DA3DF1"/>
    <w:rsid w:val="00DD46EF"/>
    <w:rsid w:val="00E20C95"/>
    <w:rsid w:val="00E316F3"/>
    <w:rsid w:val="00EB6BE9"/>
    <w:rsid w:val="00F328A1"/>
    <w:rsid w:val="00F34420"/>
    <w:rsid w:val="00F41CE9"/>
    <w:rsid w:val="00F64836"/>
    <w:rsid w:val="00F72D8F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1AB83"/>
  <w14:defaultImageDpi w14:val="300"/>
  <w15:docId w15:val="{7B714CD9-E1E2-42F4-9F6F-BEA5A610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3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0120DF-74F7-412A-8D8A-94E4801991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8</Template>
  <TotalTime>1</TotalTime>
  <Pages>4</Pages>
  <Words>886</Words>
  <Characters>5319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2026-10-15T09:38:00Z</dcterms:created>
  <dcterms:modified xsi:type="dcterms:W3CDTF">2026-10-15T09:38:00Z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