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C8F3" w14:textId="77777777" w:rsidR="00521628" w:rsidRPr="00D2562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2562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2562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2562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5AC1196" w14:textId="77777777" w:rsidR="00E316F3" w:rsidRPr="00D2562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2562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D48CC" w:rsidRPr="00347B59" w14:paraId="4D75BDC2" w14:textId="77777777" w:rsidTr="006A1064">
        <w:tc>
          <w:tcPr>
            <w:tcW w:w="3539" w:type="dxa"/>
          </w:tcPr>
          <w:p w14:paraId="76983C8D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57EEE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6D48CC" w:rsidRPr="00D25628" w14:paraId="05A12346" w14:textId="77777777" w:rsidTr="006A1064">
        <w:tc>
          <w:tcPr>
            <w:tcW w:w="3539" w:type="dxa"/>
          </w:tcPr>
          <w:p w14:paraId="38FD962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375B4A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6D48CC" w:rsidRPr="00D25628" w14:paraId="04398CF8" w14:textId="77777777" w:rsidTr="006A1064">
        <w:tc>
          <w:tcPr>
            <w:tcW w:w="3539" w:type="dxa"/>
          </w:tcPr>
          <w:p w14:paraId="11D2E06A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1F80DE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347B59" w:rsidRPr="00D25628" w14:paraId="7FA8E423" w14:textId="77777777" w:rsidTr="006A1064">
        <w:tc>
          <w:tcPr>
            <w:tcW w:w="3539" w:type="dxa"/>
          </w:tcPr>
          <w:p w14:paraId="2EE1AEDB" w14:textId="77777777" w:rsidR="00347B59" w:rsidRPr="00D25628" w:rsidRDefault="00347B59" w:rsidP="00347B5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2FDDA35" w14:textId="3B53A72E" w:rsidR="00347B59" w:rsidRPr="00D25628" w:rsidRDefault="00347B59" w:rsidP="00347B5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347B59" w:rsidRPr="00C372EF" w14:paraId="4ABB796B" w14:textId="77777777" w:rsidTr="006A1064">
        <w:tc>
          <w:tcPr>
            <w:tcW w:w="3539" w:type="dxa"/>
          </w:tcPr>
          <w:p w14:paraId="0D451E76" w14:textId="77777777" w:rsidR="00347B59" w:rsidRPr="00D25628" w:rsidRDefault="00347B59" w:rsidP="00347B5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AE3F34" w14:textId="4C591BFA" w:rsidR="00347B59" w:rsidRPr="00D25628" w:rsidRDefault="00347B59" w:rsidP="00347B5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6D48CC" w:rsidRPr="00D25628" w14:paraId="7B122385" w14:textId="77777777" w:rsidTr="006A1064">
        <w:tc>
          <w:tcPr>
            <w:tcW w:w="3539" w:type="dxa"/>
          </w:tcPr>
          <w:p w14:paraId="152DDB4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432C95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6D48CC" w:rsidRPr="00D25628" w14:paraId="0A16DC03" w14:textId="77777777" w:rsidTr="006A1064">
        <w:tc>
          <w:tcPr>
            <w:tcW w:w="3539" w:type="dxa"/>
          </w:tcPr>
          <w:p w14:paraId="01E9ABE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C7405FE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34497A82" w14:textId="77777777" w:rsidTr="006A1064">
        <w:tc>
          <w:tcPr>
            <w:tcW w:w="3539" w:type="dxa"/>
          </w:tcPr>
          <w:p w14:paraId="2A031783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3A9CDD0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1DC1E113" w14:textId="77777777" w:rsidTr="006A1064">
        <w:tc>
          <w:tcPr>
            <w:tcW w:w="3539" w:type="dxa"/>
          </w:tcPr>
          <w:p w14:paraId="01ED8DD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1166546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6D48CC" w:rsidRPr="00D25628" w14:paraId="7B7104B4" w14:textId="77777777" w:rsidTr="006A1064">
        <w:tc>
          <w:tcPr>
            <w:tcW w:w="3539" w:type="dxa"/>
          </w:tcPr>
          <w:p w14:paraId="31E4499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DE87F86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6D48CC" w:rsidRPr="00347B59" w14:paraId="0DBAC866" w14:textId="77777777" w:rsidTr="006A1064">
        <w:tc>
          <w:tcPr>
            <w:tcW w:w="3539" w:type="dxa"/>
          </w:tcPr>
          <w:p w14:paraId="39CE631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DBCC41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011B1314" w14:textId="77777777" w:rsidR="005143E8" w:rsidRPr="00D2562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25628" w14:paraId="1970B52D" w14:textId="77777777" w:rsidTr="007C4DE5">
        <w:tc>
          <w:tcPr>
            <w:tcW w:w="3539" w:type="dxa"/>
          </w:tcPr>
          <w:p w14:paraId="06B78E5B" w14:textId="77777777" w:rsidR="004B726D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4ADCF35B" w14:textId="13249AC7" w:rsidR="004B726D" w:rsidRPr="00D25628" w:rsidRDefault="002E3C47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</w:t>
            </w:r>
            <w:r w:rsidR="0011306B">
              <w:rPr>
                <w:rFonts w:asciiTheme="majorHAnsi" w:hAnsiTheme="majorHAnsi" w:cstheme="majorHAnsi"/>
                <w:lang w:val="pl-PL"/>
              </w:rPr>
              <w:t>1</w:t>
            </w:r>
          </w:p>
        </w:tc>
      </w:tr>
      <w:tr w:rsidR="0044797C" w:rsidRPr="00347B59" w14:paraId="1C0E6432" w14:textId="77777777" w:rsidTr="007C4DE5">
        <w:tc>
          <w:tcPr>
            <w:tcW w:w="3539" w:type="dxa"/>
          </w:tcPr>
          <w:p w14:paraId="13E349AE" w14:textId="77777777" w:rsidR="0044797C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18E52E2" w14:textId="20AFF2C7" w:rsidR="0044797C" w:rsidRPr="00D25628" w:rsidRDefault="0011306B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Opracowanie narzędzi do wybranych metod w</w:t>
            </w:r>
            <w:r w:rsidR="00A21AD3">
              <w:rPr>
                <w:rFonts w:asciiTheme="majorHAnsi" w:hAnsiTheme="majorHAnsi" w:cstheme="majorHAnsi"/>
                <w:lang w:val="pl-PL"/>
              </w:rPr>
              <w:t>eryfikacja systemu HACCP</w:t>
            </w:r>
            <w:r w:rsidR="002B6ABB"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D25628" w14:paraId="0044ACD0" w14:textId="77777777" w:rsidTr="007C4DE5">
        <w:tc>
          <w:tcPr>
            <w:tcW w:w="3539" w:type="dxa"/>
          </w:tcPr>
          <w:p w14:paraId="6F269F9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7C44981" w14:textId="7E11116E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25628">
              <w:rPr>
                <w:rFonts w:asciiTheme="majorHAnsi" w:hAnsiTheme="majorHAnsi" w:cstheme="majorHAnsi"/>
                <w:lang w:val="pl-PL"/>
              </w:rPr>
              <w:t>wiczenia</w:t>
            </w:r>
            <w:r w:rsidR="006D48CC" w:rsidRPr="00D2562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25628" w14:paraId="61D899D9" w14:textId="77777777" w:rsidTr="007C4DE5">
        <w:tc>
          <w:tcPr>
            <w:tcW w:w="3539" w:type="dxa"/>
          </w:tcPr>
          <w:p w14:paraId="65A65DF5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A6F7B43" w14:textId="0F7336EB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347B59" w14:paraId="0ED5ED8C" w14:textId="77777777" w:rsidTr="007C4DE5">
        <w:tc>
          <w:tcPr>
            <w:tcW w:w="3539" w:type="dxa"/>
          </w:tcPr>
          <w:p w14:paraId="4D92F1D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955E243" w14:textId="79B6D532" w:rsidR="005143E8" w:rsidRPr="00D25628" w:rsidRDefault="002B6ABB" w:rsidP="002B6AB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Nabycie przez studentów umiejętności </w:t>
            </w:r>
            <w:r w:rsidR="002E3C47">
              <w:rPr>
                <w:rFonts w:asciiTheme="majorHAnsi" w:hAnsiTheme="majorHAnsi" w:cstheme="majorHAnsi"/>
                <w:lang w:val="pl-PL"/>
              </w:rPr>
              <w:t>weryfikacji systemu HACCP</w:t>
            </w:r>
          </w:p>
        </w:tc>
      </w:tr>
      <w:tr w:rsidR="005143E8" w:rsidRPr="00347B59" w14:paraId="1AAB957D" w14:textId="77777777" w:rsidTr="007C4DE5">
        <w:tc>
          <w:tcPr>
            <w:tcW w:w="3539" w:type="dxa"/>
          </w:tcPr>
          <w:p w14:paraId="4006D91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505923DD" w14:textId="13273E99" w:rsidR="0011306B" w:rsidRPr="0011306B" w:rsidRDefault="0011306B" w:rsidP="0011306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</w:t>
            </w:r>
            <w:r w:rsidRPr="0011306B">
              <w:rPr>
                <w:rFonts w:asciiTheme="majorHAnsi" w:hAnsiTheme="majorHAnsi" w:cstheme="majorHAnsi"/>
                <w:lang w:val="pl-PL"/>
              </w:rPr>
              <w:t>haraktery</w:t>
            </w:r>
            <w:r>
              <w:rPr>
                <w:rFonts w:asciiTheme="majorHAnsi" w:hAnsiTheme="majorHAnsi" w:cstheme="majorHAnsi"/>
                <w:lang w:val="pl-PL"/>
              </w:rPr>
              <w:t>styka</w:t>
            </w:r>
            <w:r w:rsidRPr="0011306B">
              <w:rPr>
                <w:rFonts w:asciiTheme="majorHAnsi" w:hAnsiTheme="majorHAnsi" w:cstheme="majorHAnsi"/>
                <w:lang w:val="pl-PL"/>
              </w:rPr>
              <w:t xml:space="preserve"> narzędzi wykorzystywan</w:t>
            </w:r>
            <w:r>
              <w:rPr>
                <w:rFonts w:asciiTheme="majorHAnsi" w:hAnsiTheme="majorHAnsi" w:cstheme="majorHAnsi"/>
                <w:lang w:val="pl-PL"/>
              </w:rPr>
              <w:t>ych</w:t>
            </w:r>
            <w:r w:rsidRPr="0011306B">
              <w:rPr>
                <w:rFonts w:asciiTheme="majorHAnsi" w:hAnsiTheme="majorHAnsi" w:cstheme="majorHAnsi"/>
                <w:lang w:val="pl-PL"/>
              </w:rPr>
              <w:t xml:space="preserve"> w procesie weryfikacji</w:t>
            </w:r>
            <w:r>
              <w:rPr>
                <w:rFonts w:asciiTheme="majorHAnsi" w:hAnsiTheme="majorHAnsi" w:cstheme="majorHAnsi"/>
                <w:lang w:val="pl-PL"/>
              </w:rPr>
              <w:t xml:space="preserve"> systemu HACCP</w:t>
            </w:r>
            <w:r w:rsidR="009A7C4E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06C1A3E4" w14:textId="63B63718" w:rsidR="0011306B" w:rsidRPr="0011306B" w:rsidRDefault="0011306B" w:rsidP="0011306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</w:t>
            </w:r>
            <w:r w:rsidRPr="0011306B">
              <w:rPr>
                <w:rFonts w:asciiTheme="majorHAnsi" w:hAnsiTheme="majorHAnsi" w:cstheme="majorHAnsi"/>
                <w:lang w:val="pl-PL"/>
              </w:rPr>
              <w:t>ob</w:t>
            </w:r>
            <w:r>
              <w:rPr>
                <w:rFonts w:asciiTheme="majorHAnsi" w:hAnsiTheme="majorHAnsi" w:cstheme="majorHAnsi"/>
                <w:lang w:val="pl-PL"/>
              </w:rPr>
              <w:t>ór</w:t>
            </w:r>
            <w:r w:rsidRPr="0011306B">
              <w:rPr>
                <w:rFonts w:asciiTheme="majorHAnsi" w:hAnsiTheme="majorHAnsi" w:cstheme="majorHAnsi"/>
                <w:lang w:val="pl-PL"/>
              </w:rPr>
              <w:t xml:space="preserve"> odpowiedni</w:t>
            </w:r>
            <w:r>
              <w:rPr>
                <w:rFonts w:asciiTheme="majorHAnsi" w:hAnsiTheme="majorHAnsi" w:cstheme="majorHAnsi"/>
                <w:lang w:val="pl-PL"/>
              </w:rPr>
              <w:t>ch</w:t>
            </w:r>
            <w:r w:rsidRPr="0011306B">
              <w:rPr>
                <w:rFonts w:asciiTheme="majorHAnsi" w:hAnsiTheme="majorHAnsi" w:cstheme="majorHAnsi"/>
                <w:lang w:val="pl-PL"/>
              </w:rPr>
              <w:t xml:space="preserve"> narzędzi do wybranej metody weryfikacji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1C34143" w14:textId="07E7C9DE" w:rsidR="005143E8" w:rsidRPr="0020547C" w:rsidRDefault="0011306B" w:rsidP="0011306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</w:t>
            </w:r>
            <w:r w:rsidRPr="0011306B">
              <w:rPr>
                <w:rFonts w:asciiTheme="majorHAnsi" w:hAnsiTheme="majorHAnsi" w:cstheme="majorHAnsi"/>
                <w:lang w:val="pl-PL"/>
              </w:rPr>
              <w:t>pracow</w:t>
            </w:r>
            <w:r>
              <w:rPr>
                <w:rFonts w:asciiTheme="majorHAnsi" w:hAnsiTheme="majorHAnsi" w:cstheme="majorHAnsi"/>
                <w:lang w:val="pl-PL"/>
              </w:rPr>
              <w:t>anie</w:t>
            </w:r>
            <w:r w:rsidRPr="0011306B">
              <w:rPr>
                <w:rFonts w:asciiTheme="majorHAnsi" w:hAnsiTheme="majorHAnsi" w:cstheme="majorHAnsi"/>
                <w:lang w:val="pl-PL"/>
              </w:rPr>
              <w:t xml:space="preserve"> formularz</w:t>
            </w:r>
            <w:r>
              <w:rPr>
                <w:rFonts w:asciiTheme="majorHAnsi" w:hAnsiTheme="majorHAnsi" w:cstheme="majorHAnsi"/>
                <w:lang w:val="pl-PL"/>
              </w:rPr>
              <w:t>y</w:t>
            </w:r>
            <w:r w:rsidRPr="0011306B">
              <w:rPr>
                <w:rFonts w:asciiTheme="majorHAnsi" w:hAnsiTheme="majorHAnsi" w:cstheme="majorHAnsi"/>
                <w:lang w:val="pl-PL"/>
              </w:rPr>
              <w:t>, list kontroln</w:t>
            </w:r>
            <w:r>
              <w:rPr>
                <w:rFonts w:asciiTheme="majorHAnsi" w:hAnsiTheme="majorHAnsi" w:cstheme="majorHAnsi"/>
                <w:lang w:val="pl-PL"/>
              </w:rPr>
              <w:t>ych</w:t>
            </w:r>
            <w:r w:rsidRPr="0011306B">
              <w:rPr>
                <w:rFonts w:asciiTheme="majorHAnsi" w:hAnsiTheme="majorHAnsi" w:cstheme="majorHAnsi"/>
                <w:lang w:val="pl-PL"/>
              </w:rPr>
              <w:t xml:space="preserve"> i arkusz</w:t>
            </w:r>
            <w:r>
              <w:rPr>
                <w:rFonts w:asciiTheme="majorHAnsi" w:hAnsiTheme="majorHAnsi" w:cstheme="majorHAnsi"/>
                <w:lang w:val="pl-PL"/>
              </w:rPr>
              <w:t>y</w:t>
            </w:r>
            <w:r w:rsidRPr="0011306B">
              <w:rPr>
                <w:rFonts w:asciiTheme="majorHAnsi" w:hAnsiTheme="majorHAnsi" w:cstheme="majorHAnsi"/>
                <w:lang w:val="pl-PL"/>
              </w:rPr>
              <w:t xml:space="preserve"> oceny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347B59" w14:paraId="77259872" w14:textId="77777777" w:rsidTr="007C4DE5">
        <w:tc>
          <w:tcPr>
            <w:tcW w:w="3539" w:type="dxa"/>
          </w:tcPr>
          <w:p w14:paraId="4392905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4C76DAC1" w14:textId="52564EBF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FA4A70" w:rsidRPr="00D25628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  <w:p w14:paraId="68B8085C" w14:textId="77777777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2F6B2F6A" w14:textId="77777777" w:rsidTr="007C4DE5">
        <w:tc>
          <w:tcPr>
            <w:tcW w:w="3539" w:type="dxa"/>
          </w:tcPr>
          <w:p w14:paraId="7856443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0852863" w14:textId="3179743D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427FD5">
              <w:rPr>
                <w:rFonts w:asciiTheme="majorHAnsi" w:hAnsiTheme="majorHAnsi" w:cstheme="majorHAnsi"/>
                <w:lang w:val="pl-PL"/>
              </w:rPr>
              <w:t>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ali. </w:t>
            </w:r>
          </w:p>
        </w:tc>
      </w:tr>
    </w:tbl>
    <w:p w14:paraId="3E06B9FE" w14:textId="77777777" w:rsidR="005143E8" w:rsidRPr="00D2562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347B59" w14:paraId="44B2868D" w14:textId="77777777" w:rsidTr="007C4DE5">
        <w:tc>
          <w:tcPr>
            <w:tcW w:w="3539" w:type="dxa"/>
          </w:tcPr>
          <w:p w14:paraId="231A1FDD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3C452BEA" w14:textId="1381BC9B" w:rsidR="00DE58EB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="009A7C4E" w:rsidRPr="009A7C4E">
              <w:rPr>
                <w:rFonts w:asciiTheme="majorHAnsi" w:hAnsiTheme="majorHAnsi" w:cstheme="majorHAnsi"/>
                <w:lang w:val="pl-PL"/>
              </w:rPr>
              <w:t>narzędzi wykorzystywanych w procesie weryfikacji systemu HACCP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</w:tc>
      </w:tr>
      <w:tr w:rsidR="005143E8" w:rsidRPr="00D25628" w14:paraId="6218ABEA" w14:textId="77777777" w:rsidTr="007C4DE5">
        <w:tc>
          <w:tcPr>
            <w:tcW w:w="3539" w:type="dxa"/>
          </w:tcPr>
          <w:p w14:paraId="0FE0A133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794CA10" w14:textId="7E789221" w:rsidR="005143E8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</w:t>
            </w:r>
            <w:r w:rsidR="00E7409A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5143E8" w:rsidRPr="00347B59" w14:paraId="536EC7A4" w14:textId="77777777" w:rsidTr="007C4DE5">
        <w:tc>
          <w:tcPr>
            <w:tcW w:w="3539" w:type="dxa"/>
          </w:tcPr>
          <w:p w14:paraId="6788239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C501648" w14:textId="46D65869" w:rsidR="009A7C4E" w:rsidRPr="009A7C4E" w:rsidRDefault="009A7C4E" w:rsidP="009A7C4E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</w:t>
            </w:r>
            <w:r w:rsidRPr="009A7C4E">
              <w:rPr>
                <w:rFonts w:asciiTheme="majorHAnsi" w:hAnsiTheme="majorHAnsi" w:cstheme="majorHAnsi"/>
                <w:lang w:val="pl-PL"/>
              </w:rPr>
              <w:t>dentyfikacja narzędzi stosowanych w poszczególnych metodach.</w:t>
            </w:r>
          </w:p>
          <w:p w14:paraId="67739362" w14:textId="77777777" w:rsidR="009A7C4E" w:rsidRPr="009A7C4E" w:rsidRDefault="009A7C4E" w:rsidP="009A7C4E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9A7C4E">
              <w:rPr>
                <w:rFonts w:asciiTheme="majorHAnsi" w:hAnsiTheme="majorHAnsi" w:cstheme="majorHAnsi"/>
                <w:lang w:val="pl-PL"/>
              </w:rPr>
              <w:t>Charakterystyka narzędzi – określenie ich przeznaczenia i sposobu zastosowania.</w:t>
            </w:r>
          </w:p>
          <w:p w14:paraId="6CCB6F03" w14:textId="36C51BEE" w:rsidR="005A51D8" w:rsidRPr="005A51D8" w:rsidRDefault="009A7C4E" w:rsidP="009A7C4E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9A7C4E">
              <w:rPr>
                <w:rFonts w:asciiTheme="majorHAnsi" w:hAnsiTheme="majorHAnsi" w:cstheme="majorHAnsi"/>
                <w:lang w:val="pl-PL"/>
              </w:rPr>
              <w:t>Dobór narzędzia do wybranej metody weryfikacji.</w:t>
            </w:r>
          </w:p>
        </w:tc>
      </w:tr>
      <w:tr w:rsidR="005143E8" w:rsidRPr="00420F44" w14:paraId="1FB6C09C" w14:textId="77777777" w:rsidTr="007C4DE5">
        <w:tc>
          <w:tcPr>
            <w:tcW w:w="3539" w:type="dxa"/>
          </w:tcPr>
          <w:p w14:paraId="5BEDBAAA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4A1EEEAA" w14:textId="4658734F" w:rsidR="005143E8" w:rsidRPr="00D25628" w:rsidRDefault="003117CE" w:rsidP="003117CE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Opracowanie</w:t>
            </w:r>
            <w:r w:rsidRPr="003117CE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BE0628">
              <w:rPr>
                <w:rFonts w:asciiTheme="majorHAnsi" w:hAnsiTheme="majorHAnsi" w:cstheme="majorHAnsi"/>
                <w:lang w:val="pl-PL"/>
              </w:rPr>
              <w:t>scenariusza</w:t>
            </w:r>
            <w:r w:rsidR="009A7C4E" w:rsidRPr="009A7C4E">
              <w:rPr>
                <w:rFonts w:asciiTheme="majorHAnsi" w:hAnsiTheme="majorHAnsi" w:cstheme="majorHAnsi"/>
                <w:lang w:val="pl-PL"/>
              </w:rPr>
              <w:t xml:space="preserve"> audytu wewnętrznego</w:t>
            </w:r>
          </w:p>
        </w:tc>
      </w:tr>
      <w:tr w:rsidR="005143E8" w:rsidRPr="003117CE" w14:paraId="0B941B43" w14:textId="77777777" w:rsidTr="007C4DE5">
        <w:tc>
          <w:tcPr>
            <w:tcW w:w="3539" w:type="dxa"/>
          </w:tcPr>
          <w:p w14:paraId="4107D3C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454281F" w14:textId="6F54062A" w:rsidR="005143E8" w:rsidRPr="00D25628" w:rsidRDefault="00707547" w:rsidP="003117CE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</w:t>
            </w:r>
            <w:r w:rsidR="004C3613" w:rsidRPr="00D25628">
              <w:rPr>
                <w:rFonts w:asciiTheme="majorHAnsi" w:hAnsiTheme="majorHAnsi" w:cstheme="majorHAnsi"/>
                <w:lang w:val="pl-PL"/>
              </w:rPr>
              <w:t>0</w:t>
            </w:r>
          </w:p>
        </w:tc>
      </w:tr>
      <w:tr w:rsidR="005143E8" w:rsidRPr="00347B59" w14:paraId="3F3BF5A7" w14:textId="77777777" w:rsidTr="007C4DE5">
        <w:tc>
          <w:tcPr>
            <w:tcW w:w="3539" w:type="dxa"/>
          </w:tcPr>
          <w:p w14:paraId="4BE67F5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5733808B" w14:textId="21539EE6" w:rsidR="009A7C4E" w:rsidRPr="009A7C4E" w:rsidRDefault="009A7C4E" w:rsidP="009A7C4E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9A7C4E">
              <w:rPr>
                <w:rFonts w:asciiTheme="majorHAnsi" w:hAnsiTheme="majorHAnsi" w:cstheme="majorHAnsi"/>
                <w:lang w:val="pl-PL"/>
              </w:rPr>
              <w:t xml:space="preserve">Określenie celu i zakresu </w:t>
            </w:r>
            <w:r w:rsidR="00BE0628">
              <w:rPr>
                <w:rFonts w:asciiTheme="majorHAnsi" w:hAnsiTheme="majorHAnsi" w:cstheme="majorHAnsi"/>
                <w:lang w:val="pl-PL"/>
              </w:rPr>
              <w:t>audytu wewnętrznego</w:t>
            </w:r>
            <w:r w:rsidRPr="009A7C4E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DD7426A" w14:textId="13332E15" w:rsidR="009A7C4E" w:rsidRPr="009A7C4E" w:rsidRDefault="009A7C4E" w:rsidP="009A7C4E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9A7C4E">
              <w:rPr>
                <w:rFonts w:asciiTheme="majorHAnsi" w:hAnsiTheme="majorHAnsi" w:cstheme="majorHAnsi"/>
                <w:lang w:val="pl-PL"/>
              </w:rPr>
              <w:t>Określenie kryteriów audytu.</w:t>
            </w:r>
          </w:p>
          <w:p w14:paraId="761BC840" w14:textId="77777777" w:rsidR="009A7C4E" w:rsidRPr="009A7C4E" w:rsidRDefault="009A7C4E" w:rsidP="009A7C4E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9A7C4E">
              <w:rPr>
                <w:rFonts w:asciiTheme="majorHAnsi" w:hAnsiTheme="majorHAnsi" w:cstheme="majorHAnsi"/>
                <w:lang w:val="pl-PL"/>
              </w:rPr>
              <w:t>Określenie obszarów i procesów podlegających ocenie.</w:t>
            </w:r>
          </w:p>
          <w:p w14:paraId="22DE473F" w14:textId="77777777" w:rsidR="009A7C4E" w:rsidRPr="009A7C4E" w:rsidRDefault="009A7C4E" w:rsidP="009A7C4E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9A7C4E">
              <w:rPr>
                <w:rFonts w:asciiTheme="majorHAnsi" w:hAnsiTheme="majorHAnsi" w:cstheme="majorHAnsi"/>
                <w:lang w:val="pl-PL"/>
              </w:rPr>
              <w:t>Opracowanie pytań kontrolnych odnoszących się do kryteriów audytu.</w:t>
            </w:r>
          </w:p>
          <w:p w14:paraId="44600970" w14:textId="77777777" w:rsidR="009A7C4E" w:rsidRPr="009A7C4E" w:rsidRDefault="009A7C4E" w:rsidP="009A7C4E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9A7C4E">
              <w:rPr>
                <w:rFonts w:asciiTheme="majorHAnsi" w:hAnsiTheme="majorHAnsi" w:cstheme="majorHAnsi"/>
                <w:lang w:val="pl-PL"/>
              </w:rPr>
              <w:t>Określenie sposobu oceny – zgodność, niezgodność, obserwacja/uwaga.</w:t>
            </w:r>
          </w:p>
          <w:p w14:paraId="64AF96E0" w14:textId="5F935BD7" w:rsidR="005143E8" w:rsidRPr="00D25628" w:rsidRDefault="00BE0628" w:rsidP="009A7C4E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Opracowanie f</w:t>
            </w:r>
            <w:r w:rsidRPr="00BE0628">
              <w:rPr>
                <w:rFonts w:asciiTheme="majorHAnsi" w:hAnsiTheme="majorHAnsi" w:cstheme="majorHAnsi"/>
                <w:lang w:val="pl-PL"/>
              </w:rPr>
              <w:t>ormularz</w:t>
            </w:r>
            <w:r>
              <w:rPr>
                <w:rFonts w:asciiTheme="majorHAnsi" w:hAnsiTheme="majorHAnsi" w:cstheme="majorHAnsi"/>
                <w:lang w:val="pl-PL"/>
              </w:rPr>
              <w:t>a</w:t>
            </w:r>
            <w:r w:rsidRPr="00BE0628">
              <w:rPr>
                <w:rFonts w:asciiTheme="majorHAnsi" w:hAnsiTheme="majorHAnsi" w:cstheme="majorHAnsi"/>
                <w:lang w:val="pl-PL"/>
              </w:rPr>
              <w:t xml:space="preserve"> dokumentowania audytu wewnętrznego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4C3613" w:rsidRPr="00347B59" w14:paraId="3E9FEAB3" w14:textId="77777777" w:rsidTr="007C4DE5">
        <w:tc>
          <w:tcPr>
            <w:tcW w:w="3539" w:type="dxa"/>
          </w:tcPr>
          <w:p w14:paraId="218BC834" w14:textId="0E0F1A7F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0A8C2CD0" w14:textId="1A5C657D" w:rsidR="004C3613" w:rsidRPr="00D25628" w:rsidRDefault="00B752F0" w:rsidP="0020547C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752F0">
              <w:rPr>
                <w:rFonts w:asciiTheme="majorHAnsi" w:hAnsiTheme="majorHAnsi" w:cstheme="majorHAnsi"/>
                <w:lang w:val="pl-PL"/>
              </w:rPr>
              <w:t>Opracowanie formularz</w:t>
            </w:r>
            <w:r>
              <w:rPr>
                <w:rFonts w:asciiTheme="majorHAnsi" w:hAnsiTheme="majorHAnsi" w:cstheme="majorHAnsi"/>
                <w:lang w:val="pl-PL"/>
              </w:rPr>
              <w:t>y do</w:t>
            </w:r>
            <w:r w:rsidRPr="00B752F0">
              <w:rPr>
                <w:rFonts w:asciiTheme="majorHAnsi" w:hAnsiTheme="majorHAnsi" w:cstheme="majorHAnsi"/>
                <w:lang w:val="pl-PL"/>
              </w:rPr>
              <w:t xml:space="preserve"> dokumentowania wyników weryfikacji systemu HACCP</w:t>
            </w:r>
          </w:p>
        </w:tc>
      </w:tr>
      <w:tr w:rsidR="004C3613" w:rsidRPr="00D25628" w14:paraId="5D8A272E" w14:textId="77777777" w:rsidTr="007C4DE5">
        <w:tc>
          <w:tcPr>
            <w:tcW w:w="3539" w:type="dxa"/>
          </w:tcPr>
          <w:p w14:paraId="1BE4AB90" w14:textId="5001F619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E967819" w14:textId="206DD203" w:rsidR="004C3613" w:rsidRPr="00D25628" w:rsidRDefault="00126A5E" w:rsidP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C3613" w:rsidRPr="00347B59" w14:paraId="0512F228" w14:textId="77777777" w:rsidTr="007C4DE5">
        <w:tc>
          <w:tcPr>
            <w:tcW w:w="3539" w:type="dxa"/>
          </w:tcPr>
          <w:p w14:paraId="4F02B610" w14:textId="3928FEE2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5C7F6D11" w14:textId="77777777" w:rsidR="00197587" w:rsidRPr="00197587" w:rsidRDefault="00197587" w:rsidP="00197587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197587">
              <w:rPr>
                <w:rFonts w:asciiTheme="majorHAnsi" w:hAnsiTheme="majorHAnsi" w:cstheme="majorHAnsi"/>
                <w:lang w:val="pl-PL"/>
              </w:rPr>
              <w:t>Dobór rodzajów formularzy odpowiednich do stosowanych metod weryfikacji.</w:t>
            </w:r>
          </w:p>
          <w:p w14:paraId="1F880DC7" w14:textId="77777777" w:rsidR="00197587" w:rsidRPr="00197587" w:rsidRDefault="00197587" w:rsidP="00197587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197587">
              <w:rPr>
                <w:rFonts w:asciiTheme="majorHAnsi" w:hAnsiTheme="majorHAnsi" w:cstheme="majorHAnsi"/>
                <w:lang w:val="pl-PL"/>
              </w:rPr>
              <w:t>Opracowanie struktury formularzy – dane identyfikacyjne, zakres, wyniki, ocena i wnioski.</w:t>
            </w:r>
          </w:p>
          <w:p w14:paraId="2E25D41A" w14:textId="17DC1D2F" w:rsidR="00B752F0" w:rsidRPr="00197587" w:rsidRDefault="00B752F0" w:rsidP="00B752F0">
            <w:pPr>
              <w:pStyle w:val="Akapitzlist"/>
              <w:numPr>
                <w:ilvl w:val="0"/>
                <w:numId w:val="13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197587">
              <w:rPr>
                <w:rFonts w:asciiTheme="majorHAnsi" w:hAnsiTheme="majorHAnsi" w:cstheme="majorHAnsi"/>
                <w:lang w:val="pl-PL"/>
              </w:rPr>
              <w:t>Określenie sposobu zapisywania zgodności, niezgodności.</w:t>
            </w:r>
          </w:p>
          <w:p w14:paraId="360F53E9" w14:textId="3706AF15" w:rsidR="00197587" w:rsidRPr="00197587" w:rsidRDefault="00B752F0" w:rsidP="00197587">
            <w:pPr>
              <w:numPr>
                <w:ilvl w:val="0"/>
                <w:numId w:val="13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197587">
              <w:rPr>
                <w:rFonts w:asciiTheme="majorHAnsi" w:hAnsiTheme="majorHAnsi" w:cstheme="majorHAnsi"/>
                <w:lang w:val="pl-PL"/>
              </w:rPr>
              <w:t>Określenie zasad przechowywania i archiwizacji zapisów.</w:t>
            </w:r>
          </w:p>
        </w:tc>
      </w:tr>
      <w:tr w:rsidR="00126A5E" w:rsidRPr="00347B59" w14:paraId="18497ECA" w14:textId="77777777" w:rsidTr="007C4DE5">
        <w:tc>
          <w:tcPr>
            <w:tcW w:w="3539" w:type="dxa"/>
          </w:tcPr>
          <w:p w14:paraId="3038AA4D" w14:textId="64FD8076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Nazwa zagadnienia </w:t>
            </w:r>
            <w:r w:rsidR="00707547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5091" w:type="dxa"/>
          </w:tcPr>
          <w:p w14:paraId="08EA1C39" w14:textId="7EB509A6" w:rsidR="00126A5E" w:rsidRPr="00D25628" w:rsidRDefault="00126A5E" w:rsidP="004C3613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Podsumowanie zajęć i prezentacja </w:t>
            </w:r>
            <w:r w:rsidR="00707547" w:rsidRPr="00D25628">
              <w:rPr>
                <w:rFonts w:asciiTheme="majorHAnsi" w:hAnsiTheme="majorHAnsi" w:cstheme="majorHAnsi"/>
                <w:lang w:val="pl-PL"/>
              </w:rPr>
              <w:t>uzyskanych wyników</w:t>
            </w:r>
          </w:p>
        </w:tc>
      </w:tr>
      <w:tr w:rsidR="00126A5E" w:rsidRPr="00D25628" w14:paraId="668AE477" w14:textId="77777777" w:rsidTr="007C4DE5">
        <w:tc>
          <w:tcPr>
            <w:tcW w:w="3539" w:type="dxa"/>
          </w:tcPr>
          <w:p w14:paraId="41359E12" w14:textId="65E62173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FDE019" w14:textId="56D1CE61" w:rsidR="00126A5E" w:rsidRPr="00707547" w:rsidRDefault="00126A5E" w:rsidP="0070754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1</w:t>
            </w:r>
            <w:r w:rsidR="00E7409A" w:rsidRPr="00707547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126A5E" w:rsidRPr="00347B59" w14:paraId="7DB92227" w14:textId="77777777" w:rsidTr="007C4DE5">
        <w:tc>
          <w:tcPr>
            <w:tcW w:w="3539" w:type="dxa"/>
          </w:tcPr>
          <w:p w14:paraId="6406FAD3" w14:textId="7AD15162" w:rsidR="00126A5E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Sekwencja działań, zadań ćwiczeń lub innych aktywności w ramach zagadnienia </w:t>
            </w:r>
            <w:r w:rsidR="00707547">
              <w:rPr>
                <w:rFonts w:asciiTheme="majorHAnsi" w:hAnsiTheme="majorHAnsi" w:cstheme="majorHAnsi"/>
                <w:lang w:val="pl-PL"/>
              </w:rPr>
              <w:t>4</w:t>
            </w:r>
          </w:p>
          <w:p w14:paraId="04B20403" w14:textId="6C36099A" w:rsidR="00707547" w:rsidRPr="00D25628" w:rsidRDefault="00707547">
            <w:pPr>
              <w:rPr>
                <w:rFonts w:asciiTheme="majorHAnsi" w:hAnsiTheme="majorHAnsi" w:cstheme="majorHAnsi"/>
                <w:lang w:val="pl-PL"/>
              </w:rPr>
            </w:pPr>
          </w:p>
        </w:tc>
        <w:tc>
          <w:tcPr>
            <w:tcW w:w="5091" w:type="dxa"/>
          </w:tcPr>
          <w:p w14:paraId="3AF04C0A" w14:textId="49511897" w:rsidR="00126A5E" w:rsidRPr="00D25628" w:rsidRDefault="00126A5E" w:rsidP="00707547">
            <w:pPr>
              <w:pStyle w:val="Akapitzlist"/>
              <w:numPr>
                <w:ilvl w:val="0"/>
                <w:numId w:val="14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Prezentacja </w:t>
            </w:r>
            <w:r w:rsidR="00A21AD3">
              <w:rPr>
                <w:rFonts w:asciiTheme="majorHAnsi" w:hAnsiTheme="majorHAnsi" w:cstheme="majorHAnsi"/>
                <w:lang w:val="pl-PL"/>
              </w:rPr>
              <w:t>wykonanego zadania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C50AAE7" w14:textId="419E5403" w:rsidR="00126A5E" w:rsidRPr="00D25628" w:rsidRDefault="00126A5E" w:rsidP="00707547">
            <w:pPr>
              <w:pStyle w:val="Akapitzlist"/>
              <w:numPr>
                <w:ilvl w:val="0"/>
                <w:numId w:val="14"/>
              </w:numPr>
              <w:ind w:left="747" w:hanging="410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Dyskusja nad </w:t>
            </w:r>
            <w:r w:rsidR="00B752F0">
              <w:rPr>
                <w:rFonts w:asciiTheme="majorHAnsi" w:hAnsiTheme="majorHAnsi" w:cstheme="majorHAnsi"/>
                <w:lang w:val="pl-PL"/>
              </w:rPr>
              <w:t>opracowan</w:t>
            </w:r>
            <w:r w:rsidR="00E4692F">
              <w:rPr>
                <w:rFonts w:asciiTheme="majorHAnsi" w:hAnsiTheme="majorHAnsi" w:cstheme="majorHAnsi"/>
                <w:lang w:val="pl-PL"/>
              </w:rPr>
              <w:t>ymi</w:t>
            </w:r>
            <w:r w:rsidR="00B752F0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E4692F">
              <w:rPr>
                <w:rFonts w:asciiTheme="majorHAnsi" w:hAnsiTheme="majorHAnsi" w:cstheme="majorHAnsi"/>
                <w:lang w:val="pl-PL"/>
              </w:rPr>
              <w:t>narzędziami weryfikacji</w:t>
            </w:r>
            <w:r w:rsidR="0020547C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A21AD3">
              <w:rPr>
                <w:rFonts w:asciiTheme="majorHAnsi" w:hAnsiTheme="majorHAnsi" w:cstheme="majorHAnsi"/>
                <w:lang w:val="pl-PL"/>
              </w:rPr>
              <w:t>systemu 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7A4BDF2E" w14:textId="77777777" w:rsidR="005143E8" w:rsidRPr="00D2562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lastRenderedPageBreak/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25628" w14:paraId="11C15CBA" w14:textId="77777777" w:rsidTr="007C4DE5">
        <w:tc>
          <w:tcPr>
            <w:tcW w:w="3539" w:type="dxa"/>
          </w:tcPr>
          <w:p w14:paraId="4BBDEDE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FC81173" w14:textId="2DF6ECD0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w </w:t>
            </w:r>
            <w:r w:rsidR="003117CE" w:rsidRPr="00D25628">
              <w:rPr>
                <w:rFonts w:asciiTheme="majorHAnsi" w:hAnsiTheme="majorHAnsi" w:cstheme="majorHAnsi"/>
                <w:lang w:val="pl-PL"/>
              </w:rPr>
              <w:t>formie ustnej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 prezentacji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9521BE1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3E045BEF" w14:textId="22870D13" w:rsidR="00126A5E" w:rsidRPr="00D25628" w:rsidRDefault="009D468A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Praca projektowa w grupie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 xml:space="preserve"> pod nadzorem prowadzącego.</w:t>
            </w:r>
          </w:p>
          <w:p w14:paraId="4847A775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D25628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505CC368" w14:textId="48252C68" w:rsidR="00126A5E" w:rsidRPr="00197587" w:rsidRDefault="00126A5E" w:rsidP="00197587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Pytania kontrolne. </w:t>
            </w:r>
          </w:p>
        </w:tc>
      </w:tr>
      <w:tr w:rsidR="005143E8" w:rsidRPr="00347B59" w14:paraId="241D4086" w14:textId="77777777" w:rsidTr="007C4DE5">
        <w:tc>
          <w:tcPr>
            <w:tcW w:w="3539" w:type="dxa"/>
          </w:tcPr>
          <w:p w14:paraId="420F0D4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645D6390" w14:textId="77777777" w:rsidR="00DB4A29" w:rsidRPr="00D25628" w:rsidRDefault="00DB4A29" w:rsidP="00DB4A29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  <w:p w14:paraId="567D6875" w14:textId="61DEAAD7" w:rsidR="005143E8" w:rsidRPr="00D25628" w:rsidRDefault="005143E8" w:rsidP="00FA3BAE">
            <w:pPr>
              <w:ind w:left="360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21628" w:rsidRPr="00D25628" w14:paraId="2A988B57" w14:textId="77777777" w:rsidTr="007C4DE5">
        <w:tc>
          <w:tcPr>
            <w:tcW w:w="3539" w:type="dxa"/>
          </w:tcPr>
          <w:p w14:paraId="11411D5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0A10339C" w14:textId="675BCAE3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2562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427FD5" w14:paraId="54C9D88F" w14:textId="77777777" w:rsidTr="007C4DE5">
        <w:tc>
          <w:tcPr>
            <w:tcW w:w="3539" w:type="dxa"/>
          </w:tcPr>
          <w:p w14:paraId="39264DC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D8224C9" w14:textId="133CE975" w:rsidR="00126A5E" w:rsidRPr="00D25628" w:rsidRDefault="00707547" w:rsidP="0020547C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707547">
              <w:rPr>
                <w:rFonts w:asciiTheme="majorHAnsi" w:hAnsiTheme="majorHAnsi" w:cstheme="majorHAnsi"/>
                <w:lang w:val="pl-PL"/>
              </w:rPr>
              <w:t>Kołożyn-Krajewska D., Sikora T. Zarządzanie bezpieczeństwem żywności. Teoria i praktyka. Wydawnictwo: C.H. Beck Wydawnictwo Polska, 2010</w:t>
            </w:r>
            <w:r w:rsidRPr="00707547">
              <w:t xml:space="preserve"> </w:t>
            </w:r>
          </w:p>
        </w:tc>
      </w:tr>
      <w:tr w:rsidR="00521628" w:rsidRPr="00347B59" w14:paraId="436CAE5E" w14:textId="77777777" w:rsidTr="007C4DE5">
        <w:tc>
          <w:tcPr>
            <w:tcW w:w="3539" w:type="dxa"/>
          </w:tcPr>
          <w:p w14:paraId="5E85BFD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C1E59ED" w14:textId="0EECB8A6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r w:rsidR="0020547C" w:rsidRPr="00D25628">
              <w:rPr>
                <w:rFonts w:asciiTheme="majorHAnsi" w:hAnsiTheme="majorHAnsi" w:cstheme="majorHAnsi"/>
                <w:lang w:val="pl-PL"/>
              </w:rPr>
              <w:t>spójnej dokumentacji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25628" w14:paraId="05B91DEC" w14:textId="77777777" w:rsidTr="007C4DE5">
        <w:tc>
          <w:tcPr>
            <w:tcW w:w="3539" w:type="dxa"/>
          </w:tcPr>
          <w:p w14:paraId="3B6A1AC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90FFFA" w14:textId="3E5F8FA7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29BDA334" w14:textId="77777777" w:rsidR="00C66032" w:rsidRPr="00D2562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347B59" w14:paraId="75A3070F" w14:textId="77777777" w:rsidTr="007C4DE5">
        <w:tc>
          <w:tcPr>
            <w:tcW w:w="3539" w:type="dxa"/>
          </w:tcPr>
          <w:p w14:paraId="6B2ACBC5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62442A63" w14:textId="7A85B774" w:rsidR="00D365F5" w:rsidRPr="00D365F5" w:rsidRDefault="00D365F5" w:rsidP="00D365F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Student potrafi </w:t>
            </w:r>
            <w:r w:rsidR="00BE0628">
              <w:rPr>
                <w:rFonts w:asciiTheme="majorHAnsi" w:hAnsiTheme="majorHAnsi" w:cstheme="majorHAnsi"/>
                <w:lang w:val="pl-PL"/>
              </w:rPr>
              <w:t>sch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>araktery</w:t>
            </w:r>
            <w:r w:rsidR="00BE0628">
              <w:rPr>
                <w:rFonts w:asciiTheme="majorHAnsi" w:hAnsiTheme="majorHAnsi" w:cstheme="majorHAnsi"/>
                <w:lang w:val="pl-PL"/>
              </w:rPr>
              <w:t>zować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 xml:space="preserve"> narzędzi</w:t>
            </w:r>
            <w:r w:rsidR="00BE0628">
              <w:rPr>
                <w:rFonts w:asciiTheme="majorHAnsi" w:hAnsiTheme="majorHAnsi" w:cstheme="majorHAnsi"/>
                <w:lang w:val="pl-PL"/>
              </w:rPr>
              <w:t>a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 xml:space="preserve"> wykorzystywan</w:t>
            </w:r>
            <w:r w:rsidR="00BE0628">
              <w:rPr>
                <w:rFonts w:asciiTheme="majorHAnsi" w:hAnsiTheme="majorHAnsi" w:cstheme="majorHAnsi"/>
                <w:lang w:val="pl-PL"/>
              </w:rPr>
              <w:t>e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 xml:space="preserve"> w procesie weryfikacji systemu HACCP</w:t>
            </w:r>
            <w:r w:rsidR="00BE0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C1B14B8" w14:textId="6FDAA006" w:rsidR="00D365F5" w:rsidRPr="00D365F5" w:rsidRDefault="00D365F5" w:rsidP="00D365F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Student umie </w:t>
            </w:r>
            <w:r w:rsidRPr="00D365F5">
              <w:rPr>
                <w:rFonts w:asciiTheme="majorHAnsi" w:hAnsiTheme="majorHAnsi" w:cstheme="majorHAnsi"/>
                <w:lang w:val="pl-PL"/>
              </w:rPr>
              <w:t>uzasadni</w:t>
            </w:r>
            <w:r>
              <w:rPr>
                <w:rFonts w:asciiTheme="majorHAnsi" w:hAnsiTheme="majorHAnsi" w:cstheme="majorHAnsi"/>
                <w:lang w:val="pl-PL"/>
              </w:rPr>
              <w:t>ć</w:t>
            </w:r>
            <w:r w:rsidRPr="00D365F5">
              <w:rPr>
                <w:rFonts w:asciiTheme="majorHAnsi" w:hAnsiTheme="majorHAnsi" w:cstheme="majorHAnsi"/>
                <w:lang w:val="pl-PL"/>
              </w:rPr>
              <w:t xml:space="preserve"> decyzję o </w:t>
            </w:r>
            <w:r w:rsidR="00B752F0">
              <w:rPr>
                <w:rFonts w:asciiTheme="majorHAnsi" w:hAnsiTheme="majorHAnsi" w:cstheme="majorHAnsi"/>
                <w:lang w:val="pl-PL"/>
              </w:rPr>
              <w:t xml:space="preserve">wyborze </w:t>
            </w:r>
            <w:r w:rsidR="00BE0628">
              <w:rPr>
                <w:rFonts w:asciiTheme="majorHAnsi" w:hAnsiTheme="majorHAnsi" w:cstheme="majorHAnsi"/>
                <w:lang w:val="pl-PL"/>
              </w:rPr>
              <w:t xml:space="preserve">narzędzi 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>stosowanych w poszczególnych metodach</w:t>
            </w:r>
            <w:r w:rsidR="00BE0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3D82226" w14:textId="3FA6DAAB" w:rsidR="00BE0628" w:rsidRPr="00BE0628" w:rsidRDefault="00D365F5" w:rsidP="00BE0628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Student potrafi </w:t>
            </w:r>
            <w:r w:rsidR="00BE0628">
              <w:rPr>
                <w:rFonts w:asciiTheme="majorHAnsi" w:hAnsiTheme="majorHAnsi" w:cstheme="majorHAnsi"/>
                <w:lang w:val="pl-PL"/>
              </w:rPr>
              <w:t>o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>pracowa</w:t>
            </w:r>
            <w:r w:rsidR="00BE0628">
              <w:rPr>
                <w:rFonts w:asciiTheme="majorHAnsi" w:hAnsiTheme="majorHAnsi" w:cstheme="majorHAnsi"/>
                <w:lang w:val="pl-PL"/>
              </w:rPr>
              <w:t>ć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 xml:space="preserve"> formularz</w:t>
            </w:r>
            <w:r w:rsidR="00BE0628">
              <w:rPr>
                <w:rFonts w:asciiTheme="majorHAnsi" w:hAnsiTheme="majorHAnsi" w:cstheme="majorHAnsi"/>
                <w:lang w:val="pl-PL"/>
              </w:rPr>
              <w:t>e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>, list</w:t>
            </w:r>
            <w:r w:rsidR="00BE0628">
              <w:rPr>
                <w:rFonts w:asciiTheme="majorHAnsi" w:hAnsiTheme="majorHAnsi" w:cstheme="majorHAnsi"/>
                <w:lang w:val="pl-PL"/>
              </w:rPr>
              <w:t xml:space="preserve">y 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>kontroln</w:t>
            </w:r>
            <w:r w:rsidR="00BE0628">
              <w:rPr>
                <w:rFonts w:asciiTheme="majorHAnsi" w:hAnsiTheme="majorHAnsi" w:cstheme="majorHAnsi"/>
                <w:lang w:val="pl-PL"/>
              </w:rPr>
              <w:t>e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 xml:space="preserve"> i arkusz</w:t>
            </w:r>
            <w:r w:rsidR="00BE0628">
              <w:rPr>
                <w:rFonts w:asciiTheme="majorHAnsi" w:hAnsiTheme="majorHAnsi" w:cstheme="majorHAnsi"/>
                <w:lang w:val="pl-PL"/>
              </w:rPr>
              <w:t>e</w:t>
            </w:r>
            <w:r w:rsidR="00BE0628" w:rsidRPr="00BE0628">
              <w:rPr>
                <w:rFonts w:asciiTheme="majorHAnsi" w:hAnsiTheme="majorHAnsi" w:cstheme="majorHAnsi"/>
                <w:lang w:val="pl-PL"/>
              </w:rPr>
              <w:t xml:space="preserve"> ocen</w:t>
            </w:r>
            <w:r w:rsidRPr="00D365F5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C66032" w:rsidRPr="00347B59" w14:paraId="27B75A42" w14:textId="77777777" w:rsidTr="007C4DE5">
        <w:tc>
          <w:tcPr>
            <w:tcW w:w="3539" w:type="dxa"/>
          </w:tcPr>
          <w:p w14:paraId="0A52C2F0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CDFA876" w14:textId="77777777" w:rsidR="00C66032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systemowej.</w:t>
            </w:r>
          </w:p>
          <w:p w14:paraId="75FBD603" w14:textId="54B93141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Weryfikacja poprawności </w:t>
            </w:r>
            <w:r w:rsidR="00B752F0">
              <w:rPr>
                <w:rFonts w:asciiTheme="majorHAnsi" w:hAnsiTheme="majorHAnsi" w:cstheme="majorHAnsi"/>
                <w:lang w:val="pl-PL"/>
              </w:rPr>
              <w:t>opracowan</w:t>
            </w:r>
            <w:r w:rsidR="00197587">
              <w:rPr>
                <w:rFonts w:asciiTheme="majorHAnsi" w:hAnsiTheme="majorHAnsi" w:cstheme="majorHAnsi"/>
                <w:lang w:val="pl-PL"/>
              </w:rPr>
              <w:t>ych</w:t>
            </w:r>
            <w:r w:rsidR="00B752F0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97587">
              <w:rPr>
                <w:rFonts w:asciiTheme="majorHAnsi" w:hAnsiTheme="majorHAnsi" w:cstheme="majorHAnsi"/>
                <w:lang w:val="pl-PL"/>
              </w:rPr>
              <w:t>narzędzi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5B4CAEE" w14:textId="50C16110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D15E58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odpowiedzi na pytania kontrolne </w:t>
            </w:r>
            <w:r w:rsidR="00D15E58">
              <w:rPr>
                <w:rFonts w:asciiTheme="majorHAnsi" w:hAnsiTheme="majorHAnsi" w:cstheme="majorHAnsi"/>
                <w:lang w:val="pl-PL"/>
              </w:rPr>
              <w:t>podczas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realizacji zajęć.</w:t>
            </w:r>
          </w:p>
          <w:p w14:paraId="240D27AA" w14:textId="6E83F93C" w:rsidR="009D468A" w:rsidRPr="00BE0628" w:rsidRDefault="009D468A" w:rsidP="008A641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Obserwacja pracy w grupie i ocena zaangażowania w realizację zadania.</w:t>
            </w:r>
          </w:p>
        </w:tc>
      </w:tr>
    </w:tbl>
    <w:p w14:paraId="400E63FA" w14:textId="77777777" w:rsidR="00C66032" w:rsidRPr="00D2562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DB4A29" w:rsidRPr="00347B59" w14:paraId="49FA32A6" w14:textId="77777777" w:rsidTr="007C4DE5">
        <w:tc>
          <w:tcPr>
            <w:tcW w:w="3539" w:type="dxa"/>
          </w:tcPr>
          <w:p w14:paraId="031E4B09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C314A3F" w14:textId="7181347B" w:rsidR="00DB4A29" w:rsidRPr="00D25628" w:rsidRDefault="00D15E58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365F5">
              <w:rPr>
                <w:lang w:val="pl-PL"/>
              </w:rPr>
              <w:t>d</w:t>
            </w:r>
            <w:r w:rsidR="00DB4A29" w:rsidRPr="00D365F5">
              <w:rPr>
                <w:lang w:val="pl-PL"/>
              </w:rPr>
              <w:t xml:space="preserve">r hab. </w:t>
            </w:r>
            <w:r w:rsidR="00D365F5" w:rsidRPr="00D365F5">
              <w:rPr>
                <w:lang w:val="pl-PL"/>
              </w:rPr>
              <w:t>Beata Bilska, prof.</w:t>
            </w:r>
            <w:r w:rsidR="00D365F5">
              <w:rPr>
                <w:lang w:val="pl-PL"/>
              </w:rPr>
              <w:t xml:space="preserve"> SGGW</w:t>
            </w:r>
            <w:r w:rsidR="00DB4A29" w:rsidRPr="00D365F5">
              <w:rPr>
                <w:lang w:val="pl-PL"/>
              </w:rPr>
              <w:t xml:space="preserve"> </w:t>
            </w:r>
          </w:p>
        </w:tc>
      </w:tr>
      <w:tr w:rsidR="00DB4A29" w:rsidRPr="00D25628" w14:paraId="134D27B0" w14:textId="77777777" w:rsidTr="007C4DE5">
        <w:tc>
          <w:tcPr>
            <w:tcW w:w="3539" w:type="dxa"/>
          </w:tcPr>
          <w:p w14:paraId="1E75DA08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3A2293" w14:textId="26F9FB06" w:rsidR="00DB4A29" w:rsidRPr="00D25628" w:rsidRDefault="00FA3BAE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t>-</w:t>
            </w:r>
          </w:p>
        </w:tc>
      </w:tr>
    </w:tbl>
    <w:p w14:paraId="11F84CF4" w14:textId="77777777" w:rsidR="004B726D" w:rsidRPr="00D2562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DACE116" w14:textId="77777777" w:rsidR="00515281" w:rsidRPr="00D25628" w:rsidRDefault="00515281" w:rsidP="00515281">
      <w:pPr>
        <w:spacing w:after="160" w:line="259" w:lineRule="auto"/>
      </w:pPr>
      <w:r w:rsidRPr="00D25628">
        <w:t>CC BY 4.0</w:t>
      </w:r>
    </w:p>
    <w:p w14:paraId="6C440EE3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lastRenderedPageBreak/>
        <w:t xml:space="preserve">Materiał jest udostępniony na licencji Creative </w:t>
      </w:r>
      <w:proofErr w:type="spellStart"/>
      <w:r w:rsidRPr="00D25628">
        <w:rPr>
          <w:lang w:val="pl-PL"/>
        </w:rPr>
        <w:t>Commons</w:t>
      </w:r>
      <w:proofErr w:type="spellEnd"/>
      <w:r w:rsidRPr="00D25628">
        <w:rPr>
          <w:lang w:val="pl-PL"/>
        </w:rPr>
        <w:t xml:space="preserve"> Uznanie autorstwa CC BY 4.0</w:t>
      </w:r>
    </w:p>
    <w:p w14:paraId="09FC0B16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D2562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541FEC5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25628">
        <w:rPr>
          <w:lang w:val="pl-PL"/>
        </w:rPr>
        <w:t>kluczowych ”</w:t>
      </w:r>
      <w:proofErr w:type="gramEnd"/>
      <w:r w:rsidRPr="00D25628">
        <w:rPr>
          <w:lang w:val="pl-PL"/>
        </w:rPr>
        <w:t xml:space="preserve"> nr FERS.01.05-IP.08-0067/23 </w:t>
      </w:r>
    </w:p>
    <w:p w14:paraId="6FD792BF" w14:textId="77777777" w:rsidR="00515281" w:rsidRPr="00D2562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25628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28127" w14:textId="77777777" w:rsidR="001962C2" w:rsidRDefault="001962C2" w:rsidP="00521628">
      <w:pPr>
        <w:spacing w:after="0" w:line="240" w:lineRule="auto"/>
      </w:pPr>
      <w:r>
        <w:separator/>
      </w:r>
    </w:p>
  </w:endnote>
  <w:endnote w:type="continuationSeparator" w:id="0">
    <w:p w14:paraId="1E9D4A5C" w14:textId="77777777" w:rsidR="001962C2" w:rsidRDefault="001962C2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EC6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64EF0" w14:textId="77777777" w:rsidR="001962C2" w:rsidRDefault="001962C2" w:rsidP="00521628">
      <w:pPr>
        <w:spacing w:after="0" w:line="240" w:lineRule="auto"/>
      </w:pPr>
      <w:r>
        <w:separator/>
      </w:r>
    </w:p>
  </w:footnote>
  <w:footnote w:type="continuationSeparator" w:id="0">
    <w:p w14:paraId="2CA8EA02" w14:textId="77777777" w:rsidR="001962C2" w:rsidRDefault="001962C2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A8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68CA3106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009CF"/>
    <w:multiLevelType w:val="hybridMultilevel"/>
    <w:tmpl w:val="EDDA64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23750"/>
    <w:multiLevelType w:val="hybridMultilevel"/>
    <w:tmpl w:val="8090A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9532F"/>
    <w:multiLevelType w:val="hybridMultilevel"/>
    <w:tmpl w:val="0E72A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10C15"/>
    <w:multiLevelType w:val="hybridMultilevel"/>
    <w:tmpl w:val="63F4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033AA"/>
    <w:multiLevelType w:val="hybridMultilevel"/>
    <w:tmpl w:val="01B4B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B1699"/>
    <w:multiLevelType w:val="hybridMultilevel"/>
    <w:tmpl w:val="5C8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88A"/>
    <w:multiLevelType w:val="hybridMultilevel"/>
    <w:tmpl w:val="387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B6553"/>
    <w:multiLevelType w:val="hybridMultilevel"/>
    <w:tmpl w:val="C6EA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897B99"/>
    <w:multiLevelType w:val="hybridMultilevel"/>
    <w:tmpl w:val="62723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270627">
    <w:abstractNumId w:val="8"/>
  </w:num>
  <w:num w:numId="2" w16cid:durableId="1259949128">
    <w:abstractNumId w:val="6"/>
  </w:num>
  <w:num w:numId="3" w16cid:durableId="778261678">
    <w:abstractNumId w:val="5"/>
  </w:num>
  <w:num w:numId="4" w16cid:durableId="419566933">
    <w:abstractNumId w:val="4"/>
  </w:num>
  <w:num w:numId="5" w16cid:durableId="1597400410">
    <w:abstractNumId w:val="7"/>
  </w:num>
  <w:num w:numId="6" w16cid:durableId="129592789">
    <w:abstractNumId w:val="3"/>
  </w:num>
  <w:num w:numId="7" w16cid:durableId="1993412504">
    <w:abstractNumId w:val="2"/>
  </w:num>
  <w:num w:numId="8" w16cid:durableId="1857378639">
    <w:abstractNumId w:val="1"/>
  </w:num>
  <w:num w:numId="9" w16cid:durableId="1509829457">
    <w:abstractNumId w:val="0"/>
  </w:num>
  <w:num w:numId="10" w16cid:durableId="1544369837">
    <w:abstractNumId w:val="14"/>
  </w:num>
  <w:num w:numId="11" w16cid:durableId="170686893">
    <w:abstractNumId w:val="12"/>
  </w:num>
  <w:num w:numId="12" w16cid:durableId="1923298801">
    <w:abstractNumId w:val="13"/>
  </w:num>
  <w:num w:numId="13" w16cid:durableId="285893210">
    <w:abstractNumId w:val="16"/>
  </w:num>
  <w:num w:numId="14" w16cid:durableId="1872843479">
    <w:abstractNumId w:val="9"/>
  </w:num>
  <w:num w:numId="15" w16cid:durableId="442579515">
    <w:abstractNumId w:val="17"/>
  </w:num>
  <w:num w:numId="16" w16cid:durableId="1412969784">
    <w:abstractNumId w:val="15"/>
  </w:num>
  <w:num w:numId="17" w16cid:durableId="755983727">
    <w:abstractNumId w:val="11"/>
  </w:num>
  <w:num w:numId="18" w16cid:durableId="1028330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BB"/>
    <w:rsid w:val="00024B3C"/>
    <w:rsid w:val="00034616"/>
    <w:rsid w:val="0006063C"/>
    <w:rsid w:val="0006635B"/>
    <w:rsid w:val="00077043"/>
    <w:rsid w:val="000851D8"/>
    <w:rsid w:val="00091956"/>
    <w:rsid w:val="000E633D"/>
    <w:rsid w:val="000F1F39"/>
    <w:rsid w:val="0011306B"/>
    <w:rsid w:val="001210B4"/>
    <w:rsid w:val="00126A5E"/>
    <w:rsid w:val="001355BA"/>
    <w:rsid w:val="0014086C"/>
    <w:rsid w:val="0015074B"/>
    <w:rsid w:val="00151BA5"/>
    <w:rsid w:val="001962C2"/>
    <w:rsid w:val="00197587"/>
    <w:rsid w:val="001B6CFF"/>
    <w:rsid w:val="001C2198"/>
    <w:rsid w:val="001D2B22"/>
    <w:rsid w:val="001F097B"/>
    <w:rsid w:val="0020547C"/>
    <w:rsid w:val="00222E85"/>
    <w:rsid w:val="00224AE9"/>
    <w:rsid w:val="0025077D"/>
    <w:rsid w:val="0029639D"/>
    <w:rsid w:val="002B1689"/>
    <w:rsid w:val="002B6ABB"/>
    <w:rsid w:val="002C7239"/>
    <w:rsid w:val="002E3C47"/>
    <w:rsid w:val="002F0DA9"/>
    <w:rsid w:val="002F6513"/>
    <w:rsid w:val="003117CE"/>
    <w:rsid w:val="00326F90"/>
    <w:rsid w:val="00347B59"/>
    <w:rsid w:val="003628CD"/>
    <w:rsid w:val="003A18DB"/>
    <w:rsid w:val="003D7F3C"/>
    <w:rsid w:val="00420F44"/>
    <w:rsid w:val="00427FD5"/>
    <w:rsid w:val="00436330"/>
    <w:rsid w:val="0044797C"/>
    <w:rsid w:val="00453866"/>
    <w:rsid w:val="00457E39"/>
    <w:rsid w:val="004B726D"/>
    <w:rsid w:val="004B727D"/>
    <w:rsid w:val="004C3613"/>
    <w:rsid w:val="004E79EF"/>
    <w:rsid w:val="004F0072"/>
    <w:rsid w:val="005143E8"/>
    <w:rsid w:val="00515281"/>
    <w:rsid w:val="00521628"/>
    <w:rsid w:val="0058212E"/>
    <w:rsid w:val="005A51D8"/>
    <w:rsid w:val="005C39B5"/>
    <w:rsid w:val="00612384"/>
    <w:rsid w:val="00661996"/>
    <w:rsid w:val="006B724A"/>
    <w:rsid w:val="006D48CC"/>
    <w:rsid w:val="007055F9"/>
    <w:rsid w:val="00707547"/>
    <w:rsid w:val="007527A8"/>
    <w:rsid w:val="007B621E"/>
    <w:rsid w:val="007C4DE5"/>
    <w:rsid w:val="007D0F9A"/>
    <w:rsid w:val="00834DE3"/>
    <w:rsid w:val="00905B71"/>
    <w:rsid w:val="0092286B"/>
    <w:rsid w:val="00937161"/>
    <w:rsid w:val="00944708"/>
    <w:rsid w:val="00947699"/>
    <w:rsid w:val="00965BEC"/>
    <w:rsid w:val="00976B8B"/>
    <w:rsid w:val="00986787"/>
    <w:rsid w:val="009A7C4E"/>
    <w:rsid w:val="009C3CAC"/>
    <w:rsid w:val="009D468A"/>
    <w:rsid w:val="00A21AD3"/>
    <w:rsid w:val="00A253AA"/>
    <w:rsid w:val="00A27562"/>
    <w:rsid w:val="00AA1D8D"/>
    <w:rsid w:val="00AC1286"/>
    <w:rsid w:val="00B47730"/>
    <w:rsid w:val="00B70101"/>
    <w:rsid w:val="00B734AA"/>
    <w:rsid w:val="00B752F0"/>
    <w:rsid w:val="00BA383D"/>
    <w:rsid w:val="00BA4DD9"/>
    <w:rsid w:val="00BC0190"/>
    <w:rsid w:val="00BE0628"/>
    <w:rsid w:val="00BE192A"/>
    <w:rsid w:val="00C04DF8"/>
    <w:rsid w:val="00C077C7"/>
    <w:rsid w:val="00C3691F"/>
    <w:rsid w:val="00C372EF"/>
    <w:rsid w:val="00C5174D"/>
    <w:rsid w:val="00C551F5"/>
    <w:rsid w:val="00C6095A"/>
    <w:rsid w:val="00C66032"/>
    <w:rsid w:val="00C90D7A"/>
    <w:rsid w:val="00CB0664"/>
    <w:rsid w:val="00CD308C"/>
    <w:rsid w:val="00CF0439"/>
    <w:rsid w:val="00D054A7"/>
    <w:rsid w:val="00D15E58"/>
    <w:rsid w:val="00D25628"/>
    <w:rsid w:val="00D365F5"/>
    <w:rsid w:val="00D64982"/>
    <w:rsid w:val="00DB4A29"/>
    <w:rsid w:val="00DD44D3"/>
    <w:rsid w:val="00DD46EF"/>
    <w:rsid w:val="00DE58EB"/>
    <w:rsid w:val="00E20C95"/>
    <w:rsid w:val="00E316F3"/>
    <w:rsid w:val="00E4692F"/>
    <w:rsid w:val="00E7409A"/>
    <w:rsid w:val="00EB6BE9"/>
    <w:rsid w:val="00F328A1"/>
    <w:rsid w:val="00F34420"/>
    <w:rsid w:val="00F42B3C"/>
    <w:rsid w:val="00F64836"/>
    <w:rsid w:val="00F865C6"/>
    <w:rsid w:val="00F957B7"/>
    <w:rsid w:val="00FA3BAE"/>
    <w:rsid w:val="00FA4A70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F0CCC"/>
  <w14:defaultImageDpi w14:val="300"/>
  <w15:docId w15:val="{6A867BF9-6ED6-4A93-A1AE-53BE7F64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6A5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697A24-FC77-4C8D-8994-B7827081F7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2</Template>
  <TotalTime>2</TotalTime>
  <Pages>4</Pages>
  <Words>683</Words>
  <Characters>4102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2026-10-15T09:37:00Z</dcterms:created>
  <dcterms:modified xsi:type="dcterms:W3CDTF">2026-10-15T09:37:00Z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