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2A437" w14:textId="77777777" w:rsidR="00521628" w:rsidRPr="00BB1156" w:rsidRDefault="000E633D" w:rsidP="00C04DF8">
      <w:pPr>
        <w:pStyle w:val="Tytu"/>
        <w:rPr>
          <w:rFonts w:cstheme="majorHAnsi"/>
          <w:color w:val="auto"/>
          <w:sz w:val="28"/>
          <w:szCs w:val="28"/>
          <w:lang w:val="pl-PL"/>
        </w:rPr>
      </w:pPr>
      <w:r w:rsidRPr="00BB1156">
        <w:rPr>
          <w:rFonts w:cstheme="majorHAnsi"/>
          <w:b/>
          <w:bCs/>
          <w:color w:val="auto"/>
          <w:sz w:val="28"/>
          <w:szCs w:val="28"/>
          <w:lang w:val="pl-PL"/>
        </w:rPr>
        <w:t xml:space="preserve">Scenariusz zajęć </w:t>
      </w:r>
      <w:r w:rsidRPr="00BB1156">
        <w:rPr>
          <w:rFonts w:cstheme="majorHAnsi"/>
          <w:b/>
          <w:bCs/>
          <w:color w:val="auto"/>
          <w:sz w:val="28"/>
          <w:szCs w:val="28"/>
          <w:lang w:val="pl-PL"/>
        </w:rPr>
        <w:br/>
      </w:r>
      <w:r w:rsidRPr="00BB1156">
        <w:rPr>
          <w:rFonts w:cstheme="majorHAnsi"/>
          <w:color w:val="auto"/>
          <w:sz w:val="28"/>
          <w:szCs w:val="28"/>
          <w:lang w:val="pl-PL"/>
        </w:rPr>
        <w:t xml:space="preserve">realizowanych w ramach projektu </w:t>
      </w:r>
      <w:r w:rsidRPr="00BB1156">
        <w:rPr>
          <w:rFonts w:cstheme="majorHAnsi"/>
          <w:color w:val="auto"/>
          <w:sz w:val="28"/>
          <w:szCs w:val="28"/>
          <w:lang w:val="pl-PL"/>
        </w:rPr>
        <w:br/>
      </w:r>
      <w:r w:rsidR="00521628" w:rsidRPr="00BB1156">
        <w:rPr>
          <w:rFonts w:cstheme="majorHAnsi"/>
          <w:color w:val="auto"/>
          <w:sz w:val="28"/>
          <w:szCs w:val="28"/>
          <w:lang w:val="pl-PL"/>
        </w:rPr>
        <w:t xml:space="preserve">„Zrównoważony Kampus SGGW - kształcenie na rzecz branż </w:t>
      </w:r>
      <w:proofErr w:type="gramStart"/>
      <w:r w:rsidR="00521628" w:rsidRPr="00BB1156">
        <w:rPr>
          <w:rFonts w:cstheme="majorHAnsi"/>
          <w:color w:val="auto"/>
          <w:sz w:val="28"/>
          <w:szCs w:val="28"/>
          <w:lang w:val="pl-PL"/>
        </w:rPr>
        <w:t>kluczowych ”</w:t>
      </w:r>
      <w:proofErr w:type="gramEnd"/>
      <w:r w:rsidR="00521628" w:rsidRPr="00BB1156">
        <w:rPr>
          <w:rFonts w:cstheme="majorHAnsi"/>
          <w:color w:val="auto"/>
          <w:sz w:val="28"/>
          <w:szCs w:val="28"/>
          <w:lang w:val="pl-PL"/>
        </w:rPr>
        <w:t xml:space="preserve"> </w:t>
      </w:r>
      <w:r w:rsidR="00521628" w:rsidRPr="00BB1156">
        <w:rPr>
          <w:rFonts w:cstheme="majorHAnsi"/>
          <w:color w:val="auto"/>
          <w:sz w:val="28"/>
          <w:szCs w:val="28"/>
          <w:lang w:val="pl-PL"/>
        </w:rPr>
        <w:br/>
        <w:t>nr FERS.01.05-IP.08-0067/23</w:t>
      </w:r>
    </w:p>
    <w:p w14:paraId="6EE2B914" w14:textId="77777777" w:rsidR="00E316F3" w:rsidRPr="00BB1156" w:rsidRDefault="00E316F3" w:rsidP="0014086C">
      <w:pPr>
        <w:pStyle w:val="Nagwek1"/>
        <w:rPr>
          <w:rFonts w:cstheme="majorHAnsi"/>
          <w:color w:val="auto"/>
          <w:sz w:val="24"/>
          <w:lang w:val="pl-PL"/>
        </w:rPr>
      </w:pPr>
      <w:r w:rsidRPr="00BB1156">
        <w:rPr>
          <w:rFonts w:cstheme="majorHAnsi"/>
          <w:color w:val="auto"/>
          <w:sz w:val="24"/>
          <w:lang w:val="pl-PL"/>
        </w:rPr>
        <w:t xml:space="preserve">Informacje </w:t>
      </w:r>
      <w:r w:rsidR="004B726D" w:rsidRPr="00BB1156">
        <w:rPr>
          <w:rFonts w:cstheme="majorHAnsi"/>
          <w:color w:val="auto"/>
          <w:sz w:val="24"/>
          <w:lang w:val="pl-PL"/>
        </w:rPr>
        <w:t>ogólne o przedmiocie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825DA9" w:rsidRPr="0039213B" w14:paraId="54B2FA76" w14:textId="77777777" w:rsidTr="007C4DE5">
        <w:tc>
          <w:tcPr>
            <w:tcW w:w="3539" w:type="dxa"/>
          </w:tcPr>
          <w:p w14:paraId="0AE33213" w14:textId="77777777" w:rsidR="00E316F3" w:rsidRPr="00BB1156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Przedmiot</w:t>
            </w:r>
          </w:p>
        </w:tc>
        <w:tc>
          <w:tcPr>
            <w:tcW w:w="5091" w:type="dxa"/>
          </w:tcPr>
          <w:p w14:paraId="4904B57B" w14:textId="09539C4B" w:rsidR="00E316F3" w:rsidRPr="00BB1156" w:rsidRDefault="00BE50AA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Zarządzanie Jakością i Bezpieczeństwem Żywności w Gastronomii</w:t>
            </w:r>
          </w:p>
        </w:tc>
      </w:tr>
      <w:tr w:rsidR="00825DA9" w:rsidRPr="00BB1156" w14:paraId="67A42276" w14:textId="77777777" w:rsidTr="007C4DE5">
        <w:tc>
          <w:tcPr>
            <w:tcW w:w="3539" w:type="dxa"/>
          </w:tcPr>
          <w:p w14:paraId="713F6558" w14:textId="77777777" w:rsidR="00E316F3" w:rsidRPr="00BB1156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Kierunek studiów</w:t>
            </w:r>
          </w:p>
        </w:tc>
        <w:tc>
          <w:tcPr>
            <w:tcW w:w="5091" w:type="dxa"/>
          </w:tcPr>
          <w:p w14:paraId="281FD110" w14:textId="644237F2" w:rsidR="00E316F3" w:rsidRPr="00BB1156" w:rsidRDefault="00BE50AA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Gastronomia i Hotelarstwo</w:t>
            </w:r>
          </w:p>
        </w:tc>
      </w:tr>
      <w:tr w:rsidR="00825DA9" w:rsidRPr="00BB1156" w14:paraId="005EF74A" w14:textId="77777777" w:rsidTr="007C4DE5">
        <w:tc>
          <w:tcPr>
            <w:tcW w:w="3539" w:type="dxa"/>
          </w:tcPr>
          <w:p w14:paraId="1ECAE5EE" w14:textId="77777777" w:rsidR="004F0072" w:rsidRPr="00BB1156" w:rsidRDefault="004F0072" w:rsidP="004F0072">
            <w:pPr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 xml:space="preserve">Poziom studiów </w:t>
            </w:r>
          </w:p>
        </w:tc>
        <w:tc>
          <w:tcPr>
            <w:tcW w:w="5091" w:type="dxa"/>
          </w:tcPr>
          <w:p w14:paraId="68E3A5DD" w14:textId="2C443ADB" w:rsidR="004F0072" w:rsidRPr="00BB1156" w:rsidRDefault="004F0072" w:rsidP="004F0072">
            <w:pPr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I stopnia</w:t>
            </w:r>
          </w:p>
        </w:tc>
      </w:tr>
      <w:tr w:rsidR="00825DA9" w:rsidRPr="00BB1156" w14:paraId="12E00DF0" w14:textId="77777777" w:rsidTr="007C4DE5">
        <w:tc>
          <w:tcPr>
            <w:tcW w:w="3539" w:type="dxa"/>
          </w:tcPr>
          <w:p w14:paraId="564189DA" w14:textId="77777777" w:rsidR="004F0072" w:rsidRPr="00BB1156" w:rsidRDefault="004F0072" w:rsidP="004F0072">
            <w:pPr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Semestr</w:t>
            </w:r>
          </w:p>
        </w:tc>
        <w:tc>
          <w:tcPr>
            <w:tcW w:w="5091" w:type="dxa"/>
          </w:tcPr>
          <w:p w14:paraId="2B526456" w14:textId="6E584CDD" w:rsidR="004F0072" w:rsidRPr="00433558" w:rsidRDefault="00433558" w:rsidP="004F0072">
            <w:pPr>
              <w:rPr>
                <w:rFonts w:asciiTheme="majorHAnsi" w:hAnsiTheme="majorHAnsi" w:cstheme="majorHAnsi"/>
                <w:lang w:val="pl-PL"/>
              </w:rPr>
            </w:pPr>
            <w:r w:rsidRPr="00433558">
              <w:rPr>
                <w:rFonts w:asciiTheme="majorHAnsi" w:hAnsiTheme="majorHAnsi" w:cstheme="majorHAnsi"/>
                <w:lang w:val="pl-PL"/>
              </w:rPr>
              <w:t>IV (letni)</w:t>
            </w:r>
          </w:p>
        </w:tc>
      </w:tr>
      <w:tr w:rsidR="00825DA9" w:rsidRPr="00BB1156" w14:paraId="47AFD07E" w14:textId="77777777" w:rsidTr="007C4DE5">
        <w:tc>
          <w:tcPr>
            <w:tcW w:w="3539" w:type="dxa"/>
          </w:tcPr>
          <w:p w14:paraId="388369BC" w14:textId="77777777" w:rsidR="004F0072" w:rsidRPr="00BB1156" w:rsidRDefault="004F0072" w:rsidP="004F0072">
            <w:pPr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 xml:space="preserve">Jednostka organizacyjna </w:t>
            </w:r>
          </w:p>
        </w:tc>
        <w:tc>
          <w:tcPr>
            <w:tcW w:w="5091" w:type="dxa"/>
          </w:tcPr>
          <w:p w14:paraId="247C17F5" w14:textId="4ECE8BFA" w:rsidR="004F0072" w:rsidRPr="00BB1156" w:rsidRDefault="00B42CCE" w:rsidP="004F0072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Wydział Nauk o Zdrowiu</w:t>
            </w:r>
          </w:p>
        </w:tc>
      </w:tr>
      <w:tr w:rsidR="00825DA9" w:rsidRPr="00BB1156" w14:paraId="7C173CCE" w14:textId="77777777" w:rsidTr="007C4DE5">
        <w:tc>
          <w:tcPr>
            <w:tcW w:w="3539" w:type="dxa"/>
          </w:tcPr>
          <w:p w14:paraId="3EDE5E58" w14:textId="77777777" w:rsidR="00E316F3" w:rsidRPr="00BB1156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Liczba godzin (łącznie):</w:t>
            </w:r>
          </w:p>
        </w:tc>
        <w:tc>
          <w:tcPr>
            <w:tcW w:w="5091" w:type="dxa"/>
          </w:tcPr>
          <w:p w14:paraId="73D6375F" w14:textId="762BEC39" w:rsidR="00E316F3" w:rsidRPr="00BB1156" w:rsidRDefault="00BE50AA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 xml:space="preserve">45 </w:t>
            </w:r>
          </w:p>
        </w:tc>
      </w:tr>
      <w:tr w:rsidR="00825DA9" w:rsidRPr="00BB1156" w14:paraId="348BE1BA" w14:textId="77777777" w:rsidTr="007C4DE5">
        <w:tc>
          <w:tcPr>
            <w:tcW w:w="3539" w:type="dxa"/>
          </w:tcPr>
          <w:p w14:paraId="2284B06F" w14:textId="77777777" w:rsidR="0044797C" w:rsidRPr="00BB1156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Liczba scenariuszy w przedmiocie</w:t>
            </w:r>
          </w:p>
        </w:tc>
        <w:tc>
          <w:tcPr>
            <w:tcW w:w="5091" w:type="dxa"/>
          </w:tcPr>
          <w:p w14:paraId="57716711" w14:textId="172E9CD2" w:rsidR="0044797C" w:rsidRPr="00BB1156" w:rsidRDefault="00BE50AA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15</w:t>
            </w:r>
          </w:p>
        </w:tc>
      </w:tr>
      <w:tr w:rsidR="00825DA9" w:rsidRPr="00BB1156" w14:paraId="6DF94DE5" w14:textId="77777777" w:rsidTr="007C4DE5">
        <w:tc>
          <w:tcPr>
            <w:tcW w:w="3539" w:type="dxa"/>
          </w:tcPr>
          <w:p w14:paraId="755F5B48" w14:textId="77777777" w:rsidR="00E316F3" w:rsidRPr="00BB1156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Liczba godzin wykładów</w:t>
            </w:r>
          </w:p>
        </w:tc>
        <w:tc>
          <w:tcPr>
            <w:tcW w:w="5091" w:type="dxa"/>
          </w:tcPr>
          <w:p w14:paraId="663DDAA1" w14:textId="0AA11D44" w:rsidR="00E316F3" w:rsidRPr="00BB1156" w:rsidRDefault="00BE50AA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15</w:t>
            </w:r>
          </w:p>
        </w:tc>
      </w:tr>
      <w:tr w:rsidR="00825DA9" w:rsidRPr="00BB1156" w14:paraId="657AD3D2" w14:textId="77777777" w:rsidTr="007C4DE5">
        <w:tc>
          <w:tcPr>
            <w:tcW w:w="3539" w:type="dxa"/>
          </w:tcPr>
          <w:p w14:paraId="102E2A41" w14:textId="77777777" w:rsidR="00E316F3" w:rsidRPr="00BB1156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Liczba godzin ćwiczeń</w:t>
            </w:r>
          </w:p>
        </w:tc>
        <w:tc>
          <w:tcPr>
            <w:tcW w:w="5091" w:type="dxa"/>
          </w:tcPr>
          <w:p w14:paraId="5617ADFE" w14:textId="454AD936" w:rsidR="00E316F3" w:rsidRPr="00BB1156" w:rsidRDefault="00BE50AA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30</w:t>
            </w:r>
          </w:p>
        </w:tc>
      </w:tr>
      <w:tr w:rsidR="00825DA9" w:rsidRPr="00BB1156" w14:paraId="46629062" w14:textId="77777777" w:rsidTr="007C4DE5">
        <w:tc>
          <w:tcPr>
            <w:tcW w:w="3539" w:type="dxa"/>
          </w:tcPr>
          <w:p w14:paraId="341D045E" w14:textId="77777777" w:rsidR="00E316F3" w:rsidRPr="00BB1156" w:rsidRDefault="00661996" w:rsidP="004E79EF">
            <w:pPr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 xml:space="preserve">Liczba </w:t>
            </w:r>
            <w:r w:rsidR="004E79EF" w:rsidRPr="00BB1156">
              <w:rPr>
                <w:rFonts w:asciiTheme="majorHAnsi" w:hAnsiTheme="majorHAnsi" w:cstheme="majorHAnsi"/>
                <w:lang w:val="pl-PL"/>
              </w:rPr>
              <w:t>ECTS</w:t>
            </w:r>
          </w:p>
        </w:tc>
        <w:tc>
          <w:tcPr>
            <w:tcW w:w="5091" w:type="dxa"/>
          </w:tcPr>
          <w:p w14:paraId="583D6543" w14:textId="01BFDA9F" w:rsidR="00E316F3" w:rsidRPr="00BB1156" w:rsidRDefault="00BE50AA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3</w:t>
            </w:r>
          </w:p>
        </w:tc>
      </w:tr>
      <w:tr w:rsidR="00825DA9" w:rsidRPr="0039213B" w14:paraId="047C0887" w14:textId="77777777" w:rsidTr="007C4DE5">
        <w:tc>
          <w:tcPr>
            <w:tcW w:w="3539" w:type="dxa"/>
          </w:tcPr>
          <w:p w14:paraId="4E49DFA9" w14:textId="77777777" w:rsidR="00E316F3" w:rsidRPr="00BB1156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Koordynator przedmiotu</w:t>
            </w:r>
          </w:p>
        </w:tc>
        <w:tc>
          <w:tcPr>
            <w:tcW w:w="5091" w:type="dxa"/>
          </w:tcPr>
          <w:p w14:paraId="03162AFE" w14:textId="3E774C88" w:rsidR="00E316F3" w:rsidRPr="00BB1156" w:rsidRDefault="00BE50AA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dr hab. Beata Bilska prof. SGGW</w:t>
            </w:r>
          </w:p>
        </w:tc>
      </w:tr>
    </w:tbl>
    <w:p w14:paraId="255FC3A4" w14:textId="77777777" w:rsidR="005143E8" w:rsidRPr="00BB1156" w:rsidRDefault="00FD3E5E" w:rsidP="0014086C">
      <w:pPr>
        <w:pStyle w:val="Nagwek1"/>
        <w:rPr>
          <w:rFonts w:cstheme="majorHAnsi"/>
          <w:color w:val="auto"/>
          <w:sz w:val="24"/>
          <w:lang w:val="pl-PL"/>
        </w:rPr>
      </w:pPr>
      <w:r w:rsidRPr="00BB1156">
        <w:rPr>
          <w:rFonts w:cstheme="majorHAnsi"/>
          <w:color w:val="auto"/>
          <w:sz w:val="24"/>
          <w:lang w:val="pl-PL"/>
        </w:rPr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B726D" w:rsidRPr="00BB1156" w14:paraId="6DCCEC51" w14:textId="77777777" w:rsidTr="007C4DE5">
        <w:tc>
          <w:tcPr>
            <w:tcW w:w="3539" w:type="dxa"/>
          </w:tcPr>
          <w:p w14:paraId="65E13592" w14:textId="77777777" w:rsidR="004B726D" w:rsidRPr="00BB1156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Scenariusz nr</w:t>
            </w:r>
          </w:p>
        </w:tc>
        <w:tc>
          <w:tcPr>
            <w:tcW w:w="5091" w:type="dxa"/>
          </w:tcPr>
          <w:p w14:paraId="0BD10C2E" w14:textId="0E123741" w:rsidR="004B726D" w:rsidRPr="00BB1156" w:rsidRDefault="00BE50AA">
            <w:pPr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1</w:t>
            </w:r>
          </w:p>
        </w:tc>
      </w:tr>
      <w:tr w:rsidR="0044797C" w:rsidRPr="0039213B" w14:paraId="43397B1E" w14:textId="77777777" w:rsidTr="007C4DE5">
        <w:tc>
          <w:tcPr>
            <w:tcW w:w="3539" w:type="dxa"/>
          </w:tcPr>
          <w:p w14:paraId="6992D4B0" w14:textId="77777777" w:rsidR="0044797C" w:rsidRPr="00BB1156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Temat zajęć/blok tematyczny</w:t>
            </w:r>
          </w:p>
        </w:tc>
        <w:tc>
          <w:tcPr>
            <w:tcW w:w="5091" w:type="dxa"/>
          </w:tcPr>
          <w:p w14:paraId="40F6481E" w14:textId="10C0E8E2" w:rsidR="0044797C" w:rsidRPr="00BB1156" w:rsidRDefault="00BE50AA" w:rsidP="00BE50AA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Wprowadzenie do zagadnień związanych z tematyką realizowaną na ćwiczeniach. Omówienie założeń projektu.  Opracowanie rozporządzenia powołującego zespół ds. HACCP</w:t>
            </w:r>
            <w:r w:rsidR="00BB1156" w:rsidRPr="00BB1156">
              <w:rPr>
                <w:rFonts w:asciiTheme="majorHAnsi" w:hAnsiTheme="majorHAnsi" w:cstheme="majorHAnsi"/>
                <w:lang w:val="pl-PL"/>
              </w:rPr>
              <w:t>.</w:t>
            </w:r>
            <w:r w:rsidRPr="00BB1156">
              <w:rPr>
                <w:rFonts w:asciiTheme="majorHAnsi" w:hAnsiTheme="majorHAnsi" w:cstheme="majorHAnsi"/>
                <w:lang w:val="pl-PL"/>
              </w:rPr>
              <w:t xml:space="preserve"> Opis grup produktów.</w:t>
            </w:r>
          </w:p>
        </w:tc>
      </w:tr>
      <w:tr w:rsidR="005143E8" w:rsidRPr="00BB1156" w14:paraId="134BE816" w14:textId="77777777" w:rsidTr="007C4DE5">
        <w:tc>
          <w:tcPr>
            <w:tcW w:w="3539" w:type="dxa"/>
          </w:tcPr>
          <w:p w14:paraId="0F350E09" w14:textId="77777777" w:rsidR="005143E8" w:rsidRPr="00BB1156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Forma zajęć</w:t>
            </w:r>
          </w:p>
        </w:tc>
        <w:tc>
          <w:tcPr>
            <w:tcW w:w="5091" w:type="dxa"/>
          </w:tcPr>
          <w:p w14:paraId="01682479" w14:textId="2CFBEB60" w:rsidR="005143E8" w:rsidRPr="00BB1156" w:rsidRDefault="00596008">
            <w:pPr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Ć</w:t>
            </w:r>
            <w:r w:rsidR="00C551F5" w:rsidRPr="00BB1156">
              <w:rPr>
                <w:rFonts w:asciiTheme="majorHAnsi" w:hAnsiTheme="majorHAnsi" w:cstheme="majorHAnsi"/>
                <w:lang w:val="pl-PL"/>
              </w:rPr>
              <w:t>wiczenia</w:t>
            </w:r>
            <w:r w:rsidR="00825DA9" w:rsidRPr="00BB1156">
              <w:rPr>
                <w:rFonts w:asciiTheme="majorHAnsi" w:hAnsiTheme="majorHAnsi" w:cstheme="majorHAnsi"/>
                <w:lang w:val="pl-PL"/>
              </w:rPr>
              <w:t xml:space="preserve"> projektowe</w:t>
            </w:r>
          </w:p>
        </w:tc>
      </w:tr>
      <w:tr w:rsidR="005143E8" w:rsidRPr="00BB1156" w14:paraId="65E01B4D" w14:textId="77777777" w:rsidTr="007C4DE5">
        <w:tc>
          <w:tcPr>
            <w:tcW w:w="3539" w:type="dxa"/>
          </w:tcPr>
          <w:p w14:paraId="62135B53" w14:textId="77777777" w:rsidR="005143E8" w:rsidRPr="00BB1156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Czas realizacji jednostki dydaktycznej/bloku tematycznego</w:t>
            </w:r>
          </w:p>
        </w:tc>
        <w:tc>
          <w:tcPr>
            <w:tcW w:w="5091" w:type="dxa"/>
          </w:tcPr>
          <w:p w14:paraId="1BA36180" w14:textId="24C38EF5" w:rsidR="005143E8" w:rsidRPr="00BB1156" w:rsidRDefault="00BE50AA">
            <w:pPr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90</w:t>
            </w:r>
            <w:r w:rsidR="00C551F5" w:rsidRPr="00BB1156">
              <w:rPr>
                <w:rFonts w:asciiTheme="majorHAnsi" w:hAnsiTheme="majorHAnsi" w:cstheme="majorHAnsi"/>
                <w:lang w:val="pl-PL"/>
              </w:rPr>
              <w:t xml:space="preserve"> minut</w:t>
            </w:r>
          </w:p>
        </w:tc>
      </w:tr>
      <w:tr w:rsidR="005143E8" w:rsidRPr="0039213B" w14:paraId="0A33CC8D" w14:textId="77777777" w:rsidTr="007C4DE5">
        <w:tc>
          <w:tcPr>
            <w:tcW w:w="3539" w:type="dxa"/>
          </w:tcPr>
          <w:p w14:paraId="618454D4" w14:textId="77777777" w:rsidR="005143E8" w:rsidRPr="00BB1156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Cel główny jednostki dydaktycznej/bloku tematycznego</w:t>
            </w:r>
          </w:p>
        </w:tc>
        <w:tc>
          <w:tcPr>
            <w:tcW w:w="5091" w:type="dxa"/>
          </w:tcPr>
          <w:p w14:paraId="2CB72C86" w14:textId="002870E2" w:rsidR="005143E8" w:rsidRPr="00BB1156" w:rsidRDefault="00BE50AA" w:rsidP="00BE50AA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 xml:space="preserve">Zapoznanie studentów z wymogami prawnymi i organizacyjnymi </w:t>
            </w:r>
            <w:r w:rsidR="00BB1156">
              <w:rPr>
                <w:rFonts w:asciiTheme="majorHAnsi" w:hAnsiTheme="majorHAnsi" w:cstheme="majorHAnsi"/>
                <w:lang w:val="pl-PL"/>
              </w:rPr>
              <w:t xml:space="preserve">dotyczącymi </w:t>
            </w:r>
            <w:r w:rsidRPr="00BB1156">
              <w:rPr>
                <w:rFonts w:asciiTheme="majorHAnsi" w:hAnsiTheme="majorHAnsi" w:cstheme="majorHAnsi"/>
                <w:lang w:val="pl-PL"/>
              </w:rPr>
              <w:t xml:space="preserve">wdrożenia systemu HACCP oraz zasadami opisywania grup produktów i projektowania dokumentacji zakładowej – </w:t>
            </w:r>
            <w:proofErr w:type="spellStart"/>
            <w:r w:rsidRPr="00BB1156">
              <w:rPr>
                <w:rFonts w:asciiTheme="majorHAnsi" w:hAnsiTheme="majorHAnsi" w:cstheme="majorHAnsi"/>
                <w:lang w:val="pl-PL"/>
              </w:rPr>
              <w:t>case</w:t>
            </w:r>
            <w:proofErr w:type="spellEnd"/>
            <w:r w:rsidRPr="00BB1156">
              <w:rPr>
                <w:rFonts w:asciiTheme="majorHAnsi" w:hAnsiTheme="majorHAnsi" w:cstheme="majorHAnsi"/>
                <w:lang w:val="pl-PL"/>
              </w:rPr>
              <w:t xml:space="preserve"> </w:t>
            </w:r>
            <w:proofErr w:type="spellStart"/>
            <w:r w:rsidRPr="00BB1156">
              <w:rPr>
                <w:rFonts w:asciiTheme="majorHAnsi" w:hAnsiTheme="majorHAnsi" w:cstheme="majorHAnsi"/>
                <w:lang w:val="pl-PL"/>
              </w:rPr>
              <w:t>study</w:t>
            </w:r>
            <w:proofErr w:type="spellEnd"/>
            <w:r w:rsidRPr="00BB1156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  <w:tr w:rsidR="005143E8" w:rsidRPr="0039213B" w14:paraId="78CA6717" w14:textId="77777777" w:rsidTr="007C4DE5">
        <w:tc>
          <w:tcPr>
            <w:tcW w:w="3539" w:type="dxa"/>
          </w:tcPr>
          <w:p w14:paraId="003AF5B9" w14:textId="77777777" w:rsidR="005143E8" w:rsidRPr="00BB1156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Cele szczegółowe jednostki dydaktycznej/bloku tematycznego/modułu</w:t>
            </w:r>
          </w:p>
        </w:tc>
        <w:tc>
          <w:tcPr>
            <w:tcW w:w="5091" w:type="dxa"/>
          </w:tcPr>
          <w:p w14:paraId="46ACB39B" w14:textId="735ACF35" w:rsidR="00596008" w:rsidRPr="00BB1156" w:rsidRDefault="00BE50AA" w:rsidP="00596008">
            <w:pPr>
              <w:pStyle w:val="Akapitzlist"/>
              <w:numPr>
                <w:ilvl w:val="0"/>
                <w:numId w:val="11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Przedstawienie zakresu i zasad zaliczenia ćwiczeń oraz założeń projektu semestralnego.</w:t>
            </w:r>
          </w:p>
          <w:p w14:paraId="5A8937F6" w14:textId="77337A0A" w:rsidR="00BE50AA" w:rsidRPr="00BB1156" w:rsidRDefault="00BE50AA" w:rsidP="00596008">
            <w:pPr>
              <w:pStyle w:val="Akapitzlist"/>
              <w:numPr>
                <w:ilvl w:val="0"/>
                <w:numId w:val="11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Zapoznanie studentów ze strukturą oraz rolą Zespołu ds. HACCP w zakładzie.</w:t>
            </w:r>
          </w:p>
          <w:p w14:paraId="452EFA73" w14:textId="0CDDD822" w:rsidR="00BE50AA" w:rsidRPr="00BB1156" w:rsidRDefault="00BE50AA" w:rsidP="00596008">
            <w:pPr>
              <w:pStyle w:val="Akapitzlist"/>
              <w:numPr>
                <w:ilvl w:val="0"/>
                <w:numId w:val="11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Kształtowanie umiejętności formalnego redagowania rozporządzeń/zarządzeń zakładowych.</w:t>
            </w:r>
          </w:p>
          <w:p w14:paraId="1FB0EA96" w14:textId="77777777" w:rsidR="00596008" w:rsidRPr="00BB1156" w:rsidRDefault="00BE50AA" w:rsidP="00596008">
            <w:pPr>
              <w:pStyle w:val="Akapitzlist"/>
              <w:numPr>
                <w:ilvl w:val="0"/>
                <w:numId w:val="11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 xml:space="preserve">Wykształcenie umiejętności dokonywania </w:t>
            </w:r>
          </w:p>
          <w:p w14:paraId="70F16C08" w14:textId="062CBDDE" w:rsidR="00BE50AA" w:rsidRPr="00BB1156" w:rsidRDefault="00BE50AA" w:rsidP="00596008">
            <w:pPr>
              <w:pStyle w:val="Akapitzlist"/>
              <w:numPr>
                <w:ilvl w:val="0"/>
                <w:numId w:val="11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pełnej charakterystyki i klasyfikacji grup produktów żywnościowych</w:t>
            </w:r>
            <w:r w:rsidR="00596008" w:rsidRPr="00BB1156">
              <w:rPr>
                <w:rFonts w:asciiTheme="majorHAnsi" w:hAnsiTheme="majorHAnsi" w:cstheme="majorHAnsi"/>
                <w:lang w:val="pl-PL"/>
              </w:rPr>
              <w:t xml:space="preserve"> w menu dla </w:t>
            </w:r>
            <w:r w:rsidR="00596008" w:rsidRPr="00BB1156">
              <w:rPr>
                <w:rFonts w:asciiTheme="majorHAnsi" w:hAnsiTheme="majorHAnsi" w:cstheme="majorHAnsi"/>
                <w:lang w:val="pl-PL"/>
              </w:rPr>
              <w:lastRenderedPageBreak/>
              <w:t>wybranego zakładu żywienia zbiorowego.</w:t>
            </w:r>
          </w:p>
        </w:tc>
      </w:tr>
      <w:tr w:rsidR="005143E8" w:rsidRPr="0039213B" w14:paraId="10F00C55" w14:textId="77777777" w:rsidTr="007C4DE5">
        <w:tc>
          <w:tcPr>
            <w:tcW w:w="3539" w:type="dxa"/>
          </w:tcPr>
          <w:p w14:paraId="07E1D312" w14:textId="77777777" w:rsidR="005143E8" w:rsidRPr="00BB1156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lastRenderedPageBreak/>
              <w:t>Wymagania techniczne do realizacji jednostki dydaktycznej</w:t>
            </w:r>
          </w:p>
        </w:tc>
        <w:tc>
          <w:tcPr>
            <w:tcW w:w="5091" w:type="dxa"/>
          </w:tcPr>
          <w:p w14:paraId="7D6B1ACC" w14:textId="2D0F18A5" w:rsidR="005143E8" w:rsidRPr="00BB1156" w:rsidRDefault="00596008">
            <w:pPr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Komputer z</w:t>
            </w:r>
            <w:r w:rsidR="00C551F5" w:rsidRPr="00BB1156">
              <w:rPr>
                <w:rFonts w:asciiTheme="majorHAnsi" w:hAnsiTheme="majorHAnsi" w:cstheme="majorHAnsi"/>
                <w:lang w:val="pl-PL"/>
              </w:rPr>
              <w:t xml:space="preserve"> </w:t>
            </w:r>
            <w:r w:rsidRPr="00BB1156">
              <w:rPr>
                <w:rFonts w:asciiTheme="majorHAnsi" w:hAnsiTheme="majorHAnsi" w:cstheme="majorHAnsi"/>
                <w:lang w:val="pl-PL"/>
              </w:rPr>
              <w:t>dostępem</w:t>
            </w:r>
            <w:r w:rsidR="00C551F5" w:rsidRPr="00BB1156">
              <w:rPr>
                <w:rFonts w:asciiTheme="majorHAnsi" w:hAnsiTheme="majorHAnsi" w:cstheme="majorHAnsi"/>
                <w:lang w:val="pl-PL"/>
              </w:rPr>
              <w:t xml:space="preserve"> do </w:t>
            </w:r>
            <w:proofErr w:type="spellStart"/>
            <w:r w:rsidR="00C551F5" w:rsidRPr="00BB1156">
              <w:rPr>
                <w:rFonts w:asciiTheme="majorHAnsi" w:hAnsiTheme="majorHAnsi" w:cstheme="majorHAnsi"/>
                <w:lang w:val="pl-PL"/>
              </w:rPr>
              <w:t>internetu</w:t>
            </w:r>
            <w:proofErr w:type="spellEnd"/>
            <w:r w:rsidR="00C7498F" w:rsidRPr="00BB1156">
              <w:rPr>
                <w:rFonts w:asciiTheme="majorHAnsi" w:hAnsiTheme="majorHAnsi" w:cstheme="majorHAnsi"/>
                <w:lang w:val="pl-PL"/>
              </w:rPr>
              <w:t xml:space="preserve">, pakietem MS Office. </w:t>
            </w:r>
          </w:p>
        </w:tc>
      </w:tr>
      <w:tr w:rsidR="005143E8" w:rsidRPr="00BB1156" w14:paraId="399E2AA4" w14:textId="77777777" w:rsidTr="007C4DE5">
        <w:tc>
          <w:tcPr>
            <w:tcW w:w="3539" w:type="dxa"/>
          </w:tcPr>
          <w:p w14:paraId="6415D50B" w14:textId="77777777" w:rsidR="005143E8" w:rsidRPr="00BB1156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Czynności organizacyjne i przygotowawcze</w:t>
            </w:r>
          </w:p>
        </w:tc>
        <w:tc>
          <w:tcPr>
            <w:tcW w:w="5091" w:type="dxa"/>
          </w:tcPr>
          <w:p w14:paraId="349B01BB" w14:textId="76C7A493" w:rsidR="00596008" w:rsidRPr="00BB1156" w:rsidRDefault="00596008" w:rsidP="00715A90">
            <w:pPr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P</w:t>
            </w:r>
            <w:r w:rsidR="00C551F5" w:rsidRPr="00BB1156">
              <w:rPr>
                <w:rFonts w:asciiTheme="majorHAnsi" w:hAnsiTheme="majorHAnsi" w:cstheme="majorHAnsi"/>
                <w:lang w:val="pl-PL"/>
              </w:rPr>
              <w:t>rzygotowanie</w:t>
            </w:r>
            <w:r w:rsidRPr="00BB1156">
              <w:rPr>
                <w:rFonts w:asciiTheme="majorHAnsi" w:hAnsiTheme="majorHAnsi" w:cstheme="majorHAnsi"/>
                <w:lang w:val="pl-PL"/>
              </w:rPr>
              <w:t xml:space="preserve"> </w:t>
            </w:r>
            <w:r w:rsidR="00715A90" w:rsidRPr="00BB1156">
              <w:rPr>
                <w:rFonts w:asciiTheme="majorHAnsi" w:hAnsiTheme="majorHAnsi" w:cstheme="majorHAnsi"/>
                <w:lang w:val="pl-PL"/>
              </w:rPr>
              <w:t>Sali.</w:t>
            </w:r>
          </w:p>
        </w:tc>
      </w:tr>
    </w:tbl>
    <w:p w14:paraId="03D6A8E7" w14:textId="77777777" w:rsidR="005143E8" w:rsidRPr="00BB1156" w:rsidRDefault="00521628">
      <w:pPr>
        <w:pStyle w:val="Nagwek1"/>
        <w:rPr>
          <w:rFonts w:cstheme="majorHAnsi"/>
          <w:color w:val="auto"/>
          <w:sz w:val="24"/>
          <w:lang w:val="pl-PL"/>
        </w:rPr>
      </w:pPr>
      <w:r w:rsidRPr="00BB1156">
        <w:rPr>
          <w:rFonts w:cstheme="majorHAnsi"/>
          <w:color w:val="auto"/>
          <w:sz w:val="24"/>
          <w:lang w:val="pl-PL"/>
        </w:rPr>
        <w:t>Harmonogram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5143E8" w:rsidRPr="0039213B" w14:paraId="1CABFF0D" w14:textId="77777777" w:rsidTr="007C4DE5">
        <w:tc>
          <w:tcPr>
            <w:tcW w:w="3539" w:type="dxa"/>
          </w:tcPr>
          <w:p w14:paraId="5D1A58CB" w14:textId="77777777" w:rsidR="005143E8" w:rsidRPr="00BB1156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Nazwa zagadnienia 1</w:t>
            </w:r>
          </w:p>
        </w:tc>
        <w:tc>
          <w:tcPr>
            <w:tcW w:w="5091" w:type="dxa"/>
          </w:tcPr>
          <w:p w14:paraId="56CD4A66" w14:textId="084815C9" w:rsidR="005143E8" w:rsidRPr="00BB1156" w:rsidRDefault="00596008">
            <w:pPr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Wprowadzenie do ćwiczeń i założeń projektu</w:t>
            </w:r>
          </w:p>
        </w:tc>
      </w:tr>
      <w:tr w:rsidR="005143E8" w:rsidRPr="00BB1156" w14:paraId="0CDACC43" w14:textId="77777777" w:rsidTr="007C4DE5">
        <w:tc>
          <w:tcPr>
            <w:tcW w:w="3539" w:type="dxa"/>
          </w:tcPr>
          <w:p w14:paraId="0D6460F4" w14:textId="77777777" w:rsidR="005143E8" w:rsidRPr="00BB1156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5EE83234" w14:textId="7F4AE695" w:rsidR="005143E8" w:rsidRPr="00BB1156" w:rsidRDefault="00B1261B">
            <w:pPr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3</w:t>
            </w:r>
            <w:r w:rsidR="00596008" w:rsidRPr="00BB1156">
              <w:rPr>
                <w:rFonts w:asciiTheme="majorHAnsi" w:hAnsiTheme="majorHAnsi" w:cstheme="majorHAnsi"/>
                <w:lang w:val="pl-PL"/>
              </w:rPr>
              <w:t xml:space="preserve">0 </w:t>
            </w:r>
          </w:p>
        </w:tc>
      </w:tr>
      <w:tr w:rsidR="005143E8" w:rsidRPr="0039213B" w14:paraId="43400690" w14:textId="77777777" w:rsidTr="007C4DE5">
        <w:tc>
          <w:tcPr>
            <w:tcW w:w="3539" w:type="dxa"/>
          </w:tcPr>
          <w:p w14:paraId="40DAD1E0" w14:textId="77777777" w:rsidR="005143E8" w:rsidRPr="00BB1156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1</w:t>
            </w:r>
          </w:p>
        </w:tc>
        <w:tc>
          <w:tcPr>
            <w:tcW w:w="5091" w:type="dxa"/>
          </w:tcPr>
          <w:p w14:paraId="2CA0889D" w14:textId="55A56C28" w:rsidR="00596008" w:rsidRPr="00BB1156" w:rsidRDefault="00596008" w:rsidP="00C702AD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Przedstawienie regulaminu zajęć, zakresu tematycznego i warunków zaliczenia.</w:t>
            </w:r>
          </w:p>
          <w:p w14:paraId="53DE7F74" w14:textId="76FD9648" w:rsidR="00596008" w:rsidRPr="00BB1156" w:rsidRDefault="00596008" w:rsidP="00C702AD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 xml:space="preserve">Omówienie celu i harmonogramu realizacji semestralnego projektu dotyczącego sporządzenia dokumentacji </w:t>
            </w:r>
            <w:proofErr w:type="gramStart"/>
            <w:r w:rsidRPr="00BB1156">
              <w:rPr>
                <w:rFonts w:asciiTheme="majorHAnsi" w:hAnsiTheme="majorHAnsi" w:cstheme="majorHAnsi"/>
                <w:lang w:val="pl-PL"/>
              </w:rPr>
              <w:t>systemu  HACCP</w:t>
            </w:r>
            <w:proofErr w:type="gramEnd"/>
            <w:r w:rsidRPr="00BB1156">
              <w:rPr>
                <w:rFonts w:asciiTheme="majorHAnsi" w:hAnsiTheme="majorHAnsi" w:cstheme="majorHAnsi"/>
                <w:lang w:val="pl-PL"/>
              </w:rPr>
              <w:t xml:space="preserve"> – </w:t>
            </w:r>
            <w:proofErr w:type="spellStart"/>
            <w:r w:rsidRPr="00BB1156">
              <w:rPr>
                <w:rFonts w:asciiTheme="majorHAnsi" w:hAnsiTheme="majorHAnsi" w:cstheme="majorHAnsi"/>
                <w:lang w:val="pl-PL"/>
              </w:rPr>
              <w:t>case</w:t>
            </w:r>
            <w:proofErr w:type="spellEnd"/>
            <w:r w:rsidRPr="00BB1156">
              <w:rPr>
                <w:rFonts w:asciiTheme="majorHAnsi" w:hAnsiTheme="majorHAnsi" w:cstheme="majorHAnsi"/>
                <w:lang w:val="pl-PL"/>
              </w:rPr>
              <w:t xml:space="preserve"> </w:t>
            </w:r>
            <w:proofErr w:type="spellStart"/>
            <w:r w:rsidRPr="00BB1156">
              <w:rPr>
                <w:rFonts w:asciiTheme="majorHAnsi" w:hAnsiTheme="majorHAnsi" w:cstheme="majorHAnsi"/>
                <w:lang w:val="pl-PL"/>
              </w:rPr>
              <w:t>study</w:t>
            </w:r>
            <w:proofErr w:type="spellEnd"/>
            <w:r w:rsidRPr="00BB1156">
              <w:rPr>
                <w:rFonts w:asciiTheme="majorHAnsi" w:hAnsiTheme="majorHAnsi" w:cstheme="majorHAnsi"/>
                <w:lang w:val="pl-PL"/>
              </w:rPr>
              <w:t xml:space="preserve">. </w:t>
            </w:r>
          </w:p>
          <w:p w14:paraId="53AD0E8D" w14:textId="24CAD2EB" w:rsidR="00596008" w:rsidRPr="00BB1156" w:rsidRDefault="00596008" w:rsidP="00C702AD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Podział studentów na grupy projektowe.</w:t>
            </w:r>
          </w:p>
          <w:p w14:paraId="25B2464F" w14:textId="6B670380" w:rsidR="00596008" w:rsidRPr="00BB1156" w:rsidRDefault="00596008" w:rsidP="00C702AD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 xml:space="preserve">Dokonanie </w:t>
            </w:r>
            <w:proofErr w:type="gramStart"/>
            <w:r w:rsidRPr="00BB1156">
              <w:rPr>
                <w:rFonts w:asciiTheme="majorHAnsi" w:hAnsiTheme="majorHAnsi" w:cstheme="majorHAnsi"/>
                <w:lang w:val="pl-PL"/>
              </w:rPr>
              <w:t>wyboru  zakładu</w:t>
            </w:r>
            <w:proofErr w:type="gramEnd"/>
            <w:r w:rsidRPr="00BB1156">
              <w:rPr>
                <w:rFonts w:asciiTheme="majorHAnsi" w:hAnsiTheme="majorHAnsi" w:cstheme="majorHAnsi"/>
                <w:lang w:val="pl-PL"/>
              </w:rPr>
              <w:t xml:space="preserve"> żywienia zbiorowego</w:t>
            </w:r>
            <w:r w:rsidR="00B1261B" w:rsidRPr="00BB1156">
              <w:rPr>
                <w:rFonts w:asciiTheme="majorHAnsi" w:hAnsiTheme="majorHAnsi" w:cstheme="majorHAnsi"/>
                <w:lang w:val="pl-PL"/>
              </w:rPr>
              <w:t xml:space="preserve"> wraz z serwowanym menu</w:t>
            </w:r>
            <w:r w:rsidRPr="00BB1156">
              <w:rPr>
                <w:rFonts w:asciiTheme="majorHAnsi" w:hAnsiTheme="majorHAnsi" w:cstheme="majorHAnsi"/>
                <w:lang w:val="pl-PL"/>
              </w:rPr>
              <w:t xml:space="preserve"> przez każdą z wyznaczonych grup</w:t>
            </w:r>
            <w:r w:rsidR="00B1261B" w:rsidRPr="00BB1156">
              <w:rPr>
                <w:rFonts w:asciiTheme="majorHAnsi" w:hAnsiTheme="majorHAnsi" w:cstheme="majorHAnsi"/>
                <w:lang w:val="pl-PL"/>
              </w:rPr>
              <w:t xml:space="preserve"> projektowych.</w:t>
            </w:r>
          </w:p>
        </w:tc>
      </w:tr>
      <w:tr w:rsidR="005143E8" w:rsidRPr="00BB1156" w14:paraId="42A36369" w14:textId="77777777" w:rsidTr="007C4DE5">
        <w:tc>
          <w:tcPr>
            <w:tcW w:w="3539" w:type="dxa"/>
          </w:tcPr>
          <w:p w14:paraId="0A488F31" w14:textId="77777777" w:rsidR="005143E8" w:rsidRPr="00BB1156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Nazwa zagadnienia 2</w:t>
            </w:r>
          </w:p>
        </w:tc>
        <w:tc>
          <w:tcPr>
            <w:tcW w:w="5091" w:type="dxa"/>
          </w:tcPr>
          <w:p w14:paraId="6755460C" w14:textId="77777777" w:rsidR="005143E8" w:rsidRPr="00BB1156" w:rsidRDefault="00C702AD">
            <w:pPr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Zasady powoływania Zespołu ds. HACCP</w:t>
            </w:r>
          </w:p>
          <w:p w14:paraId="1CAA0C37" w14:textId="002CFFD5" w:rsidR="00C702AD" w:rsidRPr="00BB1156" w:rsidRDefault="00C702AD">
            <w:pPr>
              <w:rPr>
                <w:rFonts w:asciiTheme="majorHAnsi" w:hAnsiTheme="majorHAnsi" w:cstheme="majorHAnsi"/>
                <w:lang w:val="pl-PL"/>
              </w:rPr>
            </w:pPr>
          </w:p>
        </w:tc>
      </w:tr>
      <w:tr w:rsidR="005143E8" w:rsidRPr="00BB1156" w14:paraId="51A7F24C" w14:textId="77777777" w:rsidTr="007C4DE5">
        <w:tc>
          <w:tcPr>
            <w:tcW w:w="3539" w:type="dxa"/>
          </w:tcPr>
          <w:p w14:paraId="11298D49" w14:textId="77777777" w:rsidR="005143E8" w:rsidRPr="00BB1156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021DF0B5" w14:textId="57B456F5" w:rsidR="005143E8" w:rsidRPr="00BB1156" w:rsidRDefault="00C702AD">
            <w:pPr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10</w:t>
            </w:r>
          </w:p>
        </w:tc>
      </w:tr>
      <w:tr w:rsidR="005143E8" w:rsidRPr="0039213B" w14:paraId="38B00E3A" w14:textId="77777777" w:rsidTr="007C4DE5">
        <w:tc>
          <w:tcPr>
            <w:tcW w:w="3539" w:type="dxa"/>
          </w:tcPr>
          <w:p w14:paraId="33071D56" w14:textId="77777777" w:rsidR="005143E8" w:rsidRPr="00BB1156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2</w:t>
            </w:r>
          </w:p>
        </w:tc>
        <w:tc>
          <w:tcPr>
            <w:tcW w:w="5091" w:type="dxa"/>
          </w:tcPr>
          <w:p w14:paraId="155EA6CA" w14:textId="3AD1C916" w:rsidR="00C702AD" w:rsidRPr="00BB1156" w:rsidRDefault="00C702AD" w:rsidP="00C702AD">
            <w:pPr>
              <w:pStyle w:val="Akapitzlist"/>
              <w:numPr>
                <w:ilvl w:val="0"/>
                <w:numId w:val="13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 xml:space="preserve">Krótkie wprowadzenie teoretyczne dotyczące wymagań </w:t>
            </w:r>
            <w:proofErr w:type="gramStart"/>
            <w:r w:rsidRPr="00BB1156">
              <w:rPr>
                <w:rFonts w:asciiTheme="majorHAnsi" w:hAnsiTheme="majorHAnsi" w:cstheme="majorHAnsi"/>
                <w:lang w:val="pl-PL"/>
              </w:rPr>
              <w:t>prawnych  w</w:t>
            </w:r>
            <w:proofErr w:type="gramEnd"/>
            <w:r w:rsidRPr="00BB1156">
              <w:rPr>
                <w:rFonts w:asciiTheme="majorHAnsi" w:hAnsiTheme="majorHAnsi" w:cstheme="majorHAnsi"/>
                <w:lang w:val="pl-PL"/>
              </w:rPr>
              <w:t xml:space="preserve"> zakresie tworzenia zespołu HACCP.</w:t>
            </w:r>
          </w:p>
          <w:p w14:paraId="32FD40EA" w14:textId="3FC906C4" w:rsidR="005143E8" w:rsidRPr="00BB1156" w:rsidRDefault="00C702AD" w:rsidP="00C702AD">
            <w:pPr>
              <w:pStyle w:val="Akapitzlist"/>
              <w:numPr>
                <w:ilvl w:val="0"/>
                <w:numId w:val="13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 xml:space="preserve">Określenie ról, kompetencji i odpowiedzialności poszczególnych członków zespołu </w:t>
            </w:r>
          </w:p>
        </w:tc>
      </w:tr>
      <w:tr w:rsidR="00C702AD" w:rsidRPr="0039213B" w14:paraId="2555CB75" w14:textId="77777777" w:rsidTr="007C4DE5">
        <w:tc>
          <w:tcPr>
            <w:tcW w:w="3539" w:type="dxa"/>
          </w:tcPr>
          <w:p w14:paraId="02B26F34" w14:textId="7E7A3177" w:rsidR="00C702AD" w:rsidRPr="00BB1156" w:rsidRDefault="00C702AD">
            <w:pPr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Nazwa zagadnienia 3</w:t>
            </w:r>
          </w:p>
        </w:tc>
        <w:tc>
          <w:tcPr>
            <w:tcW w:w="5091" w:type="dxa"/>
          </w:tcPr>
          <w:p w14:paraId="1260C442" w14:textId="5469E64B" w:rsidR="00C702AD" w:rsidRPr="00BB1156" w:rsidRDefault="00BB1156" w:rsidP="00C702AD">
            <w:pPr>
              <w:pStyle w:val="Akapitzlist"/>
              <w:numPr>
                <w:ilvl w:val="0"/>
                <w:numId w:val="13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Opracowanie</w:t>
            </w:r>
            <w:r w:rsidR="00C702AD" w:rsidRPr="00BB1156">
              <w:rPr>
                <w:rFonts w:asciiTheme="majorHAnsi" w:hAnsiTheme="majorHAnsi" w:cstheme="majorHAnsi"/>
                <w:lang w:val="pl-PL"/>
              </w:rPr>
              <w:t xml:space="preserve"> „Zarządzenia o powołaniu Zespołu do wdrażania Systemu HACCP”  </w:t>
            </w:r>
          </w:p>
        </w:tc>
      </w:tr>
      <w:tr w:rsidR="00C702AD" w:rsidRPr="00BB1156" w14:paraId="54B96FF0" w14:textId="77777777" w:rsidTr="007C4DE5">
        <w:tc>
          <w:tcPr>
            <w:tcW w:w="3539" w:type="dxa"/>
          </w:tcPr>
          <w:p w14:paraId="334C3FC5" w14:textId="69213266" w:rsidR="00C702AD" w:rsidRPr="00BB1156" w:rsidRDefault="00C702AD">
            <w:pPr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0F373A04" w14:textId="458BF25B" w:rsidR="00C702AD" w:rsidRPr="00BB1156" w:rsidRDefault="00C702AD" w:rsidP="00C702AD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20</w:t>
            </w:r>
          </w:p>
        </w:tc>
      </w:tr>
      <w:tr w:rsidR="00C702AD" w:rsidRPr="0039213B" w14:paraId="0DE438EC" w14:textId="77777777" w:rsidTr="007C4DE5">
        <w:tc>
          <w:tcPr>
            <w:tcW w:w="3539" w:type="dxa"/>
          </w:tcPr>
          <w:p w14:paraId="49589AAA" w14:textId="654E595D" w:rsidR="00C702AD" w:rsidRPr="00BB1156" w:rsidRDefault="00C702AD">
            <w:pPr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3</w:t>
            </w:r>
          </w:p>
        </w:tc>
        <w:tc>
          <w:tcPr>
            <w:tcW w:w="5091" w:type="dxa"/>
          </w:tcPr>
          <w:p w14:paraId="1DD75E04" w14:textId="2A91A9BC" w:rsidR="00B1261B" w:rsidRPr="00BB1156" w:rsidRDefault="00B1261B" w:rsidP="00B1261B">
            <w:pPr>
              <w:pStyle w:val="Akapitzlist"/>
              <w:numPr>
                <w:ilvl w:val="0"/>
                <w:numId w:val="13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Sporządzenie w edytorze tekstu formalnego wewnętrznego Zarządzenia Dyrektora Zakładu powołującego Zespół ds. HACCP.</w:t>
            </w:r>
          </w:p>
          <w:p w14:paraId="67324093" w14:textId="5E43527D" w:rsidR="00C702AD" w:rsidRPr="00BB1156" w:rsidRDefault="00B1261B" w:rsidP="00B1261B">
            <w:pPr>
              <w:pStyle w:val="Akapitzlist"/>
              <w:numPr>
                <w:ilvl w:val="0"/>
                <w:numId w:val="13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Sporządzenie dokumentu z uwzględnieniem składu imiennego zespołu, przypisanych funkcji, zakresu obowiązków i uprawnień.</w:t>
            </w:r>
          </w:p>
        </w:tc>
      </w:tr>
      <w:tr w:rsidR="00B1261B" w:rsidRPr="0039213B" w14:paraId="090303B8" w14:textId="77777777" w:rsidTr="007C4DE5">
        <w:tc>
          <w:tcPr>
            <w:tcW w:w="3539" w:type="dxa"/>
          </w:tcPr>
          <w:p w14:paraId="7F75ABE5" w14:textId="03BA1FC7" w:rsidR="00B1261B" w:rsidRPr="00BB1156" w:rsidRDefault="00B1261B">
            <w:pPr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Nazwa zagadnienia 4</w:t>
            </w:r>
          </w:p>
        </w:tc>
        <w:tc>
          <w:tcPr>
            <w:tcW w:w="5091" w:type="dxa"/>
          </w:tcPr>
          <w:p w14:paraId="605070C4" w14:textId="777446C7" w:rsidR="00B1261B" w:rsidRPr="00BB1156" w:rsidRDefault="00B1261B" w:rsidP="00B1261B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Opis i kategoryzacja grup produktów uwzględnionych w menu</w:t>
            </w:r>
          </w:p>
        </w:tc>
      </w:tr>
      <w:tr w:rsidR="00B1261B" w:rsidRPr="00BB1156" w14:paraId="2E55A014" w14:textId="77777777" w:rsidTr="007C4DE5">
        <w:tc>
          <w:tcPr>
            <w:tcW w:w="3539" w:type="dxa"/>
          </w:tcPr>
          <w:p w14:paraId="0DD33223" w14:textId="1D4D2344" w:rsidR="00B1261B" w:rsidRPr="00BB1156" w:rsidRDefault="00B1261B">
            <w:pPr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7A37160B" w14:textId="6B087558" w:rsidR="00B1261B" w:rsidRPr="00BB1156" w:rsidRDefault="00B1261B" w:rsidP="00B1261B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25</w:t>
            </w:r>
          </w:p>
        </w:tc>
      </w:tr>
      <w:tr w:rsidR="00B1261B" w:rsidRPr="0039213B" w14:paraId="74D4F317" w14:textId="77777777" w:rsidTr="007C4DE5">
        <w:tc>
          <w:tcPr>
            <w:tcW w:w="3539" w:type="dxa"/>
          </w:tcPr>
          <w:p w14:paraId="269BB2E1" w14:textId="27B8CDD6" w:rsidR="00B1261B" w:rsidRPr="00BB1156" w:rsidRDefault="00B1261B">
            <w:pPr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4</w:t>
            </w:r>
          </w:p>
        </w:tc>
        <w:tc>
          <w:tcPr>
            <w:tcW w:w="5091" w:type="dxa"/>
          </w:tcPr>
          <w:p w14:paraId="3E2A38E1" w14:textId="4BCBE2FD" w:rsidR="00B1261B" w:rsidRPr="00BB1156" w:rsidRDefault="00B1261B" w:rsidP="00B1261B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 xml:space="preserve">Omówienie zawartości karty opisu produktu. Opracowanie w ramach każdej </w:t>
            </w:r>
            <w:proofErr w:type="gramStart"/>
            <w:r w:rsidRPr="00BB1156">
              <w:rPr>
                <w:rFonts w:asciiTheme="majorHAnsi" w:hAnsiTheme="majorHAnsi" w:cstheme="majorHAnsi"/>
                <w:lang w:val="pl-PL"/>
              </w:rPr>
              <w:t>grupy  specyfikacji</w:t>
            </w:r>
            <w:proofErr w:type="gramEnd"/>
            <w:r w:rsidRPr="00BB1156">
              <w:rPr>
                <w:rFonts w:asciiTheme="majorHAnsi" w:hAnsiTheme="majorHAnsi" w:cstheme="majorHAnsi"/>
                <w:lang w:val="pl-PL"/>
              </w:rPr>
              <w:t xml:space="preserve"> dla wyznaczonych grup produktów z menu</w:t>
            </w:r>
          </w:p>
        </w:tc>
      </w:tr>
      <w:tr w:rsidR="00B1261B" w:rsidRPr="00BB1156" w14:paraId="66ED628A" w14:textId="77777777" w:rsidTr="007C4DE5">
        <w:tc>
          <w:tcPr>
            <w:tcW w:w="3539" w:type="dxa"/>
          </w:tcPr>
          <w:p w14:paraId="62EA14CF" w14:textId="2278DE3A" w:rsidR="00B1261B" w:rsidRPr="00BB1156" w:rsidRDefault="00B1261B">
            <w:pPr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Nazwa zagadnienia 5</w:t>
            </w:r>
          </w:p>
        </w:tc>
        <w:tc>
          <w:tcPr>
            <w:tcW w:w="5091" w:type="dxa"/>
          </w:tcPr>
          <w:p w14:paraId="492D38EB" w14:textId="50183CD9" w:rsidR="00B1261B" w:rsidRPr="00BB1156" w:rsidRDefault="00975943" w:rsidP="00B1261B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 xml:space="preserve">Podsumowanie </w:t>
            </w:r>
          </w:p>
        </w:tc>
      </w:tr>
      <w:tr w:rsidR="00975943" w:rsidRPr="00BB1156" w14:paraId="4B480F10" w14:textId="77777777" w:rsidTr="007C4DE5">
        <w:tc>
          <w:tcPr>
            <w:tcW w:w="3539" w:type="dxa"/>
          </w:tcPr>
          <w:p w14:paraId="0343917F" w14:textId="1D3FBF08" w:rsidR="00975943" w:rsidRPr="00BB1156" w:rsidRDefault="00975943">
            <w:pPr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5231604B" w14:textId="319057EB" w:rsidR="00975943" w:rsidRPr="00BB1156" w:rsidRDefault="00975943" w:rsidP="00B1261B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5</w:t>
            </w:r>
          </w:p>
        </w:tc>
      </w:tr>
      <w:tr w:rsidR="00975943" w:rsidRPr="0039213B" w14:paraId="55EEA795" w14:textId="77777777" w:rsidTr="007C4DE5">
        <w:tc>
          <w:tcPr>
            <w:tcW w:w="3539" w:type="dxa"/>
          </w:tcPr>
          <w:p w14:paraId="1AEE01DA" w14:textId="390DC0F8" w:rsidR="00975943" w:rsidRPr="00BB1156" w:rsidRDefault="00975943">
            <w:pPr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lastRenderedPageBreak/>
              <w:t>Sekwencja działań, zadań ćwiczeń lub innych aktywności w ramach zagadnienia 4</w:t>
            </w:r>
          </w:p>
        </w:tc>
        <w:tc>
          <w:tcPr>
            <w:tcW w:w="5091" w:type="dxa"/>
          </w:tcPr>
          <w:p w14:paraId="37C9DB4B" w14:textId="592432B6" w:rsidR="00975943" w:rsidRPr="00BB1156" w:rsidRDefault="00975943" w:rsidP="00B1261B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 xml:space="preserve">Prezentacja i krótkie omówienie dokumentacji systemu HACCP sporządzanej przez studentów </w:t>
            </w:r>
            <w:r w:rsidR="00750A68" w:rsidRPr="00BB1156">
              <w:rPr>
                <w:rFonts w:asciiTheme="majorHAnsi" w:hAnsiTheme="majorHAnsi" w:cstheme="majorHAnsi"/>
                <w:lang w:val="pl-PL"/>
              </w:rPr>
              <w:t>podczas zajęć</w:t>
            </w:r>
            <w:r w:rsidRPr="00BB1156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</w:tbl>
    <w:p w14:paraId="551E89E8" w14:textId="77777777" w:rsidR="005143E8" w:rsidRPr="00BB1156" w:rsidRDefault="00FD3E5E">
      <w:pPr>
        <w:pStyle w:val="Nagwek1"/>
        <w:rPr>
          <w:rFonts w:cstheme="majorHAnsi"/>
          <w:color w:val="auto"/>
          <w:sz w:val="24"/>
          <w:lang w:val="pl-PL"/>
        </w:rPr>
      </w:pPr>
      <w:r w:rsidRPr="00BB1156">
        <w:rPr>
          <w:rFonts w:cstheme="majorHAnsi"/>
          <w:color w:val="auto"/>
          <w:sz w:val="24"/>
          <w:lang w:val="pl-PL"/>
        </w:rPr>
        <w:t>Metody i narzędzia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5143E8" w:rsidRPr="0039213B" w14:paraId="050339E8" w14:textId="77777777" w:rsidTr="007C4DE5">
        <w:tc>
          <w:tcPr>
            <w:tcW w:w="3539" w:type="dxa"/>
          </w:tcPr>
          <w:p w14:paraId="0F9D6406" w14:textId="77777777" w:rsidR="005143E8" w:rsidRPr="00BB1156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Wykorzystane metody dydaktyczne</w:t>
            </w:r>
          </w:p>
        </w:tc>
        <w:tc>
          <w:tcPr>
            <w:tcW w:w="5091" w:type="dxa"/>
          </w:tcPr>
          <w:p w14:paraId="1C7BCEF7" w14:textId="45659552" w:rsidR="00975943" w:rsidRPr="00BB1156" w:rsidRDefault="00975943">
            <w:pPr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 xml:space="preserve">Teoretyczne wprowadzenie </w:t>
            </w:r>
            <w:proofErr w:type="gramStart"/>
            <w:r w:rsidRPr="00BB1156">
              <w:rPr>
                <w:rFonts w:asciiTheme="majorHAnsi" w:hAnsiTheme="majorHAnsi" w:cstheme="majorHAnsi"/>
                <w:lang w:val="pl-PL"/>
              </w:rPr>
              <w:t>wraz  z</w:t>
            </w:r>
            <w:proofErr w:type="gramEnd"/>
            <w:r w:rsidRPr="00BB1156">
              <w:rPr>
                <w:rFonts w:asciiTheme="majorHAnsi" w:hAnsiTheme="majorHAnsi" w:cstheme="majorHAnsi"/>
                <w:lang w:val="pl-PL"/>
              </w:rPr>
              <w:t xml:space="preserve"> prezentacją</w:t>
            </w:r>
            <w:r w:rsidR="00715A90" w:rsidRPr="00BB1156">
              <w:rPr>
                <w:rFonts w:asciiTheme="majorHAnsi" w:hAnsiTheme="majorHAnsi" w:cstheme="majorHAnsi"/>
                <w:lang w:val="pl-PL"/>
              </w:rPr>
              <w:t xml:space="preserve"> ustną. </w:t>
            </w:r>
          </w:p>
          <w:p w14:paraId="583666C6" w14:textId="209344E8" w:rsidR="00975943" w:rsidRPr="00BB1156" w:rsidRDefault="00975943">
            <w:pPr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Instruktaż wykonania zadania.</w:t>
            </w:r>
          </w:p>
          <w:p w14:paraId="793939A9" w14:textId="4BAB80E0" w:rsidR="00975943" w:rsidRPr="00BB1156" w:rsidRDefault="00750A68">
            <w:pPr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G</w:t>
            </w:r>
            <w:r w:rsidR="00975943" w:rsidRPr="00BB1156">
              <w:rPr>
                <w:rFonts w:asciiTheme="majorHAnsi" w:hAnsiTheme="majorHAnsi" w:cstheme="majorHAnsi"/>
                <w:lang w:val="pl-PL"/>
              </w:rPr>
              <w:t>rupowa praca projektowa pod nadzorem prowadzącego.</w:t>
            </w:r>
          </w:p>
          <w:p w14:paraId="1FB2C9AC" w14:textId="77777777" w:rsidR="00AD043E" w:rsidRPr="00BB1156" w:rsidRDefault="00750A68">
            <w:pPr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Analiza przypadków (</w:t>
            </w:r>
            <w:proofErr w:type="spellStart"/>
            <w:r w:rsidRPr="00BB1156">
              <w:rPr>
                <w:rFonts w:asciiTheme="majorHAnsi" w:hAnsiTheme="majorHAnsi" w:cstheme="majorHAnsi"/>
                <w:lang w:val="pl-PL"/>
              </w:rPr>
              <w:t>case</w:t>
            </w:r>
            <w:proofErr w:type="spellEnd"/>
            <w:r w:rsidRPr="00BB1156">
              <w:rPr>
                <w:rFonts w:asciiTheme="majorHAnsi" w:hAnsiTheme="majorHAnsi" w:cstheme="majorHAnsi"/>
                <w:lang w:val="pl-PL"/>
              </w:rPr>
              <w:t xml:space="preserve"> </w:t>
            </w:r>
            <w:proofErr w:type="spellStart"/>
            <w:r w:rsidRPr="00BB1156">
              <w:rPr>
                <w:rFonts w:asciiTheme="majorHAnsi" w:hAnsiTheme="majorHAnsi" w:cstheme="majorHAnsi"/>
                <w:lang w:val="pl-PL"/>
              </w:rPr>
              <w:t>study</w:t>
            </w:r>
            <w:proofErr w:type="spellEnd"/>
            <w:r w:rsidRPr="00BB1156">
              <w:rPr>
                <w:rFonts w:asciiTheme="majorHAnsi" w:hAnsiTheme="majorHAnsi" w:cstheme="majorHAnsi"/>
                <w:lang w:val="pl-PL"/>
              </w:rPr>
              <w:t>).</w:t>
            </w:r>
          </w:p>
          <w:p w14:paraId="2412EC62" w14:textId="28EF852E" w:rsidR="005143E8" w:rsidRPr="00BB1156" w:rsidRDefault="00975943">
            <w:pPr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Pytania kontrolne</w:t>
            </w:r>
            <w:r w:rsidR="00750A68" w:rsidRPr="00BB1156">
              <w:rPr>
                <w:rFonts w:asciiTheme="majorHAnsi" w:hAnsiTheme="majorHAnsi" w:cstheme="majorHAnsi"/>
                <w:lang w:val="pl-PL"/>
              </w:rPr>
              <w:t xml:space="preserve">. </w:t>
            </w:r>
          </w:p>
        </w:tc>
      </w:tr>
      <w:tr w:rsidR="005143E8" w:rsidRPr="0039213B" w14:paraId="09B89F96" w14:textId="77777777" w:rsidTr="007C4DE5">
        <w:tc>
          <w:tcPr>
            <w:tcW w:w="3539" w:type="dxa"/>
          </w:tcPr>
          <w:p w14:paraId="67D125A3" w14:textId="77777777" w:rsidR="005143E8" w:rsidRPr="00BB1156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Narzędzia dydaktyczne</w:t>
            </w:r>
          </w:p>
        </w:tc>
        <w:tc>
          <w:tcPr>
            <w:tcW w:w="5091" w:type="dxa"/>
          </w:tcPr>
          <w:p w14:paraId="0D41A430" w14:textId="0EA03A4D" w:rsidR="004A180A" w:rsidRPr="00BB1156" w:rsidRDefault="004A180A" w:rsidP="004A180A">
            <w:pPr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Komputer z dostępem do Internetu i pakietem MS Office.</w:t>
            </w:r>
          </w:p>
          <w:p w14:paraId="5D9DCC6F" w14:textId="52719462" w:rsidR="005143E8" w:rsidRPr="00BB1156" w:rsidRDefault="005143E8" w:rsidP="004A180A">
            <w:pPr>
              <w:rPr>
                <w:rFonts w:asciiTheme="majorHAnsi" w:hAnsiTheme="majorHAnsi" w:cstheme="majorHAnsi"/>
                <w:lang w:val="pl-PL"/>
              </w:rPr>
            </w:pPr>
          </w:p>
        </w:tc>
      </w:tr>
      <w:tr w:rsidR="00521628" w:rsidRPr="00BB1156" w14:paraId="66CA087E" w14:textId="77777777" w:rsidTr="007C4DE5">
        <w:tc>
          <w:tcPr>
            <w:tcW w:w="3539" w:type="dxa"/>
          </w:tcPr>
          <w:p w14:paraId="0ACEE821" w14:textId="77777777" w:rsidR="00521628" w:rsidRPr="00BB1156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Formy pracy</w:t>
            </w:r>
          </w:p>
        </w:tc>
        <w:tc>
          <w:tcPr>
            <w:tcW w:w="5091" w:type="dxa"/>
          </w:tcPr>
          <w:p w14:paraId="3EABFB07" w14:textId="47B2F315" w:rsidR="00521628" w:rsidRPr="00BB1156" w:rsidRDefault="00750A68">
            <w:pPr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P</w:t>
            </w:r>
            <w:r w:rsidR="00521628" w:rsidRPr="00BB1156">
              <w:rPr>
                <w:rFonts w:asciiTheme="majorHAnsi" w:hAnsiTheme="majorHAnsi" w:cstheme="majorHAnsi"/>
                <w:lang w:val="pl-PL"/>
              </w:rPr>
              <w:t>raca grupowa</w:t>
            </w:r>
          </w:p>
        </w:tc>
      </w:tr>
      <w:tr w:rsidR="005143E8" w:rsidRPr="0039213B" w14:paraId="395453B7" w14:textId="77777777" w:rsidTr="007C4DE5">
        <w:tc>
          <w:tcPr>
            <w:tcW w:w="3539" w:type="dxa"/>
          </w:tcPr>
          <w:p w14:paraId="6FB4B884" w14:textId="77777777" w:rsidR="005143E8" w:rsidRPr="00BB1156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Literatura inne źródła</w:t>
            </w:r>
          </w:p>
        </w:tc>
        <w:tc>
          <w:tcPr>
            <w:tcW w:w="5091" w:type="dxa"/>
          </w:tcPr>
          <w:p w14:paraId="1E3A4AA0" w14:textId="2E1DDE43" w:rsidR="0039213B" w:rsidRPr="0039213B" w:rsidRDefault="0039213B" w:rsidP="0039213B">
            <w:pPr>
              <w:rPr>
                <w:rFonts w:asciiTheme="majorHAnsi" w:hAnsiTheme="majorHAnsi" w:cstheme="majorHAnsi"/>
                <w:lang w:val="pl-PL"/>
              </w:rPr>
            </w:pPr>
            <w:hyperlink r:id="rId11" w:history="1">
              <w:r w:rsidRPr="0039213B">
                <w:rPr>
                  <w:rStyle w:val="Hipercze"/>
                  <w:rFonts w:asciiTheme="majorHAnsi" w:hAnsiTheme="majorHAnsi" w:cstheme="majorHAnsi"/>
                  <w:lang w:val="pl-PL"/>
                </w:rPr>
                <w:t>Baza aktów prawnych Unii Europejskiej</w:t>
              </w:r>
            </w:hyperlink>
          </w:p>
          <w:p w14:paraId="3D4DAA47" w14:textId="77777777" w:rsidR="0039213B" w:rsidRPr="0039213B" w:rsidRDefault="0039213B" w:rsidP="0039213B">
            <w:pPr>
              <w:rPr>
                <w:rFonts w:asciiTheme="majorHAnsi" w:hAnsiTheme="majorHAnsi" w:cstheme="majorHAnsi"/>
                <w:vanish/>
                <w:lang w:val="pl-PL"/>
              </w:rPr>
            </w:pPr>
            <w:r w:rsidRPr="0039213B">
              <w:rPr>
                <w:rFonts w:asciiTheme="majorHAnsi" w:hAnsiTheme="majorHAnsi" w:cstheme="majorHAnsi"/>
                <w:vanish/>
                <w:lang w:val="pl-PL"/>
              </w:rPr>
              <w:t>Początek formularza</w:t>
            </w:r>
          </w:p>
          <w:p w14:paraId="03178BA1" w14:textId="444D417B" w:rsidR="00AD043E" w:rsidRPr="00BB1156" w:rsidRDefault="00AD043E">
            <w:pPr>
              <w:rPr>
                <w:rFonts w:asciiTheme="majorHAnsi" w:hAnsiTheme="majorHAnsi" w:cstheme="majorHAnsi"/>
                <w:lang w:val="pl-PL"/>
              </w:rPr>
            </w:pPr>
          </w:p>
        </w:tc>
      </w:tr>
      <w:tr w:rsidR="00521628" w:rsidRPr="0039213B" w14:paraId="6FA66CE5" w14:textId="77777777" w:rsidTr="007C4DE5">
        <w:tc>
          <w:tcPr>
            <w:tcW w:w="3539" w:type="dxa"/>
          </w:tcPr>
          <w:p w14:paraId="731C5E1C" w14:textId="77777777" w:rsidR="00521628" w:rsidRPr="00BB1156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Uwagi dodatkowe</w:t>
            </w:r>
          </w:p>
        </w:tc>
        <w:tc>
          <w:tcPr>
            <w:tcW w:w="5091" w:type="dxa"/>
          </w:tcPr>
          <w:p w14:paraId="225345B8" w14:textId="427C7007" w:rsidR="00521628" w:rsidRPr="00BB1156" w:rsidRDefault="00750A68">
            <w:pPr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 xml:space="preserve">Wykorzystanie edytora tekstu do tworzenia </w:t>
            </w:r>
            <w:proofErr w:type="gramStart"/>
            <w:r w:rsidRPr="00BB1156">
              <w:rPr>
                <w:rFonts w:asciiTheme="majorHAnsi" w:hAnsiTheme="majorHAnsi" w:cstheme="majorHAnsi"/>
                <w:lang w:val="pl-PL"/>
              </w:rPr>
              <w:t>spójnej  dokumentacji</w:t>
            </w:r>
            <w:proofErr w:type="gramEnd"/>
            <w:r w:rsidRPr="00BB1156">
              <w:rPr>
                <w:rFonts w:asciiTheme="majorHAnsi" w:hAnsiTheme="majorHAnsi" w:cstheme="majorHAnsi"/>
                <w:lang w:val="pl-PL"/>
              </w:rPr>
              <w:t xml:space="preserve"> systemowej </w:t>
            </w:r>
          </w:p>
        </w:tc>
      </w:tr>
      <w:tr w:rsidR="005143E8" w:rsidRPr="00BB1156" w14:paraId="7F1AFA56" w14:textId="77777777" w:rsidTr="007C4DE5">
        <w:tc>
          <w:tcPr>
            <w:tcW w:w="3539" w:type="dxa"/>
          </w:tcPr>
          <w:p w14:paraId="5EAC9137" w14:textId="77777777" w:rsidR="005143E8" w:rsidRPr="00BB1156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Załączniki</w:t>
            </w:r>
          </w:p>
        </w:tc>
        <w:tc>
          <w:tcPr>
            <w:tcW w:w="5091" w:type="dxa"/>
          </w:tcPr>
          <w:p w14:paraId="1D4BC6EC" w14:textId="7F9AB84B" w:rsidR="005143E8" w:rsidRPr="00BB1156" w:rsidRDefault="00715A90">
            <w:pPr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Brak</w:t>
            </w:r>
          </w:p>
        </w:tc>
      </w:tr>
    </w:tbl>
    <w:p w14:paraId="4902B4B2" w14:textId="77777777" w:rsidR="00C66032" w:rsidRPr="00BB1156" w:rsidRDefault="00C66032" w:rsidP="00C66032">
      <w:pPr>
        <w:pStyle w:val="Nagwek1"/>
        <w:rPr>
          <w:rFonts w:cstheme="majorHAnsi"/>
          <w:color w:val="auto"/>
          <w:sz w:val="24"/>
          <w:lang w:val="pl-PL"/>
        </w:rPr>
      </w:pPr>
      <w:r w:rsidRPr="00BB1156">
        <w:rPr>
          <w:rFonts w:cstheme="majorHAnsi"/>
          <w:color w:val="auto"/>
          <w:sz w:val="24"/>
          <w:lang w:val="pl-PL"/>
        </w:rPr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C66032" w:rsidRPr="00BB1156" w14:paraId="133D1EB1" w14:textId="77777777" w:rsidTr="007C4DE5">
        <w:tc>
          <w:tcPr>
            <w:tcW w:w="3539" w:type="dxa"/>
          </w:tcPr>
          <w:p w14:paraId="07DAE975" w14:textId="77777777" w:rsidR="00C66032" w:rsidRPr="00BB1156" w:rsidRDefault="00661996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Efekty uczenia się</w:t>
            </w:r>
          </w:p>
        </w:tc>
        <w:tc>
          <w:tcPr>
            <w:tcW w:w="5091" w:type="dxa"/>
          </w:tcPr>
          <w:p w14:paraId="794F61B9" w14:textId="77777777" w:rsidR="00C66032" w:rsidRPr="00BB1156" w:rsidRDefault="00750A68" w:rsidP="001F78B4">
            <w:pPr>
              <w:pStyle w:val="Akapitzlist"/>
              <w:numPr>
                <w:ilvl w:val="0"/>
                <w:numId w:val="14"/>
              </w:numPr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Student potrafi opracować formalne dokumenty zakładowe (np. zarządzenia)</w:t>
            </w:r>
          </w:p>
          <w:p w14:paraId="5C84A6BE" w14:textId="77777777" w:rsidR="00750A68" w:rsidRPr="00BB1156" w:rsidRDefault="00750A68" w:rsidP="001F78B4">
            <w:pPr>
              <w:pStyle w:val="Akapitzlist"/>
              <w:numPr>
                <w:ilvl w:val="0"/>
                <w:numId w:val="14"/>
              </w:numPr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 xml:space="preserve">Student potrafi sporządzić pełną charakterystykę i specyfikację grupy produktów na potrzeby systemu </w:t>
            </w:r>
            <w:proofErr w:type="gramStart"/>
            <w:r w:rsidRPr="00BB1156">
              <w:rPr>
                <w:rFonts w:asciiTheme="majorHAnsi" w:hAnsiTheme="majorHAnsi" w:cstheme="majorHAnsi"/>
                <w:lang w:val="pl-PL"/>
              </w:rPr>
              <w:t>zapewnienia  bezpieczeństwa</w:t>
            </w:r>
            <w:proofErr w:type="gramEnd"/>
            <w:r w:rsidRPr="00BB1156">
              <w:rPr>
                <w:rFonts w:asciiTheme="majorHAnsi" w:hAnsiTheme="majorHAnsi" w:cstheme="majorHAnsi"/>
                <w:lang w:val="pl-PL"/>
              </w:rPr>
              <w:t xml:space="preserve"> żywności</w:t>
            </w:r>
          </w:p>
          <w:p w14:paraId="05F65BB1" w14:textId="77777777" w:rsidR="00750A68" w:rsidRPr="00BB1156" w:rsidRDefault="00750A68" w:rsidP="001F78B4">
            <w:pPr>
              <w:pStyle w:val="Akapitzlist"/>
              <w:numPr>
                <w:ilvl w:val="0"/>
                <w:numId w:val="14"/>
              </w:numPr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Student zna strukturę i podział ról w Zespole ds. HACCP</w:t>
            </w:r>
          </w:p>
          <w:p w14:paraId="743AEA58" w14:textId="605E5C4C" w:rsidR="00750A68" w:rsidRPr="00BB1156" w:rsidRDefault="00750A68" w:rsidP="008A6413">
            <w:pPr>
              <w:rPr>
                <w:rFonts w:asciiTheme="majorHAnsi" w:hAnsiTheme="majorHAnsi" w:cstheme="majorHAnsi"/>
                <w:lang w:val="pl-PL"/>
              </w:rPr>
            </w:pPr>
          </w:p>
        </w:tc>
      </w:tr>
      <w:tr w:rsidR="00C66032" w:rsidRPr="0039213B" w14:paraId="049A8BA3" w14:textId="77777777" w:rsidTr="007C4DE5">
        <w:tc>
          <w:tcPr>
            <w:tcW w:w="3539" w:type="dxa"/>
          </w:tcPr>
          <w:p w14:paraId="2ACF355C" w14:textId="77777777" w:rsidR="00C66032" w:rsidRPr="00BB1156" w:rsidRDefault="00661996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Metody weryfikacji efektów uczenia się</w:t>
            </w:r>
          </w:p>
        </w:tc>
        <w:tc>
          <w:tcPr>
            <w:tcW w:w="5091" w:type="dxa"/>
          </w:tcPr>
          <w:p w14:paraId="59DF3727" w14:textId="426169AA" w:rsidR="001F78B4" w:rsidRPr="00BB1156" w:rsidRDefault="001F78B4" w:rsidP="00340E7C">
            <w:pPr>
              <w:pStyle w:val="Akapitzlist"/>
              <w:numPr>
                <w:ilvl w:val="0"/>
                <w:numId w:val="15"/>
              </w:numPr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Ocena poprawności formalnej i merytorycznej przygotowanego fragmentu dokumentacji systemu HACCP</w:t>
            </w:r>
          </w:p>
          <w:p w14:paraId="08C412DC" w14:textId="1E1D9748" w:rsidR="001F78B4" w:rsidRPr="00BB1156" w:rsidRDefault="001F78B4" w:rsidP="00340E7C">
            <w:pPr>
              <w:pStyle w:val="Akapitzlist"/>
              <w:numPr>
                <w:ilvl w:val="0"/>
                <w:numId w:val="15"/>
              </w:numPr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Aktywny udział w dyskusji oraz odpowiedzi na pytania kontroln</w:t>
            </w:r>
            <w:r w:rsidR="00AD043E" w:rsidRPr="00BB1156">
              <w:rPr>
                <w:rFonts w:asciiTheme="majorHAnsi" w:hAnsiTheme="majorHAnsi" w:cstheme="majorHAnsi"/>
                <w:lang w:val="pl-PL"/>
              </w:rPr>
              <w:t>e</w:t>
            </w:r>
          </w:p>
          <w:p w14:paraId="6A3EC1B7" w14:textId="58FE4874" w:rsidR="00C66032" w:rsidRPr="00BB1156" w:rsidRDefault="00C66032" w:rsidP="008A6413">
            <w:pPr>
              <w:rPr>
                <w:rFonts w:asciiTheme="majorHAnsi" w:hAnsiTheme="majorHAnsi" w:cstheme="majorHAnsi"/>
                <w:lang w:val="pl-PL"/>
              </w:rPr>
            </w:pPr>
          </w:p>
        </w:tc>
      </w:tr>
    </w:tbl>
    <w:p w14:paraId="37EB8CE2" w14:textId="77777777" w:rsidR="00C66032" w:rsidRPr="00BB1156" w:rsidRDefault="004B726D" w:rsidP="004B726D">
      <w:pPr>
        <w:pStyle w:val="Nagwek1"/>
        <w:rPr>
          <w:rFonts w:cstheme="majorHAnsi"/>
          <w:color w:val="auto"/>
          <w:sz w:val="24"/>
          <w:lang w:val="pl-PL"/>
        </w:rPr>
      </w:pPr>
      <w:r w:rsidRPr="00BB1156">
        <w:rPr>
          <w:rFonts w:cstheme="majorHAnsi"/>
          <w:color w:val="auto"/>
          <w:sz w:val="24"/>
          <w:lang w:val="pl-PL"/>
        </w:rPr>
        <w:t>Autorstwo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B726D" w:rsidRPr="00BB1156" w14:paraId="3199FF2A" w14:textId="77777777" w:rsidTr="007C4DE5">
        <w:tc>
          <w:tcPr>
            <w:tcW w:w="3539" w:type="dxa"/>
          </w:tcPr>
          <w:p w14:paraId="62889B6E" w14:textId="77777777" w:rsidR="004B726D" w:rsidRPr="00BB1156" w:rsidRDefault="00661996" w:rsidP="00D67957">
            <w:pPr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Autor scenariusza</w:t>
            </w:r>
          </w:p>
        </w:tc>
        <w:tc>
          <w:tcPr>
            <w:tcW w:w="5091" w:type="dxa"/>
          </w:tcPr>
          <w:p w14:paraId="2DBFC94B" w14:textId="67423CA7" w:rsidR="004B726D" w:rsidRPr="00BB1156" w:rsidRDefault="00750A68" w:rsidP="00D67957">
            <w:pPr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 xml:space="preserve">Dr hab. Aleksandra Szydłowska </w:t>
            </w:r>
          </w:p>
        </w:tc>
      </w:tr>
      <w:tr w:rsidR="004B726D" w:rsidRPr="00BB1156" w14:paraId="693209D6" w14:textId="77777777" w:rsidTr="007C4DE5">
        <w:tc>
          <w:tcPr>
            <w:tcW w:w="3539" w:type="dxa"/>
          </w:tcPr>
          <w:p w14:paraId="7BDEBB95" w14:textId="77777777" w:rsidR="004B726D" w:rsidRPr="00BB1156" w:rsidRDefault="00661996" w:rsidP="00D67957">
            <w:pPr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Autor załączników</w:t>
            </w:r>
          </w:p>
        </w:tc>
        <w:tc>
          <w:tcPr>
            <w:tcW w:w="5091" w:type="dxa"/>
          </w:tcPr>
          <w:p w14:paraId="2ACF2E5A" w14:textId="6C9390ED" w:rsidR="004B726D" w:rsidRPr="00BB1156" w:rsidRDefault="00715A90" w:rsidP="00D67957">
            <w:pPr>
              <w:rPr>
                <w:rFonts w:asciiTheme="majorHAnsi" w:hAnsiTheme="majorHAnsi" w:cstheme="majorHAnsi"/>
                <w:lang w:val="pl-PL"/>
              </w:rPr>
            </w:pPr>
            <w:r w:rsidRPr="00BB1156">
              <w:rPr>
                <w:rFonts w:asciiTheme="majorHAnsi" w:hAnsiTheme="majorHAnsi" w:cstheme="majorHAnsi"/>
                <w:lang w:val="pl-PL"/>
              </w:rPr>
              <w:t>-</w:t>
            </w:r>
          </w:p>
        </w:tc>
      </w:tr>
    </w:tbl>
    <w:p w14:paraId="3FB03A19" w14:textId="77777777" w:rsidR="004B726D" w:rsidRPr="00BB1156" w:rsidRDefault="004B726D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</w:p>
    <w:p w14:paraId="66B1A560" w14:textId="77777777" w:rsidR="00515281" w:rsidRPr="00BB1156" w:rsidRDefault="00515281" w:rsidP="00515281">
      <w:pPr>
        <w:spacing w:after="160" w:line="259" w:lineRule="auto"/>
      </w:pPr>
      <w:r w:rsidRPr="00BB1156">
        <w:t>CC BY 4.0</w:t>
      </w:r>
    </w:p>
    <w:p w14:paraId="48223AFA" w14:textId="77777777" w:rsidR="00515281" w:rsidRPr="00BB1156" w:rsidRDefault="00515281" w:rsidP="00515281">
      <w:pPr>
        <w:spacing w:after="160" w:line="259" w:lineRule="auto"/>
        <w:rPr>
          <w:lang w:val="pl-PL"/>
        </w:rPr>
      </w:pPr>
      <w:r w:rsidRPr="00BB1156">
        <w:rPr>
          <w:lang w:val="pl-PL"/>
        </w:rPr>
        <w:lastRenderedPageBreak/>
        <w:t xml:space="preserve">Materiał jest udostępniony na licencji Creative </w:t>
      </w:r>
      <w:proofErr w:type="spellStart"/>
      <w:r w:rsidRPr="00BB1156">
        <w:rPr>
          <w:lang w:val="pl-PL"/>
        </w:rPr>
        <w:t>Commons</w:t>
      </w:r>
      <w:proofErr w:type="spellEnd"/>
      <w:r w:rsidRPr="00BB1156">
        <w:rPr>
          <w:lang w:val="pl-PL"/>
        </w:rPr>
        <w:t xml:space="preserve"> Uznanie autorstwa CC BY 4.0</w:t>
      </w:r>
    </w:p>
    <w:p w14:paraId="643D6042" w14:textId="77777777" w:rsidR="00515281" w:rsidRPr="00BB1156" w:rsidRDefault="00515281" w:rsidP="00515281">
      <w:pPr>
        <w:spacing w:after="160" w:line="259" w:lineRule="auto"/>
        <w:rPr>
          <w:lang w:val="pl-PL"/>
        </w:rPr>
      </w:pPr>
      <w:hyperlink r:id="rId12" w:history="1">
        <w:r w:rsidRPr="00BB1156">
          <w:rPr>
            <w:rStyle w:val="Hipercze"/>
            <w:color w:val="auto"/>
            <w:lang w:val="pl-PL"/>
          </w:rPr>
          <w:t>https://creativecommons.org/licenses/by/4.0/deed.pl</w:t>
        </w:r>
      </w:hyperlink>
    </w:p>
    <w:p w14:paraId="21A2C335" w14:textId="77777777" w:rsidR="00515281" w:rsidRPr="00BB1156" w:rsidRDefault="00515281" w:rsidP="00515281">
      <w:pPr>
        <w:spacing w:after="160" w:line="259" w:lineRule="auto"/>
        <w:rPr>
          <w:lang w:val="pl-PL"/>
        </w:rPr>
      </w:pPr>
      <w:r w:rsidRPr="00BB1156">
        <w:rPr>
          <w:lang w:val="pl-PL"/>
        </w:rPr>
        <w:t xml:space="preserve">Materiał opracowany w związku z realizacją projektu „Zrównoważony Kampus SGGW - kształcenie na rzecz branż </w:t>
      </w:r>
      <w:proofErr w:type="gramStart"/>
      <w:r w:rsidRPr="00BB1156">
        <w:rPr>
          <w:lang w:val="pl-PL"/>
        </w:rPr>
        <w:t>kluczowych ”</w:t>
      </w:r>
      <w:proofErr w:type="gramEnd"/>
      <w:r w:rsidRPr="00BB1156">
        <w:rPr>
          <w:lang w:val="pl-PL"/>
        </w:rPr>
        <w:t xml:space="preserve"> nr FERS.01.05-IP.08-0067/23 </w:t>
      </w:r>
    </w:p>
    <w:p w14:paraId="7C278C10" w14:textId="77777777" w:rsidR="00515281" w:rsidRPr="00BB1156" w:rsidRDefault="00515281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</w:p>
    <w:sectPr w:rsidR="00515281" w:rsidRPr="00BB1156" w:rsidSect="00034616">
      <w:headerReference w:type="default" r:id="rId13"/>
      <w:footerReference w:type="default" r:id="rId1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7CA492" w14:textId="77777777" w:rsidR="003F3014" w:rsidRDefault="003F3014" w:rsidP="00521628">
      <w:pPr>
        <w:spacing w:after="0" w:line="240" w:lineRule="auto"/>
      </w:pPr>
      <w:r>
        <w:separator/>
      </w:r>
    </w:p>
  </w:endnote>
  <w:endnote w:type="continuationSeparator" w:id="0">
    <w:p w14:paraId="5475729B" w14:textId="77777777" w:rsidR="003F3014" w:rsidRDefault="003F3014" w:rsidP="0052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799EE" w14:textId="77777777" w:rsidR="00521628" w:rsidRPr="00612384" w:rsidRDefault="00521628">
    <w:pPr>
      <w:pStyle w:val="Stopka"/>
      <w:rPr>
        <w:sz w:val="24"/>
        <w:szCs w:val="24"/>
        <w:lang w:val="pl-PL"/>
      </w:rPr>
    </w:pPr>
    <w:r w:rsidRPr="00612384">
      <w:rPr>
        <w:rFonts w:ascii="Calibri" w:eastAsia="Calibri" w:hAnsi="Calibri" w:cs="Calibri"/>
        <w:sz w:val="24"/>
        <w:szCs w:val="24"/>
        <w:lang w:val="pl-PL"/>
      </w:rPr>
      <w:t>Projekt współfinansowany z Europejskiego Funduszu Społecznego Plus w ramach Programu Fundusze Europejskie dla Rozwoju Społecznego 2021-2027,</w:t>
    </w:r>
    <w:r w:rsidRPr="00612384">
      <w:rPr>
        <w:rFonts w:ascii="Calibri" w:eastAsia="Calibri" w:hAnsi="Calibri" w:cs="Calibri"/>
        <w:sz w:val="24"/>
        <w:szCs w:val="24"/>
        <w:lang w:val="pl-PL"/>
      </w:rPr>
      <w:br/>
      <w:t>Priorytet 1 Umiejętności, Działanie 01.05 Umiejętności w szkolnictwie wyższym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10D5B8" w14:textId="77777777" w:rsidR="003F3014" w:rsidRDefault="003F3014" w:rsidP="00521628">
      <w:pPr>
        <w:spacing w:after="0" w:line="240" w:lineRule="auto"/>
      </w:pPr>
      <w:r>
        <w:separator/>
      </w:r>
    </w:p>
  </w:footnote>
  <w:footnote w:type="continuationSeparator" w:id="0">
    <w:p w14:paraId="6A25A671" w14:textId="77777777" w:rsidR="003F3014" w:rsidRDefault="003F3014" w:rsidP="00521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90A87" w14:textId="77777777" w:rsidR="00521628" w:rsidRDefault="00521628" w:rsidP="00521628">
    <w:pPr>
      <w:pStyle w:val="Nagwek"/>
      <w:ind w:left="-1560"/>
    </w:pPr>
    <w:r>
      <w:rPr>
        <w:noProof/>
        <w:lang w:val="pl-PL" w:eastAsia="pl-PL"/>
      </w:rPr>
      <w:drawing>
        <wp:inline distT="0" distB="0" distL="0" distR="0" wp14:anchorId="0F8DAFF8" wp14:editId="6D8887EE">
          <wp:extent cx="7322185" cy="487680"/>
          <wp:effectExtent l="0" t="0" r="0" b="7620"/>
          <wp:docPr id="10" name="Obraz 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2E553E0"/>
    <w:multiLevelType w:val="hybridMultilevel"/>
    <w:tmpl w:val="786C5A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F92939"/>
    <w:multiLevelType w:val="hybridMultilevel"/>
    <w:tmpl w:val="44D645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7A3D3B"/>
    <w:multiLevelType w:val="hybridMultilevel"/>
    <w:tmpl w:val="5BFE8A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152E29"/>
    <w:multiLevelType w:val="hybridMultilevel"/>
    <w:tmpl w:val="3274F0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ED2297"/>
    <w:multiLevelType w:val="hybridMultilevel"/>
    <w:tmpl w:val="5C4653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0A018E"/>
    <w:multiLevelType w:val="hybridMultilevel"/>
    <w:tmpl w:val="BF9427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8858444">
    <w:abstractNumId w:val="8"/>
  </w:num>
  <w:num w:numId="2" w16cid:durableId="1111775706">
    <w:abstractNumId w:val="6"/>
  </w:num>
  <w:num w:numId="3" w16cid:durableId="1640456131">
    <w:abstractNumId w:val="5"/>
  </w:num>
  <w:num w:numId="4" w16cid:durableId="2131583230">
    <w:abstractNumId w:val="4"/>
  </w:num>
  <w:num w:numId="5" w16cid:durableId="1445611056">
    <w:abstractNumId w:val="7"/>
  </w:num>
  <w:num w:numId="6" w16cid:durableId="1724137728">
    <w:abstractNumId w:val="3"/>
  </w:num>
  <w:num w:numId="7" w16cid:durableId="1282685380">
    <w:abstractNumId w:val="2"/>
  </w:num>
  <w:num w:numId="8" w16cid:durableId="987589147">
    <w:abstractNumId w:val="1"/>
  </w:num>
  <w:num w:numId="9" w16cid:durableId="872038840">
    <w:abstractNumId w:val="0"/>
  </w:num>
  <w:num w:numId="10" w16cid:durableId="2067145259">
    <w:abstractNumId w:val="10"/>
  </w:num>
  <w:num w:numId="11" w16cid:durableId="1649944612">
    <w:abstractNumId w:val="11"/>
  </w:num>
  <w:num w:numId="12" w16cid:durableId="625159072">
    <w:abstractNumId w:val="13"/>
  </w:num>
  <w:num w:numId="13" w16cid:durableId="968782687">
    <w:abstractNumId w:val="9"/>
  </w:num>
  <w:num w:numId="14" w16cid:durableId="821852851">
    <w:abstractNumId w:val="12"/>
  </w:num>
  <w:num w:numId="15" w16cid:durableId="92395799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0AA"/>
    <w:rsid w:val="00034616"/>
    <w:rsid w:val="0003547C"/>
    <w:rsid w:val="0006063C"/>
    <w:rsid w:val="00077043"/>
    <w:rsid w:val="000851D8"/>
    <w:rsid w:val="00091956"/>
    <w:rsid w:val="000E633D"/>
    <w:rsid w:val="000F1F39"/>
    <w:rsid w:val="001210B4"/>
    <w:rsid w:val="001355BA"/>
    <w:rsid w:val="0014086C"/>
    <w:rsid w:val="0015074B"/>
    <w:rsid w:val="00187C3E"/>
    <w:rsid w:val="001B6CFF"/>
    <w:rsid w:val="001C2198"/>
    <w:rsid w:val="001D2B22"/>
    <w:rsid w:val="001F78B4"/>
    <w:rsid w:val="00222E85"/>
    <w:rsid w:val="00224AE9"/>
    <w:rsid w:val="00226E37"/>
    <w:rsid w:val="0029639D"/>
    <w:rsid w:val="002B1689"/>
    <w:rsid w:val="002F0DA9"/>
    <w:rsid w:val="002F6513"/>
    <w:rsid w:val="00326F90"/>
    <w:rsid w:val="003340A2"/>
    <w:rsid w:val="00340E7C"/>
    <w:rsid w:val="00362389"/>
    <w:rsid w:val="003628CD"/>
    <w:rsid w:val="0039213B"/>
    <w:rsid w:val="003A00FB"/>
    <w:rsid w:val="003B5B98"/>
    <w:rsid w:val="003F3014"/>
    <w:rsid w:val="00433558"/>
    <w:rsid w:val="0044797C"/>
    <w:rsid w:val="004A180A"/>
    <w:rsid w:val="004B726D"/>
    <w:rsid w:val="004E79EF"/>
    <w:rsid w:val="004F0072"/>
    <w:rsid w:val="005143E8"/>
    <w:rsid w:val="00515281"/>
    <w:rsid w:val="00521628"/>
    <w:rsid w:val="0058212E"/>
    <w:rsid w:val="00596008"/>
    <w:rsid w:val="005C39B5"/>
    <w:rsid w:val="00612384"/>
    <w:rsid w:val="00661996"/>
    <w:rsid w:val="006B676A"/>
    <w:rsid w:val="006B724A"/>
    <w:rsid w:val="006B7F40"/>
    <w:rsid w:val="00715A90"/>
    <w:rsid w:val="00750A68"/>
    <w:rsid w:val="007B621E"/>
    <w:rsid w:val="007C4DE5"/>
    <w:rsid w:val="007D0F9A"/>
    <w:rsid w:val="00825DA9"/>
    <w:rsid w:val="00834DE3"/>
    <w:rsid w:val="0092286B"/>
    <w:rsid w:val="00944708"/>
    <w:rsid w:val="00947699"/>
    <w:rsid w:val="00975943"/>
    <w:rsid w:val="00976B8B"/>
    <w:rsid w:val="00A66FA1"/>
    <w:rsid w:val="00AA1D8D"/>
    <w:rsid w:val="00AA4C17"/>
    <w:rsid w:val="00AC1286"/>
    <w:rsid w:val="00AD043E"/>
    <w:rsid w:val="00B1261B"/>
    <w:rsid w:val="00B42CCE"/>
    <w:rsid w:val="00B47730"/>
    <w:rsid w:val="00B70101"/>
    <w:rsid w:val="00B734AA"/>
    <w:rsid w:val="00BA383D"/>
    <w:rsid w:val="00BA4DD9"/>
    <w:rsid w:val="00BB1156"/>
    <w:rsid w:val="00BE192A"/>
    <w:rsid w:val="00BE50AA"/>
    <w:rsid w:val="00C04DF8"/>
    <w:rsid w:val="00C3691F"/>
    <w:rsid w:val="00C5174D"/>
    <w:rsid w:val="00C551F5"/>
    <w:rsid w:val="00C66032"/>
    <w:rsid w:val="00C702AD"/>
    <w:rsid w:val="00C7498F"/>
    <w:rsid w:val="00C76602"/>
    <w:rsid w:val="00C90D7A"/>
    <w:rsid w:val="00CB0664"/>
    <w:rsid w:val="00CD292D"/>
    <w:rsid w:val="00D054A7"/>
    <w:rsid w:val="00D64982"/>
    <w:rsid w:val="00DD46EF"/>
    <w:rsid w:val="00E20C95"/>
    <w:rsid w:val="00E316F3"/>
    <w:rsid w:val="00EA513A"/>
    <w:rsid w:val="00EB3EE1"/>
    <w:rsid w:val="00EB6BE9"/>
    <w:rsid w:val="00F039F5"/>
    <w:rsid w:val="00F328A1"/>
    <w:rsid w:val="00F34420"/>
    <w:rsid w:val="00F64836"/>
    <w:rsid w:val="00F97B8A"/>
    <w:rsid w:val="00FC693F"/>
    <w:rsid w:val="00FD3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C066D40"/>
  <w14:defaultImageDpi w14:val="300"/>
  <w15:docId w15:val="{06107455-5B7E-476B-B197-2FEB638C2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</w:style>
  <w:style w:type="paragraph" w:styleId="Nagwek1">
    <w:name w:val="heading 1"/>
    <w:basedOn w:val="Normalny"/>
    <w:next w:val="Normalny"/>
    <w:link w:val="Nagwek1Znak"/>
    <w:uiPriority w:val="9"/>
    <w:qFormat/>
    <w:rsid w:val="001408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14086C"/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515281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D043E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25D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9"/>
    <w:rPr>
      <w:rFonts w:ascii="Tahoma" w:hAnsi="Tahoma" w:cs="Tahoma"/>
      <w:sz w:val="16"/>
      <w:szCs w:val="16"/>
    </w:rPr>
  </w:style>
  <w:style w:type="character" w:styleId="UyteHipercze">
    <w:name w:val="FollowedHyperlink"/>
    <w:basedOn w:val="Domylnaczcionkaakapitu"/>
    <w:uiPriority w:val="99"/>
    <w:semiHidden/>
    <w:unhideWhenUsed/>
    <w:rsid w:val="0039213B"/>
    <w:rPr>
      <w:color w:val="800080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921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reativecommons.org/licenses/by/4.0/deed.p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ur-lex.europa.eu/homepage.html?locale=p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FERS%201\scenariusze\scenariusz%20zaj&#281;&#263;%20nr%20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C5B7CEEC9953459AA7635A9F264111" ma:contentTypeVersion="4" ma:contentTypeDescription="Utwórz nowy dokument." ma:contentTypeScope="" ma:versionID="fbe430c388abe1d48ad925f0c9fa709b">
  <xsd:schema xmlns:xsd="http://www.w3.org/2001/XMLSchema" xmlns:xs="http://www.w3.org/2001/XMLSchema" xmlns:p="http://schemas.microsoft.com/office/2006/metadata/properties" xmlns:ns2="51674ba1-e637-49a1-9acf-be75e179f9ea" targetNamespace="http://schemas.microsoft.com/office/2006/metadata/properties" ma:root="true" ma:fieldsID="d97095d76de6756cd2dba7889f93f341" ns2:_="">
    <xsd:import namespace="51674ba1-e637-49a1-9acf-be75e179f9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74ba1-e637-49a1-9acf-be75e179f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051F0C-D07D-4168-AFD3-584B1086A2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3B05CAC-DD5C-45E1-9A28-36E78B9B188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00AFEB2-2DB6-4C6A-A8F2-F6C8E02D73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74ba1-e637-49a1-9acf-be75e179f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E03E3A8-1D99-4CBD-A258-32CB996A31A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scenariusz zajęć nr 1</Template>
  <TotalTime>0</TotalTime>
  <Pages>4</Pages>
  <Words>754</Words>
  <Characters>4526</Characters>
  <Application>Microsoft Office Word</Application>
  <DocSecurity>0</DocSecurity>
  <Lines>37</Lines>
  <Paragraphs>10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5270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Szydłowska</dc:creator>
  <cp:keywords/>
  <dc:description>generated by python-docx</dc:description>
  <cp:lastModifiedBy>Beata Grzesiak</cp:lastModifiedBy>
  <cp:revision>2</cp:revision>
  <dcterms:created xsi:type="dcterms:W3CDTF">2026-10-15T08:40:00Z</dcterms:created>
  <dcterms:modified xsi:type="dcterms:W3CDTF">2026-10-15T08:40:00Z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59b8a48e-2176-49c6-af3d-79a896c5d834</vt:lpwstr>
  </property>
  <property fmtid="{D5CDD505-2E9C-101B-9397-08002B2CF9AE}" pid="3" name="ContentTypeId">
    <vt:lpwstr>0x010100FFC5B7CEEC9953459AA7635A9F264111</vt:lpwstr>
  </property>
</Properties>
</file>