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Pr="007F04F9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</w:pPr>
      <w:r w:rsidRPr="007F04F9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SCENARIUSZ ZAJĘĆ </w:t>
      </w:r>
      <w:r w:rsidRPr="007F04F9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7F04F9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7F04F9">
        <w:rPr>
          <w:rStyle w:val="normaltextrun"/>
          <w:rFonts w:ascii="Calibri" w:hAnsi="Calibri" w:cs="Calibri"/>
          <w:color w:val="000000"/>
          <w:shd w:val="clear" w:color="auto" w:fill="FFFFFF"/>
          <w:lang w:val="pl-PL"/>
        </w:rPr>
        <w:t>realizowany w ramach projektu: </w:t>
      </w:r>
      <w:r w:rsidRPr="007F04F9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7F04F9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7F04F9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„</w:t>
      </w:r>
      <w:proofErr w:type="spellStart"/>
      <w:r w:rsidRPr="007F04F9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GreenTechEducation</w:t>
      </w:r>
      <w:proofErr w:type="spellEnd"/>
      <w:r w:rsidRPr="007F04F9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 – SGGW dla gospodarki przyszłości” nr umowy: FERS.01.05-IP.08-0330/23-00</w:t>
      </w:r>
      <w:r w:rsidRPr="007F04F9"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  <w:t> </w:t>
      </w:r>
    </w:p>
    <w:p w14:paraId="4D049BA5" w14:textId="0806DEF4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ogólne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r w:rsidRPr="4549D576">
              <w:rPr>
                <w:rFonts w:ascii="Calibri" w:eastAsia="Calibri" w:hAnsi="Calibri" w:cs="Calibri"/>
              </w:rPr>
              <w:t>Przedmiot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1502765B" w:rsidR="4549D576" w:rsidRPr="007F04F9" w:rsidRDefault="007F04F9" w:rsidP="4549D576">
            <w:pPr>
              <w:rPr>
                <w:b/>
                <w:bCs/>
              </w:rPr>
            </w:pPr>
            <w:proofErr w:type="spellStart"/>
            <w:r w:rsidRPr="007F04F9">
              <w:rPr>
                <w:rFonts w:ascii="Calibri" w:eastAsia="Calibri" w:hAnsi="Calibri" w:cs="Calibri"/>
                <w:b/>
                <w:bCs/>
              </w:rPr>
              <w:t>Rachunek</w:t>
            </w:r>
            <w:proofErr w:type="spellEnd"/>
            <w:r w:rsidRPr="007F04F9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007F04F9">
              <w:rPr>
                <w:rFonts w:ascii="Calibri" w:eastAsia="Calibri" w:hAnsi="Calibri" w:cs="Calibri"/>
                <w:b/>
                <w:bCs/>
              </w:rPr>
              <w:t>kosztów</w:t>
            </w:r>
            <w:proofErr w:type="spellEnd"/>
            <w:r w:rsidRPr="007F04F9">
              <w:rPr>
                <w:rFonts w:ascii="Calibri" w:eastAsia="Calibri" w:hAnsi="Calibri" w:cs="Calibri"/>
                <w:b/>
                <w:bCs/>
              </w:rPr>
              <w:t xml:space="preserve"> w </w:t>
            </w:r>
            <w:proofErr w:type="spellStart"/>
            <w:r w:rsidRPr="007F04F9">
              <w:rPr>
                <w:rFonts w:ascii="Calibri" w:eastAsia="Calibri" w:hAnsi="Calibri" w:cs="Calibri"/>
                <w:b/>
                <w:bCs/>
              </w:rPr>
              <w:t>logistyce</w:t>
            </w:r>
            <w:proofErr w:type="spellEnd"/>
          </w:p>
        </w:tc>
      </w:tr>
      <w:tr w:rsidR="4549D57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r w:rsidRPr="4549D576">
              <w:rPr>
                <w:rFonts w:ascii="Calibri" w:eastAsia="Calibri" w:hAnsi="Calibri" w:cs="Calibri"/>
              </w:rPr>
              <w:t>Kierunek studiów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65980B9D" w:rsidR="4549D576" w:rsidRPr="007F04F9" w:rsidRDefault="007F04F9" w:rsidP="4549D576">
            <w:pPr>
              <w:rPr>
                <w:b/>
                <w:bCs/>
              </w:rPr>
            </w:pPr>
            <w:r w:rsidRPr="007F04F9">
              <w:rPr>
                <w:rFonts w:ascii="Calibri" w:eastAsia="Calibri" w:hAnsi="Calibri" w:cs="Calibri"/>
                <w:b/>
                <w:bCs/>
              </w:rPr>
              <w:t>Logistyka</w:t>
            </w:r>
          </w:p>
        </w:tc>
      </w:tr>
      <w:tr w:rsidR="4549D576" w:rsidRPr="007F04F9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Poziom studiów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20367E4D" w:rsidR="4549D576" w:rsidRPr="007F04F9" w:rsidRDefault="4549D576" w:rsidP="4549D576">
            <w:pPr>
              <w:rPr>
                <w:b/>
                <w:bCs/>
                <w:lang w:val="pl-PL"/>
              </w:rPr>
            </w:pPr>
            <w:r w:rsidRPr="007F04F9">
              <w:rPr>
                <w:rFonts w:ascii="Calibri" w:eastAsia="Calibri" w:hAnsi="Calibri" w:cs="Calibri"/>
                <w:b/>
                <w:bCs/>
                <w:lang w:val="pl-PL"/>
              </w:rPr>
              <w:t>II stopnia</w:t>
            </w:r>
          </w:p>
        </w:tc>
      </w:tr>
      <w:tr w:rsidR="4549D57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Semestr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24DC3DE0" w:rsidR="4549D576" w:rsidRDefault="007F04F9" w:rsidP="4549D576">
            <w:r>
              <w:rPr>
                <w:rFonts w:ascii="Calibri" w:eastAsia="Calibri" w:hAnsi="Calibri" w:cs="Calibri"/>
              </w:rPr>
              <w:t xml:space="preserve">1 </w:t>
            </w:r>
            <w:proofErr w:type="spellStart"/>
            <w:r>
              <w:rPr>
                <w:rFonts w:ascii="Calibri" w:eastAsia="Calibri" w:hAnsi="Calibri" w:cs="Calibri"/>
              </w:rPr>
              <w:t>semestr</w:t>
            </w:r>
            <w:proofErr w:type="spellEnd"/>
          </w:p>
        </w:tc>
      </w:tr>
      <w:tr w:rsidR="4549D576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Jednostka organizacyjna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202660E6" w:rsidR="4549D576" w:rsidRPr="007F04F9" w:rsidRDefault="007F04F9" w:rsidP="4549D576">
            <w:pPr>
              <w:rPr>
                <w:b/>
                <w:bCs/>
              </w:rPr>
            </w:pPr>
            <w:r w:rsidRPr="007F04F9">
              <w:rPr>
                <w:rFonts w:ascii="Calibri" w:eastAsia="Calibri" w:hAnsi="Calibri" w:cs="Calibri"/>
                <w:b/>
                <w:bCs/>
              </w:rPr>
              <w:t>Instytut Ekonomii I Finansów</w:t>
            </w:r>
          </w:p>
        </w:tc>
      </w:tr>
      <w:tr w:rsidR="4549D57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(łącznie):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43DCB367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7F04F9">
              <w:rPr>
                <w:rFonts w:ascii="Calibri" w:eastAsia="Calibri" w:hAnsi="Calibri" w:cs="Calibri"/>
              </w:rPr>
              <w:t>45</w:t>
            </w:r>
          </w:p>
        </w:tc>
      </w:tr>
      <w:tr w:rsidR="4549D57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r w:rsidRPr="4549D576">
              <w:rPr>
                <w:rFonts w:ascii="Calibri" w:eastAsia="Calibri" w:hAnsi="Calibri" w:cs="Calibri"/>
              </w:rPr>
              <w:t>Liczba scenariuszy w przedmiocie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00C2D749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7F04F9">
              <w:rPr>
                <w:rFonts w:ascii="Calibri" w:eastAsia="Calibri" w:hAnsi="Calibri" w:cs="Calibri"/>
              </w:rPr>
              <w:t>1</w:t>
            </w:r>
          </w:p>
        </w:tc>
      </w:tr>
      <w:tr w:rsidR="4549D57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wykładów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516A0040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7F04F9">
              <w:rPr>
                <w:rFonts w:ascii="Calibri" w:eastAsia="Calibri" w:hAnsi="Calibri" w:cs="Calibri"/>
              </w:rPr>
              <w:t>15</w:t>
            </w:r>
          </w:p>
        </w:tc>
      </w:tr>
      <w:tr w:rsidR="4549D57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ćwiczeń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7805F0B1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7F04F9">
              <w:rPr>
                <w:rFonts w:ascii="Calibri" w:eastAsia="Calibri" w:hAnsi="Calibri" w:cs="Calibri"/>
              </w:rPr>
              <w:t>30</w:t>
            </w:r>
          </w:p>
        </w:tc>
      </w:tr>
      <w:tr w:rsidR="4549D57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r w:rsidRPr="4549D576">
              <w:rPr>
                <w:rFonts w:ascii="Calibri" w:eastAsia="Calibri" w:hAnsi="Calibri" w:cs="Calibri"/>
              </w:rPr>
              <w:t>Liczba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559FEE4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863834">
              <w:rPr>
                <w:rFonts w:ascii="Calibri" w:eastAsia="Calibri" w:hAnsi="Calibri" w:cs="Calibri"/>
              </w:rPr>
              <w:t>4</w:t>
            </w:r>
          </w:p>
        </w:tc>
      </w:tr>
      <w:tr w:rsidR="4549D576" w:rsidRPr="009C6F44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r w:rsidRPr="4549D576">
              <w:rPr>
                <w:rFonts w:ascii="Calibri" w:eastAsia="Calibri" w:hAnsi="Calibri" w:cs="Calibri"/>
              </w:rPr>
              <w:t>Koordynator przedmiotu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056AE96E" w:rsidR="4549D576" w:rsidRPr="007F04F9" w:rsidRDefault="4549D576" w:rsidP="4549D576">
            <w:pPr>
              <w:rPr>
                <w:lang w:val="pl-PL"/>
              </w:rPr>
            </w:pPr>
            <w:r w:rsidRPr="007F04F9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7F04F9" w:rsidRPr="007F04F9">
              <w:rPr>
                <w:rFonts w:ascii="Calibri" w:eastAsia="Calibri" w:hAnsi="Calibri" w:cs="Calibri"/>
                <w:lang w:val="pl-PL"/>
              </w:rPr>
              <w:t xml:space="preserve">Dr hab. </w:t>
            </w:r>
            <w:r w:rsidR="007F04F9">
              <w:rPr>
                <w:rFonts w:ascii="Calibri" w:eastAsia="Calibri" w:hAnsi="Calibri" w:cs="Calibri"/>
                <w:lang w:val="pl-PL"/>
              </w:rPr>
              <w:t>i</w:t>
            </w:r>
            <w:r w:rsidR="007F04F9" w:rsidRPr="007F04F9">
              <w:rPr>
                <w:rFonts w:ascii="Calibri" w:eastAsia="Calibri" w:hAnsi="Calibri" w:cs="Calibri"/>
                <w:lang w:val="pl-PL"/>
              </w:rPr>
              <w:t>nż. Elżbieta S</w:t>
            </w:r>
            <w:r w:rsidR="007F04F9">
              <w:rPr>
                <w:rFonts w:ascii="Calibri" w:eastAsia="Calibri" w:hAnsi="Calibri" w:cs="Calibri"/>
                <w:lang w:val="pl-PL"/>
              </w:rPr>
              <w:t>zymańska, prof. SGGW</w:t>
            </w:r>
          </w:p>
        </w:tc>
      </w:tr>
    </w:tbl>
    <w:p w14:paraId="6B2CB23D" w14:textId="3B74215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Default="4549D576" w:rsidP="4549D576">
            <w:r w:rsidRPr="4549D576">
              <w:rPr>
                <w:rFonts w:ascii="Calibri" w:eastAsia="Calibri" w:hAnsi="Calibri" w:cs="Calibri"/>
              </w:rPr>
              <w:t>Scenariusz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523700DF" w:rsidR="4549D576" w:rsidRDefault="4549D576" w:rsidP="4549D576">
            <w:r w:rsidRPr="4B4F1B7E">
              <w:rPr>
                <w:rFonts w:ascii="Calibri" w:eastAsia="Calibri" w:hAnsi="Calibri" w:cs="Calibri"/>
              </w:rPr>
              <w:t xml:space="preserve"> </w:t>
            </w:r>
            <w:r w:rsidR="007F04F9">
              <w:rPr>
                <w:rFonts w:ascii="Calibri" w:eastAsia="Calibri" w:hAnsi="Calibri" w:cs="Calibri"/>
              </w:rPr>
              <w:t>1</w:t>
            </w:r>
          </w:p>
        </w:tc>
      </w:tr>
      <w:tr w:rsidR="4549D576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Default="4549D576" w:rsidP="4549D576">
            <w:r w:rsidRPr="4549D576">
              <w:rPr>
                <w:rFonts w:ascii="Calibri" w:eastAsia="Calibri" w:hAnsi="Calibri" w:cs="Calibri"/>
              </w:rPr>
              <w:t>Temat zajęć/blok tematyczny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4F0C71B6" w:rsidR="4549D576" w:rsidRDefault="007F04F9" w:rsidP="4549D576">
            <w:proofErr w:type="spellStart"/>
            <w:r>
              <w:rPr>
                <w:rFonts w:ascii="Calibri" w:eastAsia="Calibri" w:hAnsi="Calibri" w:cs="Calibri"/>
              </w:rPr>
              <w:t>Zadania</w:t>
            </w:r>
            <w:proofErr w:type="spellEnd"/>
            <w:r>
              <w:rPr>
                <w:rFonts w:ascii="Calibri" w:eastAsia="Calibri" w:hAnsi="Calibri" w:cs="Calibri"/>
              </w:rPr>
              <w:t xml:space="preserve"> z </w:t>
            </w:r>
            <w:proofErr w:type="spellStart"/>
            <w:r>
              <w:rPr>
                <w:rFonts w:ascii="Calibri" w:eastAsia="Calibri" w:hAnsi="Calibri" w:cs="Calibri"/>
              </w:rPr>
              <w:t>rachunku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kosztów</w:t>
            </w:r>
            <w:proofErr w:type="spellEnd"/>
          </w:p>
        </w:tc>
      </w:tr>
      <w:tr w:rsidR="4549D576" w:rsidRPr="007F04F9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Default="4549D576" w:rsidP="4549D576">
            <w:r w:rsidRPr="4549D576">
              <w:rPr>
                <w:rFonts w:ascii="Calibri" w:eastAsia="Calibri" w:hAnsi="Calibri" w:cs="Calibri"/>
              </w:rPr>
              <w:t>Forma zajęć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8DA7020" w:rsidR="4549D576" w:rsidRPr="007F04F9" w:rsidRDefault="007F04F9" w:rsidP="4549D576">
            <w:pPr>
              <w:rPr>
                <w:lang w:val="pl-PL"/>
              </w:rPr>
            </w:pPr>
            <w:proofErr w:type="spellStart"/>
            <w:r w:rsidRPr="007F04F9">
              <w:rPr>
                <w:rFonts w:ascii="Calibri" w:eastAsia="Calibri" w:hAnsi="Calibri" w:cs="Calibri"/>
              </w:rPr>
              <w:t>ćwi</w:t>
            </w:r>
            <w:r>
              <w:rPr>
                <w:rFonts w:ascii="Calibri" w:eastAsia="Calibri" w:hAnsi="Calibri" w:cs="Calibri"/>
              </w:rPr>
              <w:t>cz</w:t>
            </w:r>
            <w:r w:rsidRPr="007F04F9">
              <w:rPr>
                <w:rFonts w:ascii="Calibri" w:eastAsia="Calibri" w:hAnsi="Calibri" w:cs="Calibri"/>
              </w:rPr>
              <w:t>enia</w:t>
            </w:r>
            <w:proofErr w:type="spellEnd"/>
          </w:p>
        </w:tc>
      </w:tr>
      <w:tr w:rsidR="4549D576" w:rsidRPr="009C6F44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7F04F9" w:rsidRDefault="4549D576" w:rsidP="4549D576">
            <w:pPr>
              <w:rPr>
                <w:lang w:val="pl-PL"/>
              </w:rPr>
            </w:pPr>
            <w:r w:rsidRPr="007F04F9">
              <w:rPr>
                <w:rFonts w:ascii="Calibri" w:eastAsia="Calibri" w:hAnsi="Calibri" w:cs="Calibri"/>
                <w:lang w:val="pl-PL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5986D929" w:rsidR="4549D576" w:rsidRPr="00863834" w:rsidRDefault="00142E63" w:rsidP="4549D576">
            <w:pPr>
              <w:rPr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7</w:t>
            </w:r>
            <w:r w:rsidR="007F04F9" w:rsidRPr="0086383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4549D576" w:rsidRPr="00863834">
              <w:rPr>
                <w:rFonts w:ascii="Calibri" w:eastAsia="Calibri" w:hAnsi="Calibri" w:cs="Calibri"/>
                <w:lang w:val="pl-PL"/>
              </w:rPr>
              <w:t>blok</w:t>
            </w:r>
            <w:r w:rsidR="007F04F9" w:rsidRPr="00863834">
              <w:rPr>
                <w:rFonts w:ascii="Calibri" w:eastAsia="Calibri" w:hAnsi="Calibri" w:cs="Calibri"/>
                <w:lang w:val="pl-PL"/>
              </w:rPr>
              <w:t>ów</w:t>
            </w:r>
            <w:r w:rsidR="4549D576" w:rsidRPr="00863834">
              <w:rPr>
                <w:rFonts w:ascii="Calibri" w:eastAsia="Calibri" w:hAnsi="Calibri" w:cs="Calibri"/>
                <w:lang w:val="pl-PL"/>
              </w:rPr>
              <w:t xml:space="preserve"> po </w:t>
            </w:r>
            <w:r w:rsidRPr="00863834">
              <w:rPr>
                <w:rFonts w:ascii="Calibri" w:eastAsia="Calibri" w:hAnsi="Calibri" w:cs="Calibri"/>
                <w:lang w:val="pl-PL"/>
              </w:rPr>
              <w:t>90</w:t>
            </w:r>
            <w:r w:rsidR="4549D576" w:rsidRPr="00863834">
              <w:rPr>
                <w:rFonts w:ascii="Calibri" w:eastAsia="Calibri" w:hAnsi="Calibri" w:cs="Calibri"/>
                <w:lang w:val="pl-PL"/>
              </w:rPr>
              <w:t xml:space="preserve"> minut</w:t>
            </w:r>
            <w:r w:rsidR="00863834" w:rsidRPr="00863834">
              <w:rPr>
                <w:rFonts w:ascii="Calibri" w:eastAsia="Calibri" w:hAnsi="Calibri" w:cs="Calibri"/>
                <w:lang w:val="pl-PL"/>
              </w:rPr>
              <w:t xml:space="preserve"> i 1 blok 45 minut</w:t>
            </w:r>
          </w:p>
        </w:tc>
      </w:tr>
      <w:tr w:rsidR="4549D576" w:rsidRPr="009C6F44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7F04F9" w:rsidRDefault="4549D576" w:rsidP="4549D576">
            <w:pPr>
              <w:rPr>
                <w:lang w:val="pl-PL"/>
              </w:rPr>
            </w:pPr>
            <w:r w:rsidRPr="007F04F9">
              <w:rPr>
                <w:rFonts w:ascii="Calibri" w:eastAsia="Calibri" w:hAnsi="Calibri" w:cs="Calibri"/>
                <w:lang w:val="pl-PL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2BCA68AB" w:rsidR="4549D576" w:rsidRPr="00863834" w:rsidRDefault="007F04F9" w:rsidP="4549D576">
            <w:pPr>
              <w:rPr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Z</w:t>
            </w:r>
            <w:r w:rsidR="4549D576" w:rsidRPr="00863834">
              <w:rPr>
                <w:rFonts w:ascii="Calibri" w:eastAsia="Calibri" w:hAnsi="Calibri" w:cs="Calibri"/>
                <w:lang w:val="pl-PL"/>
              </w:rPr>
              <w:t>apoznanie studentów z</w:t>
            </w:r>
            <w:r w:rsidRPr="00863834">
              <w:rPr>
                <w:rFonts w:ascii="Calibri" w:eastAsia="Calibri" w:hAnsi="Calibri" w:cs="Calibri"/>
                <w:lang w:val="pl-PL"/>
              </w:rPr>
              <w:t xml:space="preserve"> klasyfikacją kosztów </w:t>
            </w:r>
            <w:r w:rsidR="00E33CD4" w:rsidRPr="00863834">
              <w:rPr>
                <w:rFonts w:ascii="Calibri" w:eastAsia="Calibri" w:hAnsi="Calibri" w:cs="Calibri"/>
                <w:lang w:val="pl-PL"/>
              </w:rPr>
              <w:t>i</w:t>
            </w:r>
            <w:r w:rsidRPr="00863834">
              <w:rPr>
                <w:rFonts w:ascii="Calibri" w:eastAsia="Calibri" w:hAnsi="Calibri" w:cs="Calibri"/>
                <w:lang w:val="pl-PL"/>
              </w:rPr>
              <w:t xml:space="preserve"> zda</w:t>
            </w:r>
            <w:r w:rsidR="00E33CD4" w:rsidRPr="00863834">
              <w:rPr>
                <w:rFonts w:ascii="Calibri" w:eastAsia="Calibri" w:hAnsi="Calibri" w:cs="Calibri"/>
                <w:lang w:val="pl-PL"/>
              </w:rPr>
              <w:t>rz</w:t>
            </w:r>
            <w:r w:rsidRPr="00863834">
              <w:rPr>
                <w:rFonts w:ascii="Calibri" w:eastAsia="Calibri" w:hAnsi="Calibri" w:cs="Calibri"/>
                <w:lang w:val="pl-PL"/>
              </w:rPr>
              <w:t xml:space="preserve">eń gospodarczych oraz różnymi </w:t>
            </w:r>
            <w:r w:rsidR="00E33CD4" w:rsidRPr="00863834">
              <w:rPr>
                <w:rFonts w:ascii="Calibri" w:eastAsia="Calibri" w:hAnsi="Calibri" w:cs="Calibri"/>
                <w:lang w:val="pl-PL"/>
              </w:rPr>
              <w:t>rachunkami kosztów</w:t>
            </w:r>
          </w:p>
        </w:tc>
      </w:tr>
      <w:tr w:rsidR="4549D576" w:rsidRPr="009C6F44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7F04F9" w:rsidRDefault="4549D576" w:rsidP="4549D576">
            <w:pPr>
              <w:rPr>
                <w:lang w:val="pl-PL"/>
              </w:rPr>
            </w:pPr>
            <w:r w:rsidRPr="007F04F9">
              <w:rPr>
                <w:rFonts w:ascii="Calibri" w:eastAsia="Calibri" w:hAnsi="Calibri" w:cs="Calibri"/>
                <w:lang w:val="pl-PL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0269CA" w14:textId="23878FEC" w:rsidR="4549D576" w:rsidRPr="00863834" w:rsidRDefault="4549D576" w:rsidP="4549D576">
            <w:pPr>
              <w:rPr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 xml:space="preserve">zrozumienie kluczowych </w:t>
            </w:r>
            <w:r w:rsidR="00E33CD4" w:rsidRPr="00863834">
              <w:rPr>
                <w:rFonts w:ascii="Calibri" w:eastAsia="Calibri" w:hAnsi="Calibri" w:cs="Calibri"/>
                <w:lang w:val="pl-PL"/>
              </w:rPr>
              <w:t>grup kosztów w logistyce; rozwijanie umiejętności analitycznych;</w:t>
            </w:r>
            <w:r w:rsidR="00142E63" w:rsidRPr="0086383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E33CD4" w:rsidRPr="00863834">
              <w:rPr>
                <w:rFonts w:ascii="Calibri" w:eastAsia="Calibri" w:hAnsi="Calibri" w:cs="Calibri"/>
                <w:lang w:val="pl-PL"/>
              </w:rPr>
              <w:t>nabycie umiejętności różnych rachunków kosztów</w:t>
            </w:r>
            <w:r w:rsidRPr="00863834">
              <w:rPr>
                <w:rFonts w:ascii="Calibri" w:eastAsia="Calibri" w:hAnsi="Calibri" w:cs="Calibri"/>
                <w:lang w:val="pl-PL"/>
              </w:rPr>
              <w:t>.</w:t>
            </w:r>
          </w:p>
        </w:tc>
      </w:tr>
      <w:tr w:rsidR="4549D576" w:rsidRPr="007F04F9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7F04F9" w:rsidRDefault="4549D576" w:rsidP="4549D576">
            <w:pPr>
              <w:rPr>
                <w:lang w:val="pl-PL"/>
              </w:rPr>
            </w:pPr>
            <w:r w:rsidRPr="007F04F9">
              <w:rPr>
                <w:rFonts w:ascii="Calibri" w:eastAsia="Calibri" w:hAnsi="Calibri" w:cs="Calibri"/>
                <w:lang w:val="pl-PL"/>
              </w:rPr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335319E3" w:rsidR="4549D576" w:rsidRPr="00863834" w:rsidRDefault="4549D576" w:rsidP="4549D576">
            <w:pPr>
              <w:rPr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komputer, projektor</w:t>
            </w:r>
          </w:p>
        </w:tc>
      </w:tr>
      <w:tr w:rsidR="4549D576" w:rsidRPr="007F04F9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Czynności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4549D576">
              <w:rPr>
                <w:rFonts w:ascii="Calibri" w:eastAsia="Calibri" w:hAnsi="Calibri" w:cs="Calibr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1ECEA1BD" w:rsidR="4549D576" w:rsidRPr="00863834" w:rsidRDefault="4549D576" w:rsidP="4549D576">
            <w:pPr>
              <w:rPr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 xml:space="preserve">przygotowanie materiałów, </w:t>
            </w:r>
            <w:r w:rsidR="00E33CD4" w:rsidRPr="00863834">
              <w:rPr>
                <w:rFonts w:ascii="Calibri" w:eastAsia="Calibri" w:hAnsi="Calibri" w:cs="Calibri"/>
                <w:lang w:val="pl-PL"/>
              </w:rPr>
              <w:t>podłączenie sprzętu</w:t>
            </w:r>
          </w:p>
        </w:tc>
      </w:tr>
    </w:tbl>
    <w:p w14:paraId="457686D5" w14:textId="04D697B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Harmonogram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9C6F44" w14:paraId="09B972FA" w14:textId="77777777" w:rsidTr="004978F3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Default="4549D576" w:rsidP="4549D576">
            <w:r w:rsidRPr="4549D576">
              <w:rPr>
                <w:rFonts w:ascii="Calibri" w:eastAsia="Calibri" w:hAnsi="Calibri" w:cs="Calibri"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02993EE5" w:rsidR="4549D576" w:rsidRPr="00863834" w:rsidRDefault="00E33CD4" w:rsidP="00E33CD4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pl-PL" w:eastAsia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Klasyfikacja wybranych pozycji kosztów i zdarzeń gospodarczych</w:t>
            </w:r>
          </w:p>
        </w:tc>
      </w:tr>
      <w:tr w:rsidR="4549D576" w14:paraId="16784BF6" w14:textId="77777777" w:rsidTr="004978F3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7567A00D" w:rsidR="4549D576" w:rsidRPr="00863834" w:rsidRDefault="4549D576" w:rsidP="4549D576">
            <w:r w:rsidRPr="00863834">
              <w:rPr>
                <w:rFonts w:ascii="Calibri" w:eastAsia="Calibri" w:hAnsi="Calibri" w:cs="Calibri"/>
              </w:rPr>
              <w:t xml:space="preserve"> </w:t>
            </w:r>
            <w:r w:rsidR="00142E63" w:rsidRPr="00863834">
              <w:rPr>
                <w:rFonts w:ascii="Calibri" w:eastAsia="Calibri" w:hAnsi="Calibri" w:cs="Calibri"/>
              </w:rPr>
              <w:t>90</w:t>
            </w:r>
            <w:r w:rsidR="00E33CD4" w:rsidRPr="0086383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33CD4" w:rsidRPr="00863834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:rsidRPr="009C6F44" w14:paraId="545F9491" w14:textId="77777777" w:rsidTr="004978F3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Pr="007F04F9" w:rsidRDefault="4549D576" w:rsidP="4549D576">
            <w:pPr>
              <w:rPr>
                <w:lang w:val="pl-PL"/>
              </w:rPr>
            </w:pPr>
            <w:r w:rsidRPr="007F04F9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431275" w14:textId="77777777" w:rsidR="4549D576" w:rsidRPr="00863834" w:rsidRDefault="00E33CD4" w:rsidP="4549D576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Wprowadzenie do klasyfikacji kosztów i zdarzeń gospodarczych.</w:t>
            </w:r>
          </w:p>
          <w:p w14:paraId="081CA821" w14:textId="680A9FCD" w:rsidR="00E33CD4" w:rsidRPr="00863834" w:rsidRDefault="00E33CD4" w:rsidP="4549D576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Rozwiąz</w:t>
            </w:r>
            <w:r w:rsidR="00142E63" w:rsidRPr="00863834">
              <w:rPr>
                <w:rFonts w:ascii="Calibri" w:eastAsia="Calibri" w:hAnsi="Calibri" w:cs="Calibri"/>
                <w:lang w:val="pl-PL"/>
              </w:rPr>
              <w:t xml:space="preserve">ywanie </w:t>
            </w:r>
            <w:r w:rsidRPr="00863834">
              <w:rPr>
                <w:rFonts w:ascii="Calibri" w:eastAsia="Calibri" w:hAnsi="Calibri" w:cs="Calibri"/>
                <w:lang w:val="pl-PL"/>
              </w:rPr>
              <w:t>przykładowych zadań</w:t>
            </w:r>
            <w:r w:rsidR="00142E63" w:rsidRPr="00863834">
              <w:rPr>
                <w:rFonts w:ascii="Calibri" w:eastAsia="Calibri" w:hAnsi="Calibri" w:cs="Calibri"/>
                <w:lang w:val="pl-PL"/>
              </w:rPr>
              <w:t xml:space="preserve"> z zakresu klasyfikacji kosztów i zdarzeń gospodarczych</w:t>
            </w:r>
          </w:p>
          <w:p w14:paraId="01FB0F28" w14:textId="72430684" w:rsidR="00142E63" w:rsidRPr="00863834" w:rsidRDefault="00142E63" w:rsidP="4549D576">
            <w:pPr>
              <w:rPr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Sprawdzenie zadań oraz analiza i ocena wyników</w:t>
            </w:r>
          </w:p>
        </w:tc>
      </w:tr>
      <w:tr w:rsidR="4549D576" w:rsidRPr="007F04F9" w14:paraId="43106AFA" w14:textId="77777777" w:rsidTr="004978F3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FDAE63" w14:textId="77777777" w:rsidR="00142E6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 xml:space="preserve">Rachunek kosztów w magazynie </w:t>
            </w:r>
          </w:p>
          <w:p w14:paraId="71F53AB9" w14:textId="643C866B" w:rsidR="4549D576" w:rsidRPr="00863834" w:rsidRDefault="4549D576" w:rsidP="4549D576">
            <w:pPr>
              <w:rPr>
                <w:lang w:val="pl-PL"/>
              </w:rPr>
            </w:pPr>
          </w:p>
        </w:tc>
      </w:tr>
      <w:tr w:rsidR="4549D576" w14:paraId="531E2933" w14:textId="77777777" w:rsidTr="004978F3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585FDE90" w:rsidR="4549D576" w:rsidRPr="00863834" w:rsidRDefault="4549D576" w:rsidP="4549D576">
            <w:r w:rsidRPr="00863834">
              <w:rPr>
                <w:rFonts w:ascii="Calibri" w:eastAsia="Calibri" w:hAnsi="Calibri" w:cs="Calibri"/>
              </w:rPr>
              <w:t xml:space="preserve"> </w:t>
            </w:r>
            <w:r w:rsidR="004978F3" w:rsidRPr="00863834">
              <w:rPr>
                <w:rFonts w:ascii="Calibri" w:eastAsia="Calibri" w:hAnsi="Calibri" w:cs="Calibri"/>
              </w:rPr>
              <w:t xml:space="preserve"> </w:t>
            </w:r>
            <w:r w:rsidR="00142E63" w:rsidRPr="00863834">
              <w:rPr>
                <w:rFonts w:ascii="Calibri" w:eastAsia="Calibri" w:hAnsi="Calibri" w:cs="Calibri"/>
              </w:rPr>
              <w:t>90</w:t>
            </w:r>
            <w:r w:rsidR="004978F3" w:rsidRPr="0086383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4978F3" w:rsidRPr="00863834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:rsidRPr="009C6F44" w14:paraId="4184316D" w14:textId="77777777" w:rsidTr="004978F3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Pr="007F04F9" w:rsidRDefault="4549D576" w:rsidP="4549D576">
            <w:pPr>
              <w:rPr>
                <w:lang w:val="pl-PL"/>
              </w:rPr>
            </w:pPr>
            <w:r w:rsidRPr="007F04F9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1291E6" w14:textId="7AA44E17" w:rsidR="00142E6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Wprowadzenie do rachunku kosztów w magazynie.</w:t>
            </w:r>
          </w:p>
          <w:p w14:paraId="363BEA96" w14:textId="61BC167C" w:rsidR="4549D576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Rozwiązywanie przykładowych zadań z zakresu rachunku kosztów w magazynie</w:t>
            </w:r>
          </w:p>
          <w:p w14:paraId="71F5D736" w14:textId="33A35FC6" w:rsidR="00142E63" w:rsidRPr="00863834" w:rsidRDefault="00142E63" w:rsidP="00142E63">
            <w:pPr>
              <w:rPr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Sprawdzenie zadań oraz analiza i ocena wyników</w:t>
            </w:r>
          </w:p>
        </w:tc>
      </w:tr>
      <w:tr w:rsidR="004978F3" w:rsidRPr="007F04F9" w14:paraId="2BC4E32B" w14:textId="77777777" w:rsidTr="004978F3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B5B0C2" w14:textId="084AD372" w:rsidR="004978F3" w:rsidRPr="007F04F9" w:rsidRDefault="004978F3" w:rsidP="004978F3">
            <w:pPr>
              <w:rPr>
                <w:rFonts w:ascii="Calibri" w:eastAsia="Calibri" w:hAnsi="Calibri" w:cs="Calibri"/>
                <w:lang w:val="pl-PL"/>
              </w:rPr>
            </w:pPr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4ADB1E" w14:textId="33606C75" w:rsidR="004978F3" w:rsidRPr="00863834" w:rsidRDefault="00142E63" w:rsidP="004978F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Rachunek kosztów w transporcie</w:t>
            </w:r>
          </w:p>
        </w:tc>
      </w:tr>
      <w:tr w:rsidR="004978F3" w:rsidRPr="007F04F9" w14:paraId="3BED59AF" w14:textId="77777777" w:rsidTr="004978F3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A94DED" w14:textId="100FADDF" w:rsidR="004978F3" w:rsidRPr="007F04F9" w:rsidRDefault="004978F3" w:rsidP="004978F3">
            <w:p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1F397E" w14:textId="361B2EFC" w:rsidR="004978F3" w:rsidRPr="00863834" w:rsidRDefault="004978F3" w:rsidP="004978F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</w:rPr>
              <w:t xml:space="preserve">   </w:t>
            </w:r>
            <w:r w:rsidR="00142E63" w:rsidRPr="00863834">
              <w:rPr>
                <w:rFonts w:ascii="Calibri" w:eastAsia="Calibri" w:hAnsi="Calibri" w:cs="Calibri"/>
              </w:rPr>
              <w:t>90</w:t>
            </w:r>
            <w:r w:rsidRPr="0086383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63834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004978F3" w:rsidRPr="009C6F44" w14:paraId="146048BA" w14:textId="77777777" w:rsidTr="004978F3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FA389F" w14:textId="5FED4E50" w:rsidR="004978F3" w:rsidRPr="007F04F9" w:rsidRDefault="004978F3" w:rsidP="004978F3">
            <w:pPr>
              <w:rPr>
                <w:rFonts w:ascii="Calibri" w:eastAsia="Calibri" w:hAnsi="Calibri" w:cs="Calibri"/>
                <w:lang w:val="pl-PL"/>
              </w:rPr>
            </w:pPr>
            <w:r w:rsidRPr="007F04F9">
              <w:rPr>
                <w:rFonts w:ascii="Calibri" w:eastAsia="Calibri" w:hAnsi="Calibri" w:cs="Calibri"/>
                <w:lang w:val="pl-PL"/>
              </w:rPr>
              <w:t xml:space="preserve">Sekwencja działań, zadań ćwiczeń lub innych aktywności w ramach zagadnienia </w:t>
            </w:r>
            <w:r>
              <w:rPr>
                <w:rFonts w:ascii="Calibri" w:eastAsia="Calibri" w:hAnsi="Calibri" w:cs="Calibri"/>
                <w:lang w:val="pl-PL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4B1A03" w14:textId="72792666" w:rsidR="00142E6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Wprowadzenie do rachunku kosztów w transporcie</w:t>
            </w:r>
          </w:p>
          <w:p w14:paraId="429415C8" w14:textId="1305D4A9" w:rsidR="00142E6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 xml:space="preserve">Rozwiązywanie przykładowych zadań z zakresu rachunku kosztów w transporcie </w:t>
            </w:r>
          </w:p>
          <w:p w14:paraId="435AFB1C" w14:textId="03CF4B9A" w:rsidR="004978F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Sprawdzenie zadań oraz analiza i ocena wyników</w:t>
            </w:r>
          </w:p>
        </w:tc>
      </w:tr>
      <w:tr w:rsidR="004978F3" w:rsidRPr="007F04F9" w14:paraId="05EC9EAA" w14:textId="77777777" w:rsidTr="004978F3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2F0FC5" w14:textId="5E1FCF31" w:rsidR="004978F3" w:rsidRPr="007F04F9" w:rsidRDefault="004978F3" w:rsidP="004978F3">
            <w:pPr>
              <w:rPr>
                <w:rFonts w:ascii="Calibri" w:eastAsia="Calibri" w:hAnsi="Calibri" w:cs="Calibri"/>
                <w:lang w:val="pl-PL"/>
              </w:rPr>
            </w:pPr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7CA5AC" w14:textId="486D9694" w:rsidR="004978F3" w:rsidRPr="00863834" w:rsidRDefault="00142E63" w:rsidP="004978F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Rachunek kosztów działań logistycznych</w:t>
            </w:r>
          </w:p>
        </w:tc>
      </w:tr>
      <w:tr w:rsidR="004978F3" w:rsidRPr="007F04F9" w14:paraId="449BF831" w14:textId="77777777" w:rsidTr="004978F3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CDAE50" w14:textId="07DE45ED" w:rsidR="004978F3" w:rsidRPr="007F04F9" w:rsidRDefault="004978F3" w:rsidP="004978F3">
            <w:p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A51824" w14:textId="3B5B5B80" w:rsidR="004978F3" w:rsidRPr="00863834" w:rsidRDefault="004978F3" w:rsidP="004978F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</w:rPr>
              <w:t xml:space="preserve">   </w:t>
            </w:r>
            <w:r w:rsidR="00142E63" w:rsidRPr="00863834">
              <w:rPr>
                <w:rFonts w:ascii="Calibri" w:eastAsia="Calibri" w:hAnsi="Calibri" w:cs="Calibri"/>
              </w:rPr>
              <w:t>90</w:t>
            </w:r>
            <w:r w:rsidRPr="0086383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63834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004978F3" w:rsidRPr="009C6F44" w14:paraId="389B71D8" w14:textId="77777777" w:rsidTr="004978F3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E2F9A3" w14:textId="4947E2CE" w:rsidR="004978F3" w:rsidRPr="007F04F9" w:rsidRDefault="004978F3" w:rsidP="004978F3">
            <w:pPr>
              <w:rPr>
                <w:rFonts w:ascii="Calibri" w:eastAsia="Calibri" w:hAnsi="Calibri" w:cs="Calibri"/>
                <w:lang w:val="pl-PL"/>
              </w:rPr>
            </w:pPr>
            <w:r w:rsidRPr="007F04F9">
              <w:rPr>
                <w:rFonts w:ascii="Calibri" w:eastAsia="Calibri" w:hAnsi="Calibri" w:cs="Calibri"/>
                <w:lang w:val="pl-PL"/>
              </w:rPr>
              <w:t xml:space="preserve">Sekwencja działań, zadań ćwiczeń lub innych aktywności w ramach zagadnienia </w:t>
            </w:r>
            <w:r>
              <w:rPr>
                <w:rFonts w:ascii="Calibri" w:eastAsia="Calibri" w:hAnsi="Calibri" w:cs="Calibri"/>
                <w:lang w:val="pl-PL"/>
              </w:rPr>
              <w:t>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523179" w14:textId="70AF4229" w:rsidR="00142E6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Wprowadzenie do rachunku kosztów działań logistycznych</w:t>
            </w:r>
          </w:p>
          <w:p w14:paraId="7A40D29C" w14:textId="07B76AA4" w:rsidR="00142E6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Rozwiązywanie przykładowych zadań z zakresu rachunku kosztów działań logistycznych</w:t>
            </w:r>
          </w:p>
          <w:p w14:paraId="2F8FBEE7" w14:textId="23DC9AD7" w:rsidR="004978F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Sprawdzenie zadań oraz analiza i ocena wyników</w:t>
            </w:r>
          </w:p>
        </w:tc>
      </w:tr>
      <w:tr w:rsidR="004978F3" w:rsidRPr="007F04F9" w14:paraId="263F2998" w14:textId="77777777" w:rsidTr="00C51DC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1CECDD" w14:textId="107D1AC1" w:rsidR="004978F3" w:rsidRPr="007F04F9" w:rsidRDefault="004978F3" w:rsidP="00C51DC2">
            <w:pPr>
              <w:rPr>
                <w:rFonts w:ascii="Calibri" w:eastAsia="Calibri" w:hAnsi="Calibri" w:cs="Calibri"/>
                <w:lang w:val="pl-PL"/>
              </w:rPr>
            </w:pPr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78A3E" w14:textId="25FCEF91" w:rsidR="004978F3" w:rsidRPr="00863834" w:rsidRDefault="00142E63" w:rsidP="00C51DC2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Rachunek kosztów docelowych</w:t>
            </w:r>
          </w:p>
        </w:tc>
      </w:tr>
      <w:tr w:rsidR="004978F3" w:rsidRPr="007F04F9" w14:paraId="6C90F58D" w14:textId="77777777" w:rsidTr="00C51DC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2B611E" w14:textId="77777777" w:rsidR="004978F3" w:rsidRPr="007F04F9" w:rsidRDefault="004978F3" w:rsidP="00C51DC2">
            <w:p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399EE0" w14:textId="04CE5901" w:rsidR="004978F3" w:rsidRPr="00863834" w:rsidRDefault="004978F3" w:rsidP="00C51DC2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</w:rPr>
              <w:t xml:space="preserve">   </w:t>
            </w:r>
            <w:r w:rsidR="00142E63" w:rsidRPr="00863834">
              <w:rPr>
                <w:rFonts w:ascii="Calibri" w:eastAsia="Calibri" w:hAnsi="Calibri" w:cs="Calibri"/>
              </w:rPr>
              <w:t>90</w:t>
            </w:r>
            <w:r w:rsidRPr="0086383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63834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004978F3" w:rsidRPr="009C6F44" w14:paraId="5C601BE3" w14:textId="77777777" w:rsidTr="00C51DC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291DEF" w14:textId="59FA2E87" w:rsidR="004978F3" w:rsidRPr="007F04F9" w:rsidRDefault="004978F3" w:rsidP="00C51DC2">
            <w:pPr>
              <w:rPr>
                <w:rFonts w:ascii="Calibri" w:eastAsia="Calibri" w:hAnsi="Calibri" w:cs="Calibri"/>
                <w:lang w:val="pl-PL"/>
              </w:rPr>
            </w:pPr>
            <w:r w:rsidRPr="007F04F9">
              <w:rPr>
                <w:rFonts w:ascii="Calibri" w:eastAsia="Calibri" w:hAnsi="Calibri" w:cs="Calibri"/>
                <w:lang w:val="pl-PL"/>
              </w:rPr>
              <w:t xml:space="preserve">Sekwencja działań, zadań ćwiczeń lub innych aktywności w ramach zagadnienia </w:t>
            </w:r>
            <w:r>
              <w:rPr>
                <w:rFonts w:ascii="Calibri" w:eastAsia="Calibri" w:hAnsi="Calibri" w:cs="Calibri"/>
                <w:lang w:val="pl-PL"/>
              </w:rPr>
              <w:t>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847205" w14:textId="737F5EAC" w:rsidR="00142E6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 xml:space="preserve">Wprowadzenie do rachunku kosztów docelowych </w:t>
            </w:r>
          </w:p>
          <w:p w14:paraId="3B8166CC" w14:textId="2282D605" w:rsidR="00142E6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Rozwiązywanie przykładowych zadań z zakresu rachunku kosztów docelowych</w:t>
            </w:r>
          </w:p>
          <w:p w14:paraId="146E091B" w14:textId="4F77A1A7" w:rsidR="004978F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Sprawdzenie zadań oraz analiza i ocena wyników</w:t>
            </w:r>
          </w:p>
        </w:tc>
      </w:tr>
      <w:tr w:rsidR="00142E63" w:rsidRPr="009C6F44" w14:paraId="0565C6BC" w14:textId="77777777" w:rsidTr="00C51DC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1AB166" w14:textId="718A7DE1" w:rsidR="00142E63" w:rsidRPr="007F04F9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1478A9" w14:textId="4453281C" w:rsidR="00142E6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 xml:space="preserve">Rachunek kosztów </w:t>
            </w:r>
            <w:r w:rsidR="00D93C83" w:rsidRPr="00863834">
              <w:rPr>
                <w:rFonts w:ascii="Calibri" w:eastAsia="Calibri" w:hAnsi="Calibri" w:cs="Calibri"/>
                <w:lang w:val="pl-PL"/>
              </w:rPr>
              <w:t>cyklu życia produktów</w:t>
            </w:r>
          </w:p>
        </w:tc>
      </w:tr>
      <w:tr w:rsidR="00142E63" w:rsidRPr="007F04F9" w14:paraId="0C30D7AF" w14:textId="77777777" w:rsidTr="00C51DC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AB39D5" w14:textId="3298A25C" w:rsidR="00142E63" w:rsidRPr="007F04F9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D64C0F" w14:textId="24996177" w:rsidR="00142E6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</w:rPr>
              <w:t xml:space="preserve">   90 </w:t>
            </w:r>
            <w:proofErr w:type="spellStart"/>
            <w:r w:rsidRPr="00863834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00142E63" w:rsidRPr="009C6F44" w14:paraId="3D3C18B8" w14:textId="77777777" w:rsidTr="00C51DC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94631D" w14:textId="2B3CD4FE" w:rsidR="00142E63" w:rsidRPr="007F04F9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7F04F9">
              <w:rPr>
                <w:rFonts w:ascii="Calibri" w:eastAsia="Calibri" w:hAnsi="Calibri" w:cs="Calibri"/>
                <w:lang w:val="pl-PL"/>
              </w:rPr>
              <w:t xml:space="preserve">Sekwencja działań, zadań ćwiczeń lub innych aktywności w ramach zagadnienia </w:t>
            </w:r>
            <w:r>
              <w:rPr>
                <w:rFonts w:ascii="Calibri" w:eastAsia="Calibri" w:hAnsi="Calibri" w:cs="Calibri"/>
                <w:lang w:val="pl-PL"/>
              </w:rPr>
              <w:t>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3E80B" w14:textId="2C2163CD" w:rsidR="00142E6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 xml:space="preserve">Wprowadzenie do rachunku kosztów cyklu życia produktu </w:t>
            </w:r>
          </w:p>
          <w:p w14:paraId="11A9CAAF" w14:textId="10593963" w:rsidR="00142E6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Rozwiązywanie przykładowych zadań z zakresu rachunku kosztów cyklu życia produktów</w:t>
            </w:r>
          </w:p>
          <w:p w14:paraId="4DAB3C7B" w14:textId="39D16980" w:rsidR="00142E63" w:rsidRPr="00863834" w:rsidRDefault="00142E63" w:rsidP="00142E63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Sprawdzenie zadań oraz analiza i ocena wyników</w:t>
            </w:r>
          </w:p>
        </w:tc>
      </w:tr>
      <w:tr w:rsidR="00863834" w:rsidRPr="00863834" w14:paraId="74CDF49B" w14:textId="77777777" w:rsidTr="00C51DC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29FB32" w14:textId="0FF627B8" w:rsidR="00863834" w:rsidRPr="00863834" w:rsidRDefault="00863834" w:rsidP="00863834">
            <w:pPr>
              <w:rPr>
                <w:rFonts w:ascii="Calibri" w:eastAsia="Calibri" w:hAnsi="Calibri" w:cs="Calibri"/>
              </w:rPr>
            </w:pPr>
            <w:r w:rsidRPr="00863834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00863834">
              <w:rPr>
                <w:rFonts w:ascii="Calibri" w:eastAsia="Calibri" w:hAnsi="Calibri" w:cs="Calibri"/>
              </w:rPr>
              <w:t>zagadnienia</w:t>
            </w:r>
            <w:proofErr w:type="spellEnd"/>
            <w:r w:rsidRPr="00863834">
              <w:rPr>
                <w:rFonts w:ascii="Calibri" w:eastAsia="Calibri" w:hAnsi="Calibri" w:cs="Calibri"/>
              </w:rPr>
              <w:t xml:space="preserve"> 7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96A1E6" w14:textId="356CF9E1" w:rsidR="00863834" w:rsidRPr="00863834" w:rsidRDefault="00863834" w:rsidP="00863834">
            <w:pPr>
              <w:rPr>
                <w:rFonts w:ascii="Calibri" w:eastAsia="Calibri" w:hAnsi="Calibri" w:cs="Calibri"/>
                <w:lang w:val="pl-PL"/>
              </w:rPr>
            </w:pPr>
            <w:proofErr w:type="spellStart"/>
            <w:r>
              <w:rPr>
                <w:rFonts w:ascii="Calibri" w:eastAsia="Calibri" w:hAnsi="Calibri" w:cs="Calibri"/>
                <w:lang w:val="pl-PL"/>
              </w:rPr>
              <w:t>Bużetowanie</w:t>
            </w:r>
            <w:proofErr w:type="spellEnd"/>
            <w:r>
              <w:rPr>
                <w:rFonts w:ascii="Calibri" w:eastAsia="Calibri" w:hAnsi="Calibri" w:cs="Calibri"/>
                <w:lang w:val="pl-PL"/>
              </w:rPr>
              <w:t xml:space="preserve"> kosztów logistyki</w:t>
            </w:r>
          </w:p>
        </w:tc>
      </w:tr>
      <w:tr w:rsidR="00863834" w:rsidRPr="00863834" w14:paraId="297E1079" w14:textId="77777777" w:rsidTr="00C51DC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32FB56" w14:textId="50BAD69D" w:rsidR="00863834" w:rsidRPr="00863834" w:rsidRDefault="00863834" w:rsidP="00863834">
            <w:pPr>
              <w:rPr>
                <w:rFonts w:ascii="Calibri" w:eastAsia="Calibri" w:hAnsi="Calibri" w:cs="Calibri"/>
              </w:rPr>
            </w:pPr>
            <w:proofErr w:type="spellStart"/>
            <w:r w:rsidRPr="00863834">
              <w:rPr>
                <w:rFonts w:ascii="Calibri" w:eastAsia="Calibri" w:hAnsi="Calibri" w:cs="Calibri"/>
              </w:rPr>
              <w:t>Planowany</w:t>
            </w:r>
            <w:proofErr w:type="spellEnd"/>
            <w:r w:rsidRPr="0086383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63834">
              <w:rPr>
                <w:rFonts w:ascii="Calibri" w:eastAsia="Calibri" w:hAnsi="Calibri" w:cs="Calibri"/>
              </w:rPr>
              <w:t>czas</w:t>
            </w:r>
            <w:proofErr w:type="spellEnd"/>
            <w:r w:rsidRPr="0086383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63834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E0C8A3" w14:textId="2AC8252B" w:rsidR="00863834" w:rsidRPr="00863834" w:rsidRDefault="00863834" w:rsidP="00863834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</w:rPr>
              <w:t xml:space="preserve">   90 </w:t>
            </w:r>
            <w:proofErr w:type="spellStart"/>
            <w:r w:rsidRPr="00863834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00863834" w:rsidRPr="009C6F44" w14:paraId="0640C294" w14:textId="77777777" w:rsidTr="00C51DC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8C8439" w14:textId="5B46BE2F" w:rsidR="00863834" w:rsidRPr="00863834" w:rsidRDefault="00863834" w:rsidP="00863834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lastRenderedPageBreak/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FAE991" w14:textId="77777777" w:rsidR="00863834" w:rsidRPr="00863834" w:rsidRDefault="00863834" w:rsidP="00863834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Wprowadzenie do budżetowania kosztów w logistyce</w:t>
            </w:r>
          </w:p>
          <w:p w14:paraId="0BDF2703" w14:textId="77777777" w:rsidR="00863834" w:rsidRPr="00863834" w:rsidRDefault="00863834" w:rsidP="00863834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Rozwiązywanie przykładowych zadań z zakresu budżetowania kosztów w logistyce</w:t>
            </w:r>
          </w:p>
          <w:p w14:paraId="2BB97EC3" w14:textId="0AE84E92" w:rsidR="00863834" w:rsidRPr="00863834" w:rsidRDefault="00863834" w:rsidP="00863834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Sprawdzenie zadań oraz analiza i ocena wyników</w:t>
            </w:r>
          </w:p>
        </w:tc>
      </w:tr>
      <w:tr w:rsidR="00863834" w:rsidRPr="00863834" w14:paraId="7C7FFFD1" w14:textId="77777777" w:rsidTr="00C51DC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85DD92" w14:textId="056DD231" w:rsidR="00863834" w:rsidRPr="00863834" w:rsidRDefault="00863834" w:rsidP="00863834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00863834">
              <w:rPr>
                <w:rFonts w:ascii="Calibri" w:eastAsia="Calibri" w:hAnsi="Calibri" w:cs="Calibri"/>
              </w:rPr>
              <w:t>zagadnienia</w:t>
            </w:r>
            <w:proofErr w:type="spellEnd"/>
            <w:r w:rsidRPr="0086383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9216C3" w14:textId="64771307" w:rsidR="00863834" w:rsidRPr="00863834" w:rsidRDefault="00863834" w:rsidP="00863834">
            <w:pPr>
              <w:rPr>
                <w:rFonts w:ascii="Calibri" w:eastAsia="Calibri" w:hAnsi="Calibri" w:cs="Calibri"/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>Całkowity koszt posiadania</w:t>
            </w:r>
          </w:p>
        </w:tc>
      </w:tr>
      <w:tr w:rsidR="00863834" w:rsidRPr="00863834" w14:paraId="11DAB059" w14:textId="77777777" w:rsidTr="00C51DC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0FE13F" w14:textId="0E485E36" w:rsidR="00863834" w:rsidRPr="00863834" w:rsidRDefault="00863834" w:rsidP="00863834">
            <w:p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863834">
              <w:rPr>
                <w:rFonts w:ascii="Calibri" w:eastAsia="Calibri" w:hAnsi="Calibri" w:cs="Calibri"/>
              </w:rPr>
              <w:t>Planowany</w:t>
            </w:r>
            <w:proofErr w:type="spellEnd"/>
            <w:r w:rsidRPr="0086383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63834">
              <w:rPr>
                <w:rFonts w:ascii="Calibri" w:eastAsia="Calibri" w:hAnsi="Calibri" w:cs="Calibri"/>
              </w:rPr>
              <w:t>czas</w:t>
            </w:r>
            <w:proofErr w:type="spellEnd"/>
            <w:r w:rsidRPr="0086383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63834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410E9F" w14:textId="2CA02A99" w:rsidR="00863834" w:rsidRPr="00863834" w:rsidRDefault="00863834" w:rsidP="00863834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</w:rPr>
              <w:t xml:space="preserve">   </w:t>
            </w:r>
            <w:r>
              <w:rPr>
                <w:rFonts w:ascii="Calibri" w:eastAsia="Calibri" w:hAnsi="Calibri" w:cs="Calibri"/>
              </w:rPr>
              <w:t>45</w:t>
            </w:r>
            <w:r w:rsidRPr="0086383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63834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00863834" w:rsidRPr="009C6F44" w14:paraId="6A8AF79E" w14:textId="77777777" w:rsidTr="00C51DC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94D97F" w14:textId="4EAD0F3E" w:rsidR="00863834" w:rsidRPr="00863834" w:rsidRDefault="00863834" w:rsidP="00863834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2E9FD4" w14:textId="356B76B4" w:rsidR="00863834" w:rsidRPr="00863834" w:rsidRDefault="00863834" w:rsidP="00863834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 xml:space="preserve">Wprowadzenie do </w:t>
            </w:r>
            <w:r>
              <w:rPr>
                <w:rFonts w:ascii="Calibri" w:eastAsia="Calibri" w:hAnsi="Calibri" w:cs="Calibri"/>
                <w:lang w:val="pl-PL"/>
              </w:rPr>
              <w:t>ustalania całkowitego kosztu posiadania</w:t>
            </w:r>
          </w:p>
          <w:p w14:paraId="77B66DD7" w14:textId="73B89861" w:rsidR="00863834" w:rsidRPr="00863834" w:rsidRDefault="00863834" w:rsidP="00863834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Rozwiązywanie przykładow</w:t>
            </w:r>
            <w:r>
              <w:rPr>
                <w:rFonts w:ascii="Calibri" w:eastAsia="Calibri" w:hAnsi="Calibri" w:cs="Calibri"/>
                <w:lang w:val="pl-PL"/>
              </w:rPr>
              <w:t>ego</w:t>
            </w:r>
            <w:r w:rsidRPr="00863834">
              <w:rPr>
                <w:rFonts w:ascii="Calibri" w:eastAsia="Calibri" w:hAnsi="Calibri" w:cs="Calibri"/>
                <w:lang w:val="pl-PL"/>
              </w:rPr>
              <w:t xml:space="preserve"> zadań z zakresu </w:t>
            </w:r>
            <w:r>
              <w:rPr>
                <w:rFonts w:ascii="Calibri" w:eastAsia="Calibri" w:hAnsi="Calibri" w:cs="Calibri"/>
                <w:lang w:val="pl-PL"/>
              </w:rPr>
              <w:t>całkowitego kosztu posiadania</w:t>
            </w:r>
          </w:p>
          <w:p w14:paraId="4168BF98" w14:textId="6C21A9B4" w:rsidR="00863834" w:rsidRPr="00863834" w:rsidRDefault="00863834" w:rsidP="00863834">
            <w:pPr>
              <w:rPr>
                <w:rFonts w:ascii="Calibri" w:eastAsia="Calibri" w:hAnsi="Calibri" w:cs="Calibri"/>
                <w:lang w:val="pl-PL"/>
              </w:rPr>
            </w:pPr>
            <w:r w:rsidRPr="00863834">
              <w:rPr>
                <w:rFonts w:ascii="Calibri" w:eastAsia="Calibri" w:hAnsi="Calibri" w:cs="Calibri"/>
                <w:lang w:val="pl-PL"/>
              </w:rPr>
              <w:t>Sprawdzenie zada</w:t>
            </w:r>
            <w:r>
              <w:rPr>
                <w:rFonts w:ascii="Calibri" w:eastAsia="Calibri" w:hAnsi="Calibri" w:cs="Calibri"/>
                <w:lang w:val="pl-PL"/>
              </w:rPr>
              <w:t xml:space="preserve">nia </w:t>
            </w:r>
            <w:r w:rsidRPr="00863834">
              <w:rPr>
                <w:rFonts w:ascii="Calibri" w:eastAsia="Calibri" w:hAnsi="Calibri" w:cs="Calibri"/>
                <w:lang w:val="pl-PL"/>
              </w:rPr>
              <w:t>oraz analiza i ocena wyników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Metody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7F04F9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Default="4549D576" w:rsidP="4549D576">
            <w:r w:rsidRPr="4549D576">
              <w:rPr>
                <w:rFonts w:ascii="Calibri" w:eastAsia="Calibri" w:hAnsi="Calibri" w:cs="Calibr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6E94522C" w:rsidR="4549D576" w:rsidRPr="0055110B" w:rsidRDefault="0055110B" w:rsidP="4549D576">
            <w:pPr>
              <w:rPr>
                <w:lang w:val="pl-PL"/>
              </w:rPr>
            </w:pPr>
            <w:r w:rsidRPr="0055110B">
              <w:rPr>
                <w:rFonts w:ascii="Calibri" w:eastAsia="Calibri" w:hAnsi="Calibri" w:cs="Calibri"/>
                <w:lang w:val="pl-PL"/>
              </w:rPr>
              <w:t>R</w:t>
            </w:r>
            <w:r w:rsidR="00E33CD4" w:rsidRPr="0055110B">
              <w:rPr>
                <w:rFonts w:ascii="Calibri" w:eastAsia="Calibri" w:hAnsi="Calibri" w:cs="Calibri"/>
                <w:lang w:val="pl-PL"/>
              </w:rPr>
              <w:t>ozwiązywanie zadań</w:t>
            </w:r>
          </w:p>
        </w:tc>
      </w:tr>
      <w:tr w:rsidR="4549D576" w:rsidRPr="007F04F9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Narzędzia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576803B9" w:rsidR="4549D576" w:rsidRPr="0055110B" w:rsidRDefault="0055110B" w:rsidP="4549D576">
            <w:pPr>
              <w:rPr>
                <w:lang w:val="pl-PL"/>
              </w:rPr>
            </w:pPr>
            <w:r w:rsidRPr="0055110B"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55110B">
              <w:rPr>
                <w:rFonts w:ascii="Calibri" w:eastAsia="Calibri" w:hAnsi="Calibri" w:cs="Calibri"/>
                <w:lang w:val="pl-PL"/>
              </w:rPr>
              <w:t>rezentacja multimedialna</w:t>
            </w:r>
          </w:p>
        </w:tc>
      </w:tr>
      <w:tr w:rsidR="4549D576" w:rsidRPr="007F04F9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Formy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278AB401" w:rsidR="4549D576" w:rsidRPr="0055110B" w:rsidRDefault="0055110B" w:rsidP="4549D576">
            <w:pPr>
              <w:rPr>
                <w:lang w:val="pl-PL"/>
              </w:rPr>
            </w:pPr>
            <w:r w:rsidRPr="0055110B"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55110B">
              <w:rPr>
                <w:rFonts w:ascii="Calibri" w:eastAsia="Calibri" w:hAnsi="Calibri" w:cs="Calibri"/>
                <w:lang w:val="pl-PL"/>
              </w:rPr>
              <w:t>raca indywidualna</w:t>
            </w:r>
          </w:p>
        </w:tc>
      </w:tr>
      <w:tr w:rsidR="4549D576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Literatura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DC3E7F" w14:textId="18FA3DC0" w:rsidR="0055110B" w:rsidRPr="0055110B" w:rsidRDefault="0055110B" w:rsidP="0055110B">
            <w:pPr>
              <w:pStyle w:val="Akapitzlist"/>
              <w:numPr>
                <w:ilvl w:val="0"/>
                <w:numId w:val="10"/>
              </w:numPr>
              <w:tabs>
                <w:tab w:val="left" w:pos="310"/>
                <w:tab w:val="left" w:pos="855"/>
              </w:tabs>
              <w:ind w:left="310" w:hanging="283"/>
              <w:rPr>
                <w:rFonts w:ascii="Calibri" w:eastAsia="Calibri" w:hAnsi="Calibri" w:cs="Calibri"/>
                <w:lang w:val="pl-PL"/>
              </w:rPr>
            </w:pPr>
            <w:r w:rsidRPr="0055110B">
              <w:rPr>
                <w:rFonts w:ascii="Calibri" w:eastAsia="Calibri" w:hAnsi="Calibri" w:cs="Calibri"/>
                <w:lang w:val="pl-PL"/>
              </w:rPr>
              <w:t xml:space="preserve">Sadowska B., 2017: Rachunek kosztów logistycznych w przedsiębiorstwie, </w:t>
            </w:r>
            <w:proofErr w:type="spellStart"/>
            <w:r w:rsidRPr="0055110B">
              <w:rPr>
                <w:rFonts w:ascii="Calibri" w:eastAsia="Calibri" w:hAnsi="Calibri" w:cs="Calibri"/>
                <w:lang w:val="pl-PL"/>
              </w:rPr>
              <w:t>CeDeWu</w:t>
            </w:r>
            <w:proofErr w:type="spellEnd"/>
            <w:r w:rsidRPr="0055110B">
              <w:rPr>
                <w:rFonts w:ascii="Calibri" w:eastAsia="Calibri" w:hAnsi="Calibri" w:cs="Calibri"/>
                <w:lang w:val="pl-PL"/>
              </w:rPr>
              <w:t>, Warszawa</w:t>
            </w:r>
          </w:p>
          <w:p w14:paraId="44D7ED6E" w14:textId="6A76B394" w:rsidR="0055110B" w:rsidRPr="0055110B" w:rsidRDefault="0055110B" w:rsidP="0055110B">
            <w:pPr>
              <w:pStyle w:val="Akapitzlist"/>
              <w:numPr>
                <w:ilvl w:val="0"/>
                <w:numId w:val="10"/>
              </w:numPr>
              <w:tabs>
                <w:tab w:val="left" w:pos="310"/>
                <w:tab w:val="left" w:pos="855"/>
              </w:tabs>
              <w:ind w:left="310" w:hanging="283"/>
              <w:rPr>
                <w:rFonts w:ascii="Calibri" w:eastAsia="Calibri" w:hAnsi="Calibri" w:cs="Calibri"/>
                <w:lang w:val="pl-PL"/>
              </w:rPr>
            </w:pPr>
            <w:r w:rsidRPr="0055110B">
              <w:rPr>
                <w:rFonts w:ascii="Calibri" w:eastAsia="Calibri" w:hAnsi="Calibri" w:cs="Calibri"/>
                <w:lang w:val="pl-PL"/>
              </w:rPr>
              <w:t>Kowalska S., Rubik J., Skibińska W., 2020: Współczesne rachunki kosztów w logistyce Wydawnictwo Politechniki</w:t>
            </w:r>
            <w:r>
              <w:rPr>
                <w:rFonts w:ascii="Calibri" w:eastAsia="Calibri" w:hAnsi="Calibri" w:cs="Calibri"/>
                <w:lang w:val="pl-PL"/>
              </w:rPr>
              <w:t xml:space="preserve"> </w:t>
            </w:r>
            <w:r w:rsidRPr="0055110B">
              <w:rPr>
                <w:rFonts w:ascii="Calibri" w:eastAsia="Calibri" w:hAnsi="Calibri" w:cs="Calibri"/>
                <w:lang w:val="pl-PL"/>
              </w:rPr>
              <w:t>Częstochowskiej, Częstochowa.</w:t>
            </w:r>
          </w:p>
          <w:p w14:paraId="1C90C527" w14:textId="2ABC734C" w:rsidR="4549D576" w:rsidRPr="0055110B" w:rsidRDefault="0055110B" w:rsidP="0055110B">
            <w:pPr>
              <w:pStyle w:val="Akapitzlist"/>
              <w:numPr>
                <w:ilvl w:val="0"/>
                <w:numId w:val="10"/>
              </w:numPr>
              <w:tabs>
                <w:tab w:val="left" w:pos="310"/>
                <w:tab w:val="left" w:pos="855"/>
              </w:tabs>
              <w:ind w:left="310" w:hanging="283"/>
            </w:pPr>
            <w:r w:rsidRPr="0055110B">
              <w:rPr>
                <w:rFonts w:ascii="Calibri" w:eastAsia="Calibri" w:hAnsi="Calibri" w:cs="Calibri"/>
                <w:lang w:val="pl-PL"/>
              </w:rPr>
              <w:t>3. Szymańska E., 2014: Rachunek kosztów logistyki w zarządzaniu przedsiębiorstwem. Wydawnictwo SGGW, Warszawa.</w:t>
            </w:r>
            <w:r w:rsidRPr="0055110B">
              <w:rPr>
                <w:rFonts w:ascii="Calibri" w:eastAsia="Calibri" w:hAnsi="Calibri" w:cs="Calibri"/>
              </w:rPr>
              <w:tab/>
            </w:r>
          </w:p>
        </w:tc>
      </w:tr>
      <w:tr w:rsidR="4549D576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Default="4549D576" w:rsidP="4549D576">
            <w:r w:rsidRPr="4549D576">
              <w:rPr>
                <w:rFonts w:ascii="Calibri" w:eastAsia="Calibri" w:hAnsi="Calibri" w:cs="Calibr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61CE235B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:rsidRPr="009C6F44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Default="4549D576" w:rsidP="4549D576">
            <w:r w:rsidRPr="4549D576">
              <w:rPr>
                <w:rFonts w:ascii="Calibri" w:eastAsia="Calibri" w:hAnsi="Calibri" w:cs="Calibr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73C1F9A1" w:rsidR="4549D576" w:rsidRPr="0055110B" w:rsidRDefault="0055110B" w:rsidP="4549D576">
            <w:pPr>
              <w:rPr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55110B">
              <w:rPr>
                <w:rFonts w:ascii="Calibri" w:eastAsia="Calibri" w:hAnsi="Calibri" w:cs="Calibri"/>
                <w:lang w:val="pl-PL"/>
              </w:rPr>
              <w:t xml:space="preserve">rezentacja </w:t>
            </w:r>
            <w:proofErr w:type="spellStart"/>
            <w:r w:rsidR="4549D576" w:rsidRPr="0055110B">
              <w:rPr>
                <w:rFonts w:ascii="Calibri" w:eastAsia="Calibri" w:hAnsi="Calibri" w:cs="Calibri"/>
                <w:lang w:val="pl-PL"/>
              </w:rPr>
              <w:t>power</w:t>
            </w:r>
            <w:proofErr w:type="spellEnd"/>
            <w:r w:rsidR="4549D576" w:rsidRPr="0055110B">
              <w:rPr>
                <w:rFonts w:ascii="Calibri" w:eastAsia="Calibri" w:hAnsi="Calibri" w:cs="Calibri"/>
                <w:lang w:val="pl-PL"/>
              </w:rPr>
              <w:t xml:space="preserve"> point zawierająca treści programowe</w:t>
            </w:r>
          </w:p>
        </w:tc>
      </w:tr>
    </w:tbl>
    <w:p w14:paraId="42C7293F" w14:textId="497856F7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ewaluacja</w:t>
      </w:r>
      <w:proofErr w:type="spellEnd"/>
      <w:r w:rsidR="00456C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9C6F44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Default="4549D576" w:rsidP="4549D576">
            <w:r w:rsidRPr="4549D576">
              <w:rPr>
                <w:rFonts w:ascii="Calibri" w:eastAsia="Calibri" w:hAnsi="Calibri" w:cs="Calibr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EBE66D" w14:textId="0DAF5767" w:rsidR="0055110B" w:rsidRPr="0055110B" w:rsidRDefault="0055110B" w:rsidP="0055110B">
            <w:pPr>
              <w:rPr>
                <w:rFonts w:ascii="Calibri" w:eastAsia="Calibri" w:hAnsi="Calibri" w:cs="Calibri"/>
                <w:lang w:val="pl-PL"/>
              </w:rPr>
            </w:pPr>
            <w:r w:rsidRPr="0055110B">
              <w:rPr>
                <w:rFonts w:ascii="Calibri" w:eastAsia="Calibri" w:hAnsi="Calibri" w:cs="Calibri"/>
                <w:lang w:val="pl-PL"/>
              </w:rPr>
              <w:t>O</w:t>
            </w:r>
            <w:r w:rsidR="4549D576" w:rsidRPr="0055110B">
              <w:rPr>
                <w:rFonts w:ascii="Calibri" w:eastAsia="Calibri" w:hAnsi="Calibri" w:cs="Calibri"/>
                <w:lang w:val="pl-PL"/>
              </w:rPr>
              <w:t>czekiwane efekty uczenia np.</w:t>
            </w:r>
            <w:r w:rsidR="0001697D" w:rsidRPr="0055110B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  <w:p w14:paraId="2AB51188" w14:textId="77777777" w:rsidR="0055110B" w:rsidRPr="0055110B" w:rsidRDefault="0055110B" w:rsidP="0055110B">
            <w:pPr>
              <w:pStyle w:val="Akapitzlist"/>
              <w:numPr>
                <w:ilvl w:val="0"/>
                <w:numId w:val="12"/>
              </w:numPr>
              <w:ind w:left="169" w:hanging="169"/>
              <w:rPr>
                <w:rFonts w:ascii="Calibri" w:eastAsia="Calibri" w:hAnsi="Calibri" w:cs="Calibri"/>
                <w:lang w:val="pl-PL"/>
              </w:rPr>
            </w:pPr>
            <w:r w:rsidRPr="0055110B">
              <w:rPr>
                <w:rFonts w:ascii="Calibri" w:eastAsia="Calibri" w:hAnsi="Calibri" w:cs="Calibri"/>
                <w:lang w:val="pl-PL"/>
              </w:rPr>
              <w:t xml:space="preserve">student potrafi stosować różne metody kalkulacji kosztów w praktyce; </w:t>
            </w:r>
          </w:p>
          <w:p w14:paraId="45D67645" w14:textId="77777777" w:rsidR="0055110B" w:rsidRPr="0055110B" w:rsidRDefault="0055110B" w:rsidP="0055110B">
            <w:pPr>
              <w:pStyle w:val="Akapitzlist"/>
              <w:numPr>
                <w:ilvl w:val="0"/>
                <w:numId w:val="12"/>
              </w:numPr>
              <w:ind w:left="169" w:hanging="169"/>
              <w:rPr>
                <w:rFonts w:ascii="Calibri" w:eastAsia="Calibri" w:hAnsi="Calibri" w:cs="Calibri"/>
                <w:lang w:val="pl-PL"/>
              </w:rPr>
            </w:pPr>
            <w:r w:rsidRPr="0055110B">
              <w:rPr>
                <w:rFonts w:ascii="Calibri" w:eastAsia="Calibri" w:hAnsi="Calibri" w:cs="Calibri"/>
                <w:lang w:val="pl-PL"/>
              </w:rPr>
              <w:t xml:space="preserve">student potrafi analizować i oceniać rachunek kosztów logistycznych w przedsiębiorstwie; </w:t>
            </w:r>
          </w:p>
          <w:p w14:paraId="6F636E7A" w14:textId="7F6E4EEA" w:rsidR="4549D576" w:rsidRPr="0055110B" w:rsidRDefault="0055110B" w:rsidP="0055110B">
            <w:pPr>
              <w:pStyle w:val="Akapitzlist"/>
              <w:numPr>
                <w:ilvl w:val="0"/>
                <w:numId w:val="12"/>
              </w:numPr>
              <w:ind w:left="169" w:hanging="169"/>
              <w:rPr>
                <w:lang w:val="pl-PL"/>
              </w:rPr>
            </w:pPr>
            <w:r w:rsidRPr="0055110B">
              <w:rPr>
                <w:rFonts w:ascii="Calibri" w:eastAsia="Calibri" w:hAnsi="Calibri" w:cs="Calibri"/>
                <w:lang w:val="pl-PL"/>
              </w:rPr>
              <w:t xml:space="preserve">student jest gotów do rozwiązywania problemów związanych z rachunkiem kosztów logistycznych </w:t>
            </w:r>
          </w:p>
        </w:tc>
      </w:tr>
      <w:tr w:rsidR="4549D576" w:rsidRPr="0055110B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7F04F9" w:rsidRDefault="4549D576" w:rsidP="4549D576">
            <w:pPr>
              <w:rPr>
                <w:lang w:val="pl-PL"/>
              </w:rPr>
            </w:pPr>
            <w:r w:rsidRPr="007F04F9">
              <w:rPr>
                <w:rFonts w:ascii="Calibri" w:eastAsia="Calibri" w:hAnsi="Calibri" w:cs="Calibr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32C27C16" w:rsidR="4549D576" w:rsidRPr="0055110B" w:rsidRDefault="0055110B" w:rsidP="4549D576">
            <w:pPr>
              <w:rPr>
                <w:lang w:val="pl-PL"/>
              </w:rPr>
            </w:pPr>
            <w:r w:rsidRPr="0055110B">
              <w:rPr>
                <w:rFonts w:ascii="Calibri" w:eastAsia="Calibri" w:hAnsi="Calibri" w:cs="Calibri"/>
                <w:lang w:val="pl-PL"/>
              </w:rPr>
              <w:t>Zaliczenie pisemne</w:t>
            </w:r>
          </w:p>
        </w:tc>
      </w:tr>
    </w:tbl>
    <w:p w14:paraId="38469E4A" w14:textId="7772762A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9C6F44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Default="4549D576" w:rsidP="4549D576">
            <w:r w:rsidRPr="4549D576">
              <w:rPr>
                <w:rFonts w:ascii="Calibri" w:eastAsia="Calibri" w:hAnsi="Calibri" w:cs="Calibri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07D03030" w:rsidR="4549D576" w:rsidRPr="00E33CD4" w:rsidRDefault="4549D576" w:rsidP="4549D576">
            <w:pPr>
              <w:rPr>
                <w:lang w:val="pl-PL"/>
              </w:rPr>
            </w:pPr>
            <w:r w:rsidRPr="00E33CD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E33CD4" w:rsidRPr="007F04F9">
              <w:rPr>
                <w:rFonts w:ascii="Calibri" w:eastAsia="Calibri" w:hAnsi="Calibri" w:cs="Calibri"/>
                <w:lang w:val="pl-PL"/>
              </w:rPr>
              <w:t xml:space="preserve">Dr hab. </w:t>
            </w:r>
            <w:r w:rsidR="00E33CD4">
              <w:rPr>
                <w:rFonts w:ascii="Calibri" w:eastAsia="Calibri" w:hAnsi="Calibri" w:cs="Calibri"/>
                <w:lang w:val="pl-PL"/>
              </w:rPr>
              <w:t>i</w:t>
            </w:r>
            <w:r w:rsidR="00E33CD4" w:rsidRPr="007F04F9">
              <w:rPr>
                <w:rFonts w:ascii="Calibri" w:eastAsia="Calibri" w:hAnsi="Calibri" w:cs="Calibri"/>
                <w:lang w:val="pl-PL"/>
              </w:rPr>
              <w:t>nż. Elżbieta S</w:t>
            </w:r>
            <w:r w:rsidR="00E33CD4">
              <w:rPr>
                <w:rFonts w:ascii="Calibri" w:eastAsia="Calibri" w:hAnsi="Calibri" w:cs="Calibri"/>
                <w:lang w:val="pl-PL"/>
              </w:rPr>
              <w:t>zymańska, prof. SGGW</w:t>
            </w:r>
          </w:p>
        </w:tc>
      </w:tr>
      <w:tr w:rsidR="4549D576" w:rsidRPr="009C6F44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4549D576"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58D55270" w:rsidR="4549D576" w:rsidRPr="00E33CD4" w:rsidRDefault="4549D576" w:rsidP="4549D576">
            <w:pPr>
              <w:rPr>
                <w:lang w:val="pl-PL"/>
              </w:rPr>
            </w:pPr>
            <w:r w:rsidRPr="00E33CD4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E33CD4" w:rsidRPr="007F04F9">
              <w:rPr>
                <w:rFonts w:ascii="Calibri" w:eastAsia="Calibri" w:hAnsi="Calibri" w:cs="Calibri"/>
                <w:lang w:val="pl-PL"/>
              </w:rPr>
              <w:t xml:space="preserve">Dr hab. </w:t>
            </w:r>
            <w:r w:rsidR="00E33CD4">
              <w:rPr>
                <w:rFonts w:ascii="Calibri" w:eastAsia="Calibri" w:hAnsi="Calibri" w:cs="Calibri"/>
                <w:lang w:val="pl-PL"/>
              </w:rPr>
              <w:t>i</w:t>
            </w:r>
            <w:r w:rsidR="00E33CD4" w:rsidRPr="007F04F9">
              <w:rPr>
                <w:rFonts w:ascii="Calibri" w:eastAsia="Calibri" w:hAnsi="Calibri" w:cs="Calibri"/>
                <w:lang w:val="pl-PL"/>
              </w:rPr>
              <w:t>nż. Elżbieta S</w:t>
            </w:r>
            <w:r w:rsidR="00E33CD4">
              <w:rPr>
                <w:rFonts w:ascii="Calibri" w:eastAsia="Calibri" w:hAnsi="Calibri" w:cs="Calibri"/>
                <w:lang w:val="pl-PL"/>
              </w:rPr>
              <w:t>zymańska, prof. SGGW</w:t>
            </w:r>
          </w:p>
        </w:tc>
      </w:tr>
    </w:tbl>
    <w:p w14:paraId="5B862A50" w14:textId="38EF437C" w:rsidR="4549D576" w:rsidRPr="00E33CD4" w:rsidRDefault="4549D576" w:rsidP="4549D576">
      <w:pPr>
        <w:spacing w:after="0"/>
        <w:rPr>
          <w:rFonts w:ascii="Calibri" w:eastAsia="Calibri" w:hAnsi="Calibri" w:cs="Calibri"/>
          <w:sz w:val="24"/>
          <w:szCs w:val="24"/>
          <w:lang w:val="pl-PL"/>
        </w:rPr>
      </w:pPr>
    </w:p>
    <w:p w14:paraId="50C74F68" w14:textId="6515037C" w:rsidR="4549D576" w:rsidRPr="00E33CD4" w:rsidRDefault="4549D576" w:rsidP="4549D576">
      <w:pPr>
        <w:rPr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14:paraId="75348FBE" w14:textId="77777777" w:rsidTr="4549D576">
        <w:tc>
          <w:tcPr>
            <w:tcW w:w="4316" w:type="dxa"/>
          </w:tcPr>
          <w:p w14:paraId="6E671BA3" w14:textId="47FFD31E" w:rsidR="00E316F3" w:rsidRPr="00E316F3" w:rsidRDefault="00E316F3" w:rsidP="00FD4E44">
            <w:pPr>
              <w:rPr>
                <w:lang w:val="pl-PL"/>
              </w:rPr>
            </w:pPr>
            <w:r w:rsidRPr="00E316F3">
              <w:rPr>
                <w:lang w:val="pl-PL"/>
              </w:rPr>
              <w:t>PRZEDMIOT</w:t>
            </w:r>
          </w:p>
        </w:tc>
        <w:tc>
          <w:tcPr>
            <w:tcW w:w="4314" w:type="dxa"/>
          </w:tcPr>
          <w:p w14:paraId="049C2498" w14:textId="44B65D7B" w:rsidR="00E316F3" w:rsidRDefault="00E33CD4" w:rsidP="00FD4E44">
            <w:proofErr w:type="spellStart"/>
            <w:r w:rsidRPr="007F04F9">
              <w:rPr>
                <w:rFonts w:ascii="Calibri" w:eastAsia="Calibri" w:hAnsi="Calibri" w:cs="Calibri"/>
                <w:b/>
                <w:bCs/>
              </w:rPr>
              <w:t>Rachunek</w:t>
            </w:r>
            <w:proofErr w:type="spellEnd"/>
            <w:r w:rsidRPr="007F04F9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007F04F9">
              <w:rPr>
                <w:rFonts w:ascii="Calibri" w:eastAsia="Calibri" w:hAnsi="Calibri" w:cs="Calibri"/>
                <w:b/>
                <w:bCs/>
              </w:rPr>
              <w:t>kosztów</w:t>
            </w:r>
            <w:proofErr w:type="spellEnd"/>
            <w:r w:rsidRPr="007F04F9">
              <w:rPr>
                <w:rFonts w:ascii="Calibri" w:eastAsia="Calibri" w:hAnsi="Calibri" w:cs="Calibri"/>
                <w:b/>
                <w:bCs/>
              </w:rPr>
              <w:t xml:space="preserve"> w </w:t>
            </w:r>
            <w:proofErr w:type="spellStart"/>
            <w:r w:rsidRPr="007F04F9">
              <w:rPr>
                <w:rFonts w:ascii="Calibri" w:eastAsia="Calibri" w:hAnsi="Calibri" w:cs="Calibri"/>
                <w:b/>
                <w:bCs/>
              </w:rPr>
              <w:t>logistyce</w:t>
            </w:r>
            <w:proofErr w:type="spellEnd"/>
          </w:p>
        </w:tc>
      </w:tr>
    </w:tbl>
    <w:p w14:paraId="45F39568" w14:textId="77777777" w:rsidR="00E228F5" w:rsidRDefault="00E228F5" w:rsidP="00E228F5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2CB79604" w14:textId="77777777" w:rsidR="00E228F5" w:rsidRPr="009C6F44" w:rsidRDefault="00E228F5" w:rsidP="00E228F5">
      <w:pPr>
        <w:rPr>
          <w:lang w:val="pl-PL"/>
        </w:rPr>
      </w:pPr>
      <w:r w:rsidRPr="009C6F44">
        <w:rPr>
          <w:lang w:val="pl-PL"/>
        </w:rPr>
        <w:t>Materiał jest udostępniony na licencji Creative Commons Uznanie autorstwa CC BY 4.0</w:t>
      </w:r>
    </w:p>
    <w:p w14:paraId="1A02EC20" w14:textId="77777777" w:rsidR="00E228F5" w:rsidRPr="009C6F44" w:rsidRDefault="00E228F5" w:rsidP="00E228F5">
      <w:pPr>
        <w:rPr>
          <w:lang w:val="pl-PL"/>
        </w:rPr>
      </w:pPr>
      <w:r w:rsidRPr="009C6F44">
        <w:rPr>
          <w:lang w:val="pl-PL"/>
        </w:rPr>
        <w:t>https://creativecommons.org/licenses/by/4.0/deed.pl</w:t>
      </w:r>
    </w:p>
    <w:p w14:paraId="7D2944D7" w14:textId="77777777" w:rsidR="00E228F5" w:rsidRPr="009C6F44" w:rsidRDefault="00E228F5" w:rsidP="00E228F5">
      <w:pPr>
        <w:rPr>
          <w:lang w:val="pl-PL"/>
        </w:rPr>
      </w:pPr>
      <w:r w:rsidRPr="009C6F44">
        <w:rPr>
          <w:lang w:val="pl-PL"/>
        </w:rPr>
        <w:t>Materiał opracowany w związku z realizacją projektu „GreenTechEducation - SGGW dla</w:t>
      </w:r>
    </w:p>
    <w:p w14:paraId="6E478B67" w14:textId="3342D54E" w:rsidR="00680721" w:rsidRDefault="00E228F5" w:rsidP="00E228F5">
      <w:proofErr w:type="spellStart"/>
      <w:r>
        <w:t>gospodarki</w:t>
      </w:r>
      <w:proofErr w:type="spellEnd"/>
      <w:r>
        <w:t xml:space="preserve"> </w:t>
      </w:r>
      <w:proofErr w:type="spellStart"/>
      <w:r>
        <w:t>przyszłości</w:t>
      </w:r>
      <w:proofErr w:type="spellEnd"/>
      <w:r>
        <w:t>” FERS.01.05-IP08-0330/23</w:t>
      </w:r>
    </w:p>
    <w:sectPr w:rsidR="00680721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74E4B" w14:textId="77777777" w:rsidR="00730BBD" w:rsidRDefault="00730BBD" w:rsidP="00521628">
      <w:pPr>
        <w:spacing w:after="0" w:line="240" w:lineRule="auto"/>
      </w:pPr>
      <w:r>
        <w:separator/>
      </w:r>
    </w:p>
  </w:endnote>
  <w:endnote w:type="continuationSeparator" w:id="0">
    <w:p w14:paraId="15BDAB2C" w14:textId="77777777" w:rsidR="00730BBD" w:rsidRDefault="00730BBD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7F04F9" w:rsidRDefault="006667E5" w:rsidP="006667E5">
    <w:pPr>
      <w:pStyle w:val="Stopka"/>
      <w:rPr>
        <w:lang w:val="pl-PL"/>
      </w:rPr>
    </w:pPr>
    <w:r w:rsidRPr="007F04F9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7F04F9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7F04F9">
      <w:rPr>
        <w:rFonts w:ascii="Calibri" w:hAnsi="Calibri" w:cs="Calibri"/>
        <w:color w:val="000000"/>
        <w:shd w:val="clear" w:color="auto" w:fill="FFFFFF"/>
        <w:lang w:val="pl-PL"/>
      </w:rPr>
      <w:br/>
    </w:r>
    <w:r w:rsidRPr="007F04F9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7F04F9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A158D" w14:textId="77777777" w:rsidR="00730BBD" w:rsidRDefault="00730BBD" w:rsidP="00521628">
      <w:pPr>
        <w:spacing w:after="0" w:line="240" w:lineRule="auto"/>
      </w:pPr>
      <w:r>
        <w:separator/>
      </w:r>
    </w:p>
  </w:footnote>
  <w:footnote w:type="continuationSeparator" w:id="0">
    <w:p w14:paraId="504E5CA5" w14:textId="77777777" w:rsidR="00730BBD" w:rsidRDefault="00730BBD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19A92FA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EB5570"/>
    <w:multiLevelType w:val="hybridMultilevel"/>
    <w:tmpl w:val="C82CCB2A"/>
    <w:lvl w:ilvl="0" w:tplc="044A0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749AD"/>
    <w:multiLevelType w:val="hybridMultilevel"/>
    <w:tmpl w:val="C38A1776"/>
    <w:lvl w:ilvl="0" w:tplc="4034868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6656380D"/>
    <w:multiLevelType w:val="hybridMultilevel"/>
    <w:tmpl w:val="FE14D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805900658">
    <w:abstractNumId w:val="11"/>
  </w:num>
  <w:num w:numId="11" w16cid:durableId="56561211">
    <w:abstractNumId w:val="10"/>
  </w:num>
  <w:num w:numId="12" w16cid:durableId="2332461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97D"/>
    <w:rsid w:val="00034616"/>
    <w:rsid w:val="0006063C"/>
    <w:rsid w:val="00077043"/>
    <w:rsid w:val="00091956"/>
    <w:rsid w:val="000F1F39"/>
    <w:rsid w:val="00101500"/>
    <w:rsid w:val="001210B4"/>
    <w:rsid w:val="00142E63"/>
    <w:rsid w:val="0015074B"/>
    <w:rsid w:val="001C2198"/>
    <w:rsid w:val="0029639D"/>
    <w:rsid w:val="00326F90"/>
    <w:rsid w:val="003628CD"/>
    <w:rsid w:val="0044797C"/>
    <w:rsid w:val="00456C20"/>
    <w:rsid w:val="004978F3"/>
    <w:rsid w:val="004B726D"/>
    <w:rsid w:val="004D57F4"/>
    <w:rsid w:val="005011CF"/>
    <w:rsid w:val="005143E8"/>
    <w:rsid w:val="00521628"/>
    <w:rsid w:val="0055110B"/>
    <w:rsid w:val="0058212E"/>
    <w:rsid w:val="005A66F4"/>
    <w:rsid w:val="00612384"/>
    <w:rsid w:val="006667E5"/>
    <w:rsid w:val="00680721"/>
    <w:rsid w:val="006869E1"/>
    <w:rsid w:val="00730BBD"/>
    <w:rsid w:val="007F04F9"/>
    <w:rsid w:val="00863834"/>
    <w:rsid w:val="008D3CC2"/>
    <w:rsid w:val="00976B8B"/>
    <w:rsid w:val="009C6F44"/>
    <w:rsid w:val="00AA1D8D"/>
    <w:rsid w:val="00AC1286"/>
    <w:rsid w:val="00B47730"/>
    <w:rsid w:val="00B734AA"/>
    <w:rsid w:val="00BA4DD9"/>
    <w:rsid w:val="00BE192A"/>
    <w:rsid w:val="00BE6F98"/>
    <w:rsid w:val="00C5174D"/>
    <w:rsid w:val="00C551F5"/>
    <w:rsid w:val="00C66032"/>
    <w:rsid w:val="00CA63C9"/>
    <w:rsid w:val="00CB0664"/>
    <w:rsid w:val="00D054A7"/>
    <w:rsid w:val="00D64982"/>
    <w:rsid w:val="00D93C83"/>
    <w:rsid w:val="00E228F5"/>
    <w:rsid w:val="00E316F3"/>
    <w:rsid w:val="00E33CD4"/>
    <w:rsid w:val="00E41A6D"/>
    <w:rsid w:val="00EF0217"/>
    <w:rsid w:val="00F50E79"/>
    <w:rsid w:val="00F5150A"/>
    <w:rsid w:val="00F64836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794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Elzbieta Szymańska</cp:lastModifiedBy>
  <cp:revision>4</cp:revision>
  <dcterms:created xsi:type="dcterms:W3CDTF">2026-07-01T08:18:00Z</dcterms:created>
  <dcterms:modified xsi:type="dcterms:W3CDTF">2026-08-17T12:37:00Z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