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C14CD4" w14:paraId="4757B0E7" w14:textId="77777777" w:rsidTr="7D9690A4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7D9690A4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7D9690A4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7D9690A4"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67A7FF0C" w:rsidR="00E316F3" w:rsidRPr="000E45CD" w:rsidRDefault="001B3700" w:rsidP="6B4CB54B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C14CD4" w14:paraId="0EF765F9" w14:textId="77777777" w:rsidTr="7D9690A4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3EC04CC6" w:rsidR="00E316F3" w:rsidRPr="000E45CD" w:rsidRDefault="6344DF2F" w:rsidP="7D9690A4">
            <w:pPr>
              <w:rPr>
                <w:rFonts w:ascii="Calibri" w:eastAsia="Calibri" w:hAnsi="Calibri" w:cs="Calibri"/>
                <w:lang w:val="pl-PL"/>
              </w:rPr>
            </w:pPr>
            <w:r w:rsidRPr="00E71904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7D9690A4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7D9690A4">
        <w:tc>
          <w:tcPr>
            <w:tcW w:w="3539" w:type="dxa"/>
          </w:tcPr>
          <w:p w14:paraId="6DD2E72E" w14:textId="77777777" w:rsidR="0044797C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1C33C719" w:rsidR="0044797C" w:rsidRPr="000E45CD" w:rsidRDefault="00E71904" w:rsidP="7D9690A4">
            <w:r w:rsidRPr="00E71904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7D9690A4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7D9690A4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7D9690A4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6B4CB54B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7D9690A4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6B4CB54B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7D9690A4">
        <w:tc>
          <w:tcPr>
            <w:tcW w:w="3539" w:type="dxa"/>
          </w:tcPr>
          <w:p w14:paraId="7B7894B7" w14:textId="77777777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5BEE20F2" w14:textId="69ED7CE6" w:rsidR="004B726D" w:rsidRPr="000E45CD" w:rsidRDefault="1FACA883" w:rsidP="7D9690A4">
            <w:pPr>
              <w:rPr>
                <w:rFonts w:asciiTheme="majorHAnsi" w:hAnsiTheme="majorHAnsi" w:cstheme="majorBidi"/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44797C" w:rsidRPr="00585D34" w14:paraId="6C1C1B48" w14:textId="77777777" w:rsidTr="7D9690A4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251AF664" w:rsidR="0044797C" w:rsidRPr="00775BCE" w:rsidRDefault="3202050E" w:rsidP="7D9690A4">
            <w:pPr>
              <w:rPr>
                <w:rFonts w:asciiTheme="majorHAnsi" w:hAnsiTheme="majorHAnsi" w:cstheme="majorBidi"/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>Sprzedaż przez Internet</w:t>
            </w:r>
          </w:p>
        </w:tc>
      </w:tr>
      <w:tr w:rsidR="005143E8" w:rsidRPr="000E45CD" w14:paraId="2C3BF2F0" w14:textId="77777777" w:rsidTr="7D9690A4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4DD1C15C" w:rsidR="005143E8" w:rsidRPr="000E45CD" w:rsidRDefault="00775BCE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Ćwiczenia audytoryjne</w:t>
            </w:r>
          </w:p>
        </w:tc>
      </w:tr>
      <w:tr w:rsidR="005143E8" w:rsidRPr="000E45CD" w14:paraId="2CD1002C" w14:textId="77777777" w:rsidTr="7D9690A4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0E45CD" w:rsidRDefault="38B52BFD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>90</w:t>
            </w:r>
            <w:r w:rsidR="016649DD" w:rsidRPr="6B4CB54B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C14CD4" w14:paraId="0BE41C8B" w14:textId="77777777" w:rsidTr="7D9690A4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70C26887" w:rsidR="005143E8" w:rsidRPr="00E71904" w:rsidRDefault="4F1B3EEE" w:rsidP="7D9690A4">
            <w:pPr>
              <w:rPr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 xml:space="preserve">Zapoznanie studentów z zasadami dotyczącymi sprzedaży </w:t>
            </w:r>
            <w:r w:rsidR="76470C53" w:rsidRPr="7D9690A4">
              <w:rPr>
                <w:rFonts w:ascii="Calibri" w:eastAsia="Calibri" w:hAnsi="Calibri" w:cs="Calibri"/>
                <w:lang w:val="pl-PL"/>
              </w:rPr>
              <w:t>oraz wykształcenie umiejętności oceny sklepów internetowych pod kątem wybranych obowiązków informacyjnych.</w:t>
            </w:r>
          </w:p>
        </w:tc>
      </w:tr>
      <w:tr w:rsidR="005143E8" w:rsidRPr="00C14CD4" w14:paraId="2F6950F4" w14:textId="77777777" w:rsidTr="7D9690A4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48F71979" w14:textId="2F92594F" w:rsidR="005143E8" w:rsidRPr="00E71904" w:rsidRDefault="5EC2E3C2" w:rsidP="7D9690A4">
            <w:pPr>
              <w:rPr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 xml:space="preserve">Poznanie </w:t>
            </w:r>
            <w:r w:rsidR="2ED468A7" w:rsidRPr="7D9690A4">
              <w:rPr>
                <w:rFonts w:ascii="Calibri" w:eastAsia="Calibri" w:hAnsi="Calibri" w:cs="Calibri"/>
                <w:lang w:val="pl-PL"/>
              </w:rPr>
              <w:t xml:space="preserve">wybranych </w:t>
            </w:r>
            <w:r w:rsidRPr="7D9690A4">
              <w:rPr>
                <w:rFonts w:ascii="Calibri" w:eastAsia="Calibri" w:hAnsi="Calibri" w:cs="Calibri"/>
                <w:lang w:val="pl-PL"/>
              </w:rPr>
              <w:t xml:space="preserve">wymogów </w:t>
            </w:r>
            <w:r w:rsidR="13ECDECF" w:rsidRPr="7D9690A4">
              <w:rPr>
                <w:rFonts w:ascii="Calibri" w:eastAsia="Calibri" w:hAnsi="Calibri" w:cs="Calibri"/>
                <w:lang w:val="pl-PL"/>
              </w:rPr>
              <w:t xml:space="preserve">prawnych dotyczących sprzedaży na odległość. </w:t>
            </w:r>
          </w:p>
          <w:p w14:paraId="16B8177A" w14:textId="53366B68" w:rsidR="005143E8" w:rsidRPr="000E45CD" w:rsidRDefault="5EC2E3C2" w:rsidP="7D9690A4">
            <w:pPr>
              <w:rPr>
                <w:rFonts w:ascii="Calibri" w:eastAsia="Calibri" w:hAnsi="Calibri" w:cs="Calibri"/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>Praktyczna weryfikacja wybranego e-sklepu pod kątem kompletności i poprawności prezentowanych informacji.</w:t>
            </w:r>
          </w:p>
        </w:tc>
      </w:tr>
      <w:tr w:rsidR="005143E8" w:rsidRPr="00C14CD4" w14:paraId="27EEDDD8" w14:textId="77777777" w:rsidTr="7D9690A4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CA0F35" w:rsidR="005143E8" w:rsidRPr="00775BCE" w:rsidRDefault="7192AC8D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6B4CB54B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6B4CB54B">
              <w:rPr>
                <w:rFonts w:asciiTheme="majorHAnsi" w:hAnsiTheme="majorHAnsi" w:cstheme="majorBidi"/>
                <w:lang w:val="pl-PL"/>
              </w:rPr>
              <w:t xml:space="preserve">projektor, dostęp do </w:t>
            </w:r>
            <w:r w:rsidR="0754CA02" w:rsidRPr="6B4CB54B">
              <w:rPr>
                <w:rFonts w:asciiTheme="majorHAnsi" w:hAnsiTheme="majorHAnsi" w:cstheme="majorBidi"/>
                <w:lang w:val="pl-PL"/>
              </w:rPr>
              <w:t>I</w:t>
            </w:r>
            <w:r w:rsidR="38B52BFD" w:rsidRPr="6B4CB54B">
              <w:rPr>
                <w:rFonts w:asciiTheme="majorHAnsi" w:hAnsiTheme="majorHAnsi" w:cstheme="majorBidi"/>
                <w:lang w:val="pl-PL"/>
              </w:rPr>
              <w:t>nternetu</w:t>
            </w:r>
            <w:r w:rsidR="2CA336E9" w:rsidRPr="6B4CB54B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C14CD4" w14:paraId="7CDE7036" w14:textId="77777777" w:rsidTr="7D9690A4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6C1AEC75" w14:textId="49D783C6" w:rsidR="005143E8" w:rsidRPr="00E71904" w:rsidRDefault="5908DA06" w:rsidP="004545D1">
            <w:pPr>
              <w:rPr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  <w:p w14:paraId="476806EC" w14:textId="2EDBEE15" w:rsidR="005143E8" w:rsidRPr="00E71904" w:rsidRDefault="0FBEBF38" w:rsidP="004545D1">
            <w:pPr>
              <w:rPr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>P</w:t>
            </w:r>
            <w:r w:rsidRPr="7D9690A4">
              <w:rPr>
                <w:rFonts w:ascii="Calibri" w:eastAsia="Calibri" w:hAnsi="Calibri" w:cs="Calibri"/>
                <w:lang w:val="pl-PL"/>
              </w:rPr>
              <w:t>rzygotowanie formularza oceny sklepu internetowego.</w:t>
            </w:r>
          </w:p>
        </w:tc>
      </w:tr>
    </w:tbl>
    <w:p w14:paraId="7C83B7B5" w14:textId="77777777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11A07" w14:paraId="7DDDB6F9" w14:textId="77777777" w:rsidTr="7D9690A4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77777777" w:rsidR="005143E8" w:rsidRPr="000E45CD" w:rsidRDefault="00702450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Wprowadzenie organizacyjne </w:t>
            </w:r>
          </w:p>
        </w:tc>
      </w:tr>
      <w:tr w:rsidR="005143E8" w:rsidRPr="000E45CD" w14:paraId="13E95592" w14:textId="77777777" w:rsidTr="7D9690A4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42A07326" w:rsidR="005143E8" w:rsidRPr="000E45CD" w:rsidRDefault="09F96992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>10</w:t>
            </w:r>
            <w:r w:rsidR="051285D2" w:rsidRPr="6B4CB54B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C14CD4" w14:paraId="5CDD05F7" w14:textId="77777777" w:rsidTr="7D9690A4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44B6028E" w:rsidR="005143E8" w:rsidRPr="00E71904" w:rsidRDefault="13CDEAB7" w:rsidP="6B4CB54B">
            <w:pPr>
              <w:rPr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>Sprawdzenie listy obecności, ewentualne informacje porządkowe</w:t>
            </w:r>
            <w:r w:rsidR="6BE77195" w:rsidRPr="6B4CB54B">
              <w:rPr>
                <w:rFonts w:asciiTheme="majorHAnsi" w:hAnsiTheme="majorHAnsi" w:cstheme="majorBidi"/>
                <w:lang w:val="pl-PL"/>
              </w:rPr>
              <w:t xml:space="preserve">. </w:t>
            </w:r>
          </w:p>
        </w:tc>
      </w:tr>
      <w:tr w:rsidR="00702450" w:rsidRPr="00011A07" w14:paraId="477F2E77" w14:textId="77777777" w:rsidTr="7D9690A4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51DC2287" w:rsidR="00702450" w:rsidRPr="000E45CD" w:rsidRDefault="4F094D0F" w:rsidP="6B4CB54B">
            <w:r w:rsidRPr="6B4CB54B">
              <w:rPr>
                <w:rFonts w:asciiTheme="majorHAnsi" w:hAnsiTheme="majorHAnsi" w:cstheme="majorBidi"/>
                <w:lang w:val="pl-PL"/>
              </w:rPr>
              <w:t>Podstawowe pojęcia</w:t>
            </w:r>
          </w:p>
        </w:tc>
      </w:tr>
      <w:tr w:rsidR="00702450" w:rsidRPr="00702450" w14:paraId="23772FB9" w14:textId="77777777" w:rsidTr="7D9690A4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 min</w:t>
            </w:r>
          </w:p>
        </w:tc>
      </w:tr>
      <w:tr w:rsidR="00702450" w:rsidRPr="00C14CD4" w14:paraId="3A5B986A" w14:textId="77777777" w:rsidTr="7D9690A4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38D0924F" w:rsidR="00702450" w:rsidRPr="00E71904" w:rsidRDefault="32D26018" w:rsidP="7D9690A4">
            <w:pPr>
              <w:rPr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 xml:space="preserve">Omówienie najważniejszych wymagań dotyczących sprzedaży przez Internet. </w:t>
            </w:r>
          </w:p>
        </w:tc>
      </w:tr>
      <w:tr w:rsidR="00702450" w:rsidRPr="00011A07" w14:paraId="70D0D26D" w14:textId="77777777" w:rsidTr="7D9690A4">
        <w:tc>
          <w:tcPr>
            <w:tcW w:w="3539" w:type="dxa"/>
          </w:tcPr>
          <w:p w14:paraId="66F2F95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460BC4E8" w:rsidR="00702450" w:rsidRPr="000E45CD" w:rsidRDefault="6302129E" w:rsidP="00894B30">
            <w:r w:rsidRPr="6B4CB54B">
              <w:rPr>
                <w:rFonts w:asciiTheme="majorHAnsi" w:hAnsiTheme="majorHAnsi" w:cstheme="majorBidi"/>
                <w:lang w:val="pl-PL"/>
              </w:rPr>
              <w:t>Zadanie</w:t>
            </w:r>
          </w:p>
        </w:tc>
      </w:tr>
      <w:tr w:rsidR="00702450" w:rsidRPr="00702450" w14:paraId="37FDEA01" w14:textId="77777777" w:rsidTr="7D9690A4">
        <w:tc>
          <w:tcPr>
            <w:tcW w:w="3539" w:type="dxa"/>
          </w:tcPr>
          <w:p w14:paraId="162586E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26A92206" w:rsidR="00702450" w:rsidRPr="000E45CD" w:rsidRDefault="729C42B1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>4</w:t>
            </w:r>
            <w:r w:rsidR="1E64053C" w:rsidRPr="6B4CB54B">
              <w:rPr>
                <w:rFonts w:asciiTheme="majorHAnsi" w:hAnsiTheme="majorHAnsi" w:cstheme="majorBidi"/>
                <w:lang w:val="pl-PL"/>
              </w:rPr>
              <w:t xml:space="preserve">0 </w:t>
            </w:r>
            <w:r w:rsidR="2E2250E3" w:rsidRPr="6B4CB54B">
              <w:rPr>
                <w:rFonts w:asciiTheme="majorHAnsi" w:hAnsiTheme="majorHAnsi" w:cstheme="majorBidi"/>
                <w:lang w:val="pl-PL"/>
              </w:rPr>
              <w:t>min</w:t>
            </w:r>
          </w:p>
        </w:tc>
      </w:tr>
      <w:tr w:rsidR="00702450" w:rsidRPr="00C14CD4" w14:paraId="4940AB9B" w14:textId="77777777" w:rsidTr="7D9690A4">
        <w:tc>
          <w:tcPr>
            <w:tcW w:w="3539" w:type="dxa"/>
          </w:tcPr>
          <w:p w14:paraId="2306E92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5EC868F3" w14:textId="1B813CEF" w:rsidR="00702450" w:rsidRPr="00E71904" w:rsidRDefault="08965B5A" w:rsidP="00EF58C2">
            <w:pPr>
              <w:rPr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 xml:space="preserve">Omówienie zasad realizacji zadania. </w:t>
            </w:r>
          </w:p>
          <w:p w14:paraId="5BE1E68D" w14:textId="2FE058D6" w:rsidR="00702450" w:rsidRPr="00E71904" w:rsidRDefault="62719467" w:rsidP="00EF58C2">
            <w:pPr>
              <w:rPr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>Podział na grupy</w:t>
            </w:r>
            <w:r w:rsidR="7BD71BD8" w:rsidRPr="7D9690A4">
              <w:rPr>
                <w:rFonts w:asciiTheme="majorHAnsi" w:hAnsiTheme="majorHAnsi" w:cstheme="majorBidi"/>
                <w:lang w:val="pl-PL"/>
              </w:rPr>
              <w:t>.</w:t>
            </w:r>
          </w:p>
          <w:p w14:paraId="2E63E478" w14:textId="70CE30A2" w:rsidR="00702450" w:rsidRPr="00E71904" w:rsidRDefault="7BD71BD8" w:rsidP="7D9690A4">
            <w:pPr>
              <w:rPr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>Wybór i ocena wybranego sklepu internetowego pod kątem spełnienia wymagań informacyjnych (uzupełnienie formularza oceny).</w:t>
            </w:r>
          </w:p>
        </w:tc>
      </w:tr>
      <w:tr w:rsidR="00702450" w:rsidRPr="00585D34" w14:paraId="02F158A7" w14:textId="77777777" w:rsidTr="7D9690A4">
        <w:tc>
          <w:tcPr>
            <w:tcW w:w="3539" w:type="dxa"/>
          </w:tcPr>
          <w:p w14:paraId="5104353F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18542821" w:rsidR="00702450" w:rsidRPr="000E45CD" w:rsidRDefault="1DF4C72B" w:rsidP="00894B30">
            <w:r w:rsidRPr="6B4CB54B">
              <w:rPr>
                <w:rFonts w:asciiTheme="majorHAnsi" w:hAnsiTheme="majorHAnsi" w:cstheme="majorBidi"/>
                <w:lang w:val="pl-PL"/>
              </w:rPr>
              <w:t xml:space="preserve">Omówienie </w:t>
            </w:r>
          </w:p>
        </w:tc>
      </w:tr>
      <w:tr w:rsidR="00702450" w:rsidRPr="00702450" w14:paraId="48D29F91" w14:textId="77777777" w:rsidTr="7D9690A4">
        <w:tc>
          <w:tcPr>
            <w:tcW w:w="3539" w:type="dxa"/>
          </w:tcPr>
          <w:p w14:paraId="7FE2B10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77777777" w:rsidR="00702450" w:rsidRPr="000E45CD" w:rsidRDefault="00EF58C2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702450" w:rsidRPr="00C14CD4" w14:paraId="383CDE04" w14:textId="77777777" w:rsidTr="7D9690A4">
        <w:tc>
          <w:tcPr>
            <w:tcW w:w="3539" w:type="dxa"/>
          </w:tcPr>
          <w:p w14:paraId="5340639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5091" w:type="dxa"/>
          </w:tcPr>
          <w:p w14:paraId="0E4B5AE6" w14:textId="563F039C" w:rsidR="00702450" w:rsidRPr="00E71904" w:rsidRDefault="0C305790" w:rsidP="7D9690A4">
            <w:pPr>
              <w:rPr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>Prezentacja wyników analizy wybranych sklepów przez zespoły.</w:t>
            </w:r>
          </w:p>
          <w:p w14:paraId="38B94FF3" w14:textId="29576503" w:rsidR="00702450" w:rsidRPr="00E71904" w:rsidRDefault="0C305790" w:rsidP="7D9690A4">
            <w:pPr>
              <w:rPr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>Omówienie zidentyfikowanych uchybień i dobrych praktyk.</w:t>
            </w:r>
          </w:p>
        </w:tc>
      </w:tr>
      <w:tr w:rsidR="005143E8" w:rsidRPr="00011A07" w14:paraId="78BD90FB" w14:textId="77777777" w:rsidTr="7D9690A4">
        <w:tc>
          <w:tcPr>
            <w:tcW w:w="3539" w:type="dxa"/>
          </w:tcPr>
          <w:p w14:paraId="1CB6BB4B" w14:textId="0912247A" w:rsidR="005143E8" w:rsidRPr="000E45CD" w:rsidRDefault="051285D2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 xml:space="preserve">Nazwa zagadnienia </w:t>
            </w:r>
            <w:r w:rsidR="0449000D" w:rsidRPr="6B4CB54B">
              <w:rPr>
                <w:rFonts w:asciiTheme="majorHAnsi" w:hAnsiTheme="majorHAnsi" w:cstheme="majorBidi"/>
                <w:lang w:val="pl-PL"/>
              </w:rPr>
              <w:t>5</w:t>
            </w:r>
          </w:p>
        </w:tc>
        <w:tc>
          <w:tcPr>
            <w:tcW w:w="5091" w:type="dxa"/>
          </w:tcPr>
          <w:p w14:paraId="293BDDED" w14:textId="416F727F" w:rsidR="005143E8" w:rsidRPr="000E45CD" w:rsidRDefault="6CC217EE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 xml:space="preserve">Podsumowanie </w:t>
            </w:r>
          </w:p>
        </w:tc>
      </w:tr>
      <w:tr w:rsidR="005143E8" w:rsidRPr="00702450" w14:paraId="6DC812BF" w14:textId="77777777" w:rsidTr="7D9690A4">
        <w:tc>
          <w:tcPr>
            <w:tcW w:w="3539" w:type="dxa"/>
          </w:tcPr>
          <w:p w14:paraId="1B6FDC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D749D6C" w14:textId="77777777" w:rsidR="005143E8" w:rsidRPr="000E45CD" w:rsidRDefault="00EF58C2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 min</w:t>
            </w:r>
          </w:p>
        </w:tc>
      </w:tr>
      <w:tr w:rsidR="005143E8" w:rsidRPr="00C14CD4" w14:paraId="17AF0EB3" w14:textId="77777777" w:rsidTr="7D9690A4">
        <w:tc>
          <w:tcPr>
            <w:tcW w:w="3539" w:type="dxa"/>
          </w:tcPr>
          <w:p w14:paraId="2F841369" w14:textId="7CBAEBCC" w:rsidR="005143E8" w:rsidRPr="000E45CD" w:rsidRDefault="00661996" w:rsidP="6B4CB54B">
            <w:pPr>
              <w:rPr>
                <w:rFonts w:asciiTheme="majorHAnsi" w:hAnsiTheme="majorHAnsi" w:cstheme="majorBid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>Sekwencja działań, zadań ćwiczeń lub innych a</w:t>
            </w:r>
            <w:r w:rsidR="051285D2" w:rsidRPr="6B4CB54B">
              <w:rPr>
                <w:rFonts w:asciiTheme="majorHAnsi" w:hAnsiTheme="majorHAnsi" w:cstheme="majorBidi"/>
                <w:lang w:val="pl-PL"/>
              </w:rPr>
              <w:t xml:space="preserve">ktywności w ramach zagadnienia </w:t>
            </w:r>
            <w:r w:rsidR="19DA0F5E" w:rsidRPr="6B4CB54B">
              <w:rPr>
                <w:rFonts w:asciiTheme="majorHAnsi" w:hAnsiTheme="majorHAnsi" w:cstheme="majorBidi"/>
                <w:lang w:val="pl-PL"/>
              </w:rPr>
              <w:t>5</w:t>
            </w:r>
          </w:p>
        </w:tc>
        <w:tc>
          <w:tcPr>
            <w:tcW w:w="5091" w:type="dxa"/>
          </w:tcPr>
          <w:p w14:paraId="318D892D" w14:textId="5DACA63F" w:rsidR="557FA25D" w:rsidRPr="00E71904" w:rsidRDefault="557FA25D" w:rsidP="7D9690A4">
            <w:pPr>
              <w:rPr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 xml:space="preserve">Przypomnienie najważniejszych </w:t>
            </w:r>
            <w:r w:rsidR="584E6649" w:rsidRPr="7D9690A4">
              <w:rPr>
                <w:rFonts w:asciiTheme="majorHAnsi" w:hAnsiTheme="majorHAnsi" w:cstheme="majorBidi"/>
                <w:lang w:val="pl-PL"/>
              </w:rPr>
              <w:t xml:space="preserve">aspektów związanych ze sprzedażą przez Internet. </w:t>
            </w:r>
          </w:p>
          <w:p w14:paraId="7DBEB191" w14:textId="626D7067" w:rsidR="005143E8" w:rsidRPr="000E45CD" w:rsidRDefault="005143E8" w:rsidP="6B4CB54B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C14CD4" w14:paraId="67637116" w14:textId="77777777" w:rsidTr="7D9690A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4C20C0F8" w:rsidR="00775BCE" w:rsidRPr="00E71904" w:rsidRDefault="3E18F06C" w:rsidP="6B4CB54B">
            <w:pPr>
              <w:rPr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>Prezentacja multimedialna, audyt w grupach, dyskusja.</w:t>
            </w:r>
          </w:p>
        </w:tc>
      </w:tr>
      <w:tr w:rsidR="005143E8" w:rsidRPr="00C14CD4" w14:paraId="6A79F3E7" w14:textId="77777777" w:rsidTr="7D9690A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7855A1" w14:textId="1F926D0D" w:rsidR="00BE41C7" w:rsidRPr="00E71904" w:rsidRDefault="0DDD7F73" w:rsidP="7D9690A4">
            <w:pPr>
              <w:rPr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>Projektor, komputery/ urządzenia z dostępem do sieci, formularz oceny e-sklepu.</w:t>
            </w:r>
          </w:p>
        </w:tc>
      </w:tr>
      <w:tr w:rsidR="00521628" w:rsidRPr="00011A07" w14:paraId="7C3150A3" w14:textId="77777777" w:rsidTr="7D9690A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5848B191" w:rsidR="00521628" w:rsidRPr="000E45CD" w:rsidRDefault="0700FF73">
            <w:r w:rsidRPr="6B4CB54B">
              <w:rPr>
                <w:rFonts w:asciiTheme="majorHAnsi" w:hAnsiTheme="majorHAnsi" w:cstheme="majorBidi"/>
                <w:lang w:val="pl-PL"/>
              </w:rPr>
              <w:t xml:space="preserve">Praca grupowa; dyskusja. </w:t>
            </w:r>
          </w:p>
        </w:tc>
      </w:tr>
      <w:tr w:rsidR="005143E8" w:rsidRPr="00C14CD4" w14:paraId="5FD772C7" w14:textId="77777777" w:rsidTr="7D9690A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3D2C68A3" w:rsidR="005143E8" w:rsidRPr="000E45CD" w:rsidRDefault="5DA9B10A" w:rsidP="7D9690A4">
            <w:pPr>
              <w:rPr>
                <w:rFonts w:asciiTheme="majorHAnsi" w:hAnsiTheme="majorHAnsi" w:cstheme="majorBidi"/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 xml:space="preserve">Aktualne akty prawne dotyczące omawianego zakresu. </w:t>
            </w:r>
          </w:p>
        </w:tc>
      </w:tr>
      <w:tr w:rsidR="00521628" w:rsidRPr="000E45CD" w14:paraId="7E7648B2" w14:textId="77777777" w:rsidTr="7D9690A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6B4CB54B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585D34" w14:paraId="145FF5C3" w14:textId="77777777" w:rsidTr="7D9690A4">
        <w:tc>
          <w:tcPr>
            <w:tcW w:w="3539" w:type="dxa"/>
          </w:tcPr>
          <w:p w14:paraId="1ACFD5D8" w14:textId="77777777" w:rsidR="005143E8" w:rsidRPr="000E45CD" w:rsidRDefault="00661996" w:rsidP="7D9690A4">
            <w:pPr>
              <w:rPr>
                <w:rFonts w:asciiTheme="majorHAnsi" w:hAnsiTheme="majorHAnsi" w:cstheme="majorBidi"/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26EBD305" w:rsidR="005143E8" w:rsidRPr="000E45CD" w:rsidRDefault="0ED4F2FC" w:rsidP="7D9690A4">
            <w:pPr>
              <w:rPr>
                <w:rFonts w:asciiTheme="majorHAnsi" w:hAnsiTheme="majorHAnsi" w:cstheme="majorBidi"/>
                <w:lang w:val="pl-PL"/>
              </w:rPr>
            </w:pPr>
            <w:r w:rsidRPr="7D9690A4">
              <w:rPr>
                <w:rFonts w:asciiTheme="majorHAnsi" w:hAnsiTheme="majorHAnsi" w:cstheme="majorBidi"/>
                <w:lang w:val="pl-PL"/>
              </w:rPr>
              <w:t xml:space="preserve">Formularz oceny. </w:t>
            </w: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C14CD4" w14:paraId="46409F6A" w14:textId="77777777" w:rsidTr="7D9690A4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1CBC7C5E" w:rsidR="00E34B39" w:rsidRPr="00E34B39" w:rsidRDefault="6AC7C749" w:rsidP="6B4CB54B">
            <w:pPr>
              <w:pStyle w:val="Akapitzlist"/>
              <w:numPr>
                <w:ilvl w:val="0"/>
                <w:numId w:val="6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6B4CB54B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 (w tym m.in. wymagania prawne dotyczące zasad promocji, reklamy, sprzedaży i reklamacji dóbr i usług oraz zasady uwidaczniania cen usług);</w:t>
            </w:r>
          </w:p>
          <w:p w14:paraId="6676F3EE" w14:textId="6715C472" w:rsidR="00E34B39" w:rsidRPr="00E34B39" w:rsidRDefault="1A2564A0" w:rsidP="6B4CB54B">
            <w:pPr>
              <w:pStyle w:val="Akapitzlist"/>
              <w:numPr>
                <w:ilvl w:val="0"/>
                <w:numId w:val="6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6B4CB54B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6B4CB54B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6B4CB54B">
            <w:pPr>
              <w:pStyle w:val="Akapitzlist"/>
              <w:numPr>
                <w:ilvl w:val="0"/>
                <w:numId w:val="6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6B4CB54B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6B4CB54B">
            <w:pPr>
              <w:pStyle w:val="Akapitzlist"/>
              <w:numPr>
                <w:ilvl w:val="0"/>
                <w:numId w:val="6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6B4CB54B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6B4CB54B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C14CD4" w14:paraId="7C9F928F" w14:textId="77777777" w:rsidTr="7D9690A4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240BB6A4" w:rsidR="00C66032" w:rsidRPr="00E71904" w:rsidRDefault="3C74F3FA" w:rsidP="7D9690A4">
            <w:pPr>
              <w:rPr>
                <w:lang w:val="pl-PL"/>
              </w:rPr>
            </w:pPr>
            <w:r w:rsidRPr="7D9690A4">
              <w:rPr>
                <w:rFonts w:ascii="Calibri" w:eastAsia="Calibri" w:hAnsi="Calibri" w:cs="Calibri"/>
                <w:lang w:val="pl-PL"/>
              </w:rPr>
              <w:t>Formularz oceny sklepu internetowego oraz test pisemny po zakończeniu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2A2A90E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Julita Szlachciuk 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4A3E700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Julita Szlachciuk 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96D31FB" w14:textId="77777777" w:rsidR="00F41A5D" w:rsidRDefault="00F41A5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9A0BBF7" w14:textId="77777777" w:rsidR="00F41A5D" w:rsidRPr="00DC2EFC" w:rsidRDefault="00F41A5D" w:rsidP="00F41A5D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CC BY 4.0</w:t>
      </w:r>
    </w:p>
    <w:p w14:paraId="0657EB85" w14:textId="77777777" w:rsidR="00F41A5D" w:rsidRPr="00DC2EFC" w:rsidRDefault="00F41A5D" w:rsidP="00F41A5D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 xml:space="preserve">Materiał jest udostępniony na licencji Creative </w:t>
      </w:r>
      <w:proofErr w:type="spellStart"/>
      <w:r w:rsidRPr="00DC2EFC">
        <w:rPr>
          <w:color w:val="000000"/>
          <w:sz w:val="22"/>
          <w:szCs w:val="22"/>
        </w:rPr>
        <w:t>Commons</w:t>
      </w:r>
      <w:proofErr w:type="spellEnd"/>
      <w:r w:rsidRPr="00DC2EFC">
        <w:rPr>
          <w:color w:val="000000"/>
          <w:sz w:val="22"/>
          <w:szCs w:val="22"/>
        </w:rPr>
        <w:t xml:space="preserve"> Uznanie autorstwa CC BY 4.0 https://creativecommons.org/licenses/by/4.0/deed.pl</w:t>
      </w:r>
    </w:p>
    <w:p w14:paraId="75F2F94C" w14:textId="77777777" w:rsidR="00F41A5D" w:rsidRPr="00DC2EFC" w:rsidRDefault="00F41A5D" w:rsidP="00F41A5D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Materiał opracowany w związku z realizacją projektu „Zrównoważony Kampus SGGW - kształcenie na rzecz branż kluczowych ” nr FERS.01.05-IP.08-0067/23</w:t>
      </w:r>
    </w:p>
    <w:p w14:paraId="0552CA5B" w14:textId="77777777" w:rsidR="00F41A5D" w:rsidRPr="000E45CD" w:rsidRDefault="00F41A5D" w:rsidP="00F41A5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F624FEA" w14:textId="77777777" w:rsidR="00F41A5D" w:rsidRPr="000E45CD" w:rsidRDefault="00F41A5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F41A5D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DB53F" w14:textId="77777777" w:rsidR="00C52BBB" w:rsidRDefault="00C52BBB" w:rsidP="00521628">
      <w:pPr>
        <w:spacing w:after="0" w:line="240" w:lineRule="auto"/>
      </w:pPr>
      <w:r>
        <w:separator/>
      </w:r>
    </w:p>
  </w:endnote>
  <w:endnote w:type="continuationSeparator" w:id="0">
    <w:p w14:paraId="0747808A" w14:textId="77777777" w:rsidR="00C52BBB" w:rsidRDefault="00C52BBB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D4130" w14:textId="77777777" w:rsidR="00C52BBB" w:rsidRDefault="00C52BBB" w:rsidP="00521628">
      <w:pPr>
        <w:spacing w:after="0" w:line="240" w:lineRule="auto"/>
      </w:pPr>
      <w:r>
        <w:separator/>
      </w:r>
    </w:p>
  </w:footnote>
  <w:footnote w:type="continuationSeparator" w:id="0">
    <w:p w14:paraId="1238AF4C" w14:textId="77777777" w:rsidR="00C52BBB" w:rsidRDefault="00C52BBB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419D67A0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9ACE6DBA"/>
    <w:lvl w:ilvl="0" w:tplc="01381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F4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54D0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C5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00A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28B9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029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8D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84D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D4F2C71A"/>
    <w:lvl w:ilvl="0" w:tplc="A5121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10EE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F44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D4B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143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DC6C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6860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742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406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4250704E"/>
    <w:lvl w:ilvl="0" w:tplc="F692E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4F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92E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ECE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E1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924B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6CC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462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EA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CA5A7518"/>
    <w:lvl w:ilvl="0" w:tplc="768C51F6">
      <w:start w:val="1"/>
      <w:numFmt w:val="decimal"/>
      <w:lvlText w:val="%1."/>
      <w:lvlJc w:val="left"/>
      <w:pPr>
        <w:ind w:left="720" w:hanging="360"/>
      </w:pPr>
    </w:lvl>
    <w:lvl w:ilvl="1" w:tplc="B7D847AC">
      <w:start w:val="1"/>
      <w:numFmt w:val="lowerLetter"/>
      <w:lvlText w:val="%2."/>
      <w:lvlJc w:val="left"/>
      <w:pPr>
        <w:ind w:left="1440" w:hanging="360"/>
      </w:pPr>
    </w:lvl>
    <w:lvl w:ilvl="2" w:tplc="F738C24A">
      <w:start w:val="1"/>
      <w:numFmt w:val="lowerRoman"/>
      <w:lvlText w:val="%3."/>
      <w:lvlJc w:val="right"/>
      <w:pPr>
        <w:ind w:left="2160" w:hanging="180"/>
      </w:pPr>
    </w:lvl>
    <w:lvl w:ilvl="3" w:tplc="453EEE26">
      <w:start w:val="1"/>
      <w:numFmt w:val="decimal"/>
      <w:lvlText w:val="%4."/>
      <w:lvlJc w:val="left"/>
      <w:pPr>
        <w:ind w:left="2880" w:hanging="360"/>
      </w:pPr>
    </w:lvl>
    <w:lvl w:ilvl="4" w:tplc="BB94D2D4">
      <w:start w:val="1"/>
      <w:numFmt w:val="lowerLetter"/>
      <w:lvlText w:val="%5."/>
      <w:lvlJc w:val="left"/>
      <w:pPr>
        <w:ind w:left="3600" w:hanging="360"/>
      </w:pPr>
    </w:lvl>
    <w:lvl w:ilvl="5" w:tplc="A8E60582">
      <w:start w:val="1"/>
      <w:numFmt w:val="lowerRoman"/>
      <w:lvlText w:val="%6."/>
      <w:lvlJc w:val="right"/>
      <w:pPr>
        <w:ind w:left="4320" w:hanging="180"/>
      </w:pPr>
    </w:lvl>
    <w:lvl w:ilvl="6" w:tplc="BE1CD75C">
      <w:start w:val="1"/>
      <w:numFmt w:val="decimal"/>
      <w:lvlText w:val="%7."/>
      <w:lvlJc w:val="left"/>
      <w:pPr>
        <w:ind w:left="5040" w:hanging="360"/>
      </w:pPr>
    </w:lvl>
    <w:lvl w:ilvl="7" w:tplc="6BAAC97E">
      <w:start w:val="1"/>
      <w:numFmt w:val="lowerLetter"/>
      <w:lvlText w:val="%8."/>
      <w:lvlJc w:val="left"/>
      <w:pPr>
        <w:ind w:left="5760" w:hanging="360"/>
      </w:pPr>
    </w:lvl>
    <w:lvl w:ilvl="8" w:tplc="9822E5F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3638921C"/>
    <w:lvl w:ilvl="0" w:tplc="B8DC4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4E9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540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8D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04F4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A25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CC64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EC06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D0A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4A210F"/>
    <w:multiLevelType w:val="hybridMultilevel"/>
    <w:tmpl w:val="0FBAD732"/>
    <w:lvl w:ilvl="0" w:tplc="36549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F44D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948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DE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A0F0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9AD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36E3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F63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8C2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0195B"/>
    <w:multiLevelType w:val="hybridMultilevel"/>
    <w:tmpl w:val="D0A49930"/>
    <w:lvl w:ilvl="0" w:tplc="68E0C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C21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E0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C7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DCA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162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A51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181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CCC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402210">
    <w:abstractNumId w:val="16"/>
  </w:num>
  <w:num w:numId="2" w16cid:durableId="521016863">
    <w:abstractNumId w:val="12"/>
  </w:num>
  <w:num w:numId="3" w16cid:durableId="775175488">
    <w:abstractNumId w:val="9"/>
  </w:num>
  <w:num w:numId="4" w16cid:durableId="2043020626">
    <w:abstractNumId w:val="13"/>
  </w:num>
  <w:num w:numId="5" w16cid:durableId="1600677001">
    <w:abstractNumId w:val="18"/>
  </w:num>
  <w:num w:numId="6" w16cid:durableId="1270165356">
    <w:abstractNumId w:val="14"/>
  </w:num>
  <w:num w:numId="7" w16cid:durableId="1532110002">
    <w:abstractNumId w:val="11"/>
  </w:num>
  <w:num w:numId="8" w16cid:durableId="1887985719">
    <w:abstractNumId w:val="8"/>
  </w:num>
  <w:num w:numId="9" w16cid:durableId="181089352">
    <w:abstractNumId w:val="6"/>
  </w:num>
  <w:num w:numId="10" w16cid:durableId="278420677">
    <w:abstractNumId w:val="5"/>
  </w:num>
  <w:num w:numId="11" w16cid:durableId="1964072124">
    <w:abstractNumId w:val="4"/>
  </w:num>
  <w:num w:numId="12" w16cid:durableId="1732389378">
    <w:abstractNumId w:val="7"/>
  </w:num>
  <w:num w:numId="13" w16cid:durableId="2105879902">
    <w:abstractNumId w:val="3"/>
  </w:num>
  <w:num w:numId="14" w16cid:durableId="1338265626">
    <w:abstractNumId w:val="2"/>
  </w:num>
  <w:num w:numId="15" w16cid:durableId="2077122408">
    <w:abstractNumId w:val="1"/>
  </w:num>
  <w:num w:numId="16" w16cid:durableId="1915776975">
    <w:abstractNumId w:val="0"/>
  </w:num>
  <w:num w:numId="17" w16cid:durableId="1917010113">
    <w:abstractNumId w:val="15"/>
  </w:num>
  <w:num w:numId="18" w16cid:durableId="2063677693">
    <w:abstractNumId w:val="17"/>
  </w:num>
  <w:num w:numId="19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34616"/>
    <w:rsid w:val="0006063C"/>
    <w:rsid w:val="00077043"/>
    <w:rsid w:val="000851D8"/>
    <w:rsid w:val="00091956"/>
    <w:rsid w:val="0009349E"/>
    <w:rsid w:val="000E45CD"/>
    <w:rsid w:val="000E633D"/>
    <w:rsid w:val="000F1F39"/>
    <w:rsid w:val="00102512"/>
    <w:rsid w:val="001210B4"/>
    <w:rsid w:val="001355BA"/>
    <w:rsid w:val="0014086C"/>
    <w:rsid w:val="0015074B"/>
    <w:rsid w:val="001B16C3"/>
    <w:rsid w:val="001B3700"/>
    <w:rsid w:val="001C2198"/>
    <w:rsid w:val="001D2B22"/>
    <w:rsid w:val="001DCED0"/>
    <w:rsid w:val="00222E85"/>
    <w:rsid w:val="00224AE9"/>
    <w:rsid w:val="0029639D"/>
    <w:rsid w:val="002F6513"/>
    <w:rsid w:val="00321A8B"/>
    <w:rsid w:val="00326F90"/>
    <w:rsid w:val="003628CD"/>
    <w:rsid w:val="00371C22"/>
    <w:rsid w:val="003E343D"/>
    <w:rsid w:val="0044797C"/>
    <w:rsid w:val="004545D1"/>
    <w:rsid w:val="004747C0"/>
    <w:rsid w:val="004B726D"/>
    <w:rsid w:val="004B7766"/>
    <w:rsid w:val="004E79EF"/>
    <w:rsid w:val="005143E8"/>
    <w:rsid w:val="00521628"/>
    <w:rsid w:val="00577326"/>
    <w:rsid w:val="0058212E"/>
    <w:rsid w:val="00585D34"/>
    <w:rsid w:val="005C39B5"/>
    <w:rsid w:val="005E485A"/>
    <w:rsid w:val="00612384"/>
    <w:rsid w:val="00661996"/>
    <w:rsid w:val="00702450"/>
    <w:rsid w:val="00741AA1"/>
    <w:rsid w:val="00775BCE"/>
    <w:rsid w:val="00775DAD"/>
    <w:rsid w:val="007C4DE5"/>
    <w:rsid w:val="007D55BC"/>
    <w:rsid w:val="008239E6"/>
    <w:rsid w:val="008E1FF2"/>
    <w:rsid w:val="0092286B"/>
    <w:rsid w:val="00947699"/>
    <w:rsid w:val="00976B8B"/>
    <w:rsid w:val="009B0817"/>
    <w:rsid w:val="00A17B5E"/>
    <w:rsid w:val="00AA1D8D"/>
    <w:rsid w:val="00AC1286"/>
    <w:rsid w:val="00B47730"/>
    <w:rsid w:val="00B734AA"/>
    <w:rsid w:val="00BA383D"/>
    <w:rsid w:val="00BA4DD9"/>
    <w:rsid w:val="00BC1B1D"/>
    <w:rsid w:val="00BE192A"/>
    <w:rsid w:val="00BE41C7"/>
    <w:rsid w:val="00BF1F3B"/>
    <w:rsid w:val="00C04DF8"/>
    <w:rsid w:val="00C103E8"/>
    <w:rsid w:val="00C14CD4"/>
    <w:rsid w:val="00C3691F"/>
    <w:rsid w:val="00C5174D"/>
    <w:rsid w:val="00C52BBB"/>
    <w:rsid w:val="00C551F5"/>
    <w:rsid w:val="00C66032"/>
    <w:rsid w:val="00C90D7A"/>
    <w:rsid w:val="00CB0664"/>
    <w:rsid w:val="00D054A7"/>
    <w:rsid w:val="00D64982"/>
    <w:rsid w:val="00D81AD9"/>
    <w:rsid w:val="00D90712"/>
    <w:rsid w:val="00D968C9"/>
    <w:rsid w:val="00DD46EF"/>
    <w:rsid w:val="00E316F3"/>
    <w:rsid w:val="00E34B39"/>
    <w:rsid w:val="00E60057"/>
    <w:rsid w:val="00E71904"/>
    <w:rsid w:val="00E915E5"/>
    <w:rsid w:val="00EF58C2"/>
    <w:rsid w:val="00F41A5D"/>
    <w:rsid w:val="00F64836"/>
    <w:rsid w:val="00FC693F"/>
    <w:rsid w:val="00FD3E5E"/>
    <w:rsid w:val="016649DD"/>
    <w:rsid w:val="021161E3"/>
    <w:rsid w:val="04344606"/>
    <w:rsid w:val="0449000D"/>
    <w:rsid w:val="04E3893B"/>
    <w:rsid w:val="051285D2"/>
    <w:rsid w:val="054AC37A"/>
    <w:rsid w:val="0700FF73"/>
    <w:rsid w:val="0754CA02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B144E10"/>
    <w:rsid w:val="0B922998"/>
    <w:rsid w:val="0C305790"/>
    <w:rsid w:val="0C8F5571"/>
    <w:rsid w:val="0CC3EBB0"/>
    <w:rsid w:val="0CD51255"/>
    <w:rsid w:val="0DDD7F73"/>
    <w:rsid w:val="0E74722D"/>
    <w:rsid w:val="0E8C25DB"/>
    <w:rsid w:val="0ED4F2FC"/>
    <w:rsid w:val="0FBEBF38"/>
    <w:rsid w:val="11AD8D4C"/>
    <w:rsid w:val="11CA3ED4"/>
    <w:rsid w:val="13CDEAB7"/>
    <w:rsid w:val="13ECDECF"/>
    <w:rsid w:val="16FF6085"/>
    <w:rsid w:val="199127BA"/>
    <w:rsid w:val="19DA0F5E"/>
    <w:rsid w:val="1A2564A0"/>
    <w:rsid w:val="1AD94023"/>
    <w:rsid w:val="1DF4C72B"/>
    <w:rsid w:val="1E64053C"/>
    <w:rsid w:val="1F0CD6F2"/>
    <w:rsid w:val="1F82663C"/>
    <w:rsid w:val="1FACA883"/>
    <w:rsid w:val="214E05A6"/>
    <w:rsid w:val="2300387F"/>
    <w:rsid w:val="23196E1A"/>
    <w:rsid w:val="2447FDE5"/>
    <w:rsid w:val="24DF65FC"/>
    <w:rsid w:val="24EC5D20"/>
    <w:rsid w:val="24F1A487"/>
    <w:rsid w:val="252746AC"/>
    <w:rsid w:val="26A990DF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846010"/>
    <w:rsid w:val="2ED468A7"/>
    <w:rsid w:val="2F045E02"/>
    <w:rsid w:val="2FFAEAD5"/>
    <w:rsid w:val="3084C25B"/>
    <w:rsid w:val="30C6FB3C"/>
    <w:rsid w:val="31D226FD"/>
    <w:rsid w:val="3202050E"/>
    <w:rsid w:val="32A558BC"/>
    <w:rsid w:val="32D26018"/>
    <w:rsid w:val="3520EECA"/>
    <w:rsid w:val="370E5565"/>
    <w:rsid w:val="37DA78AF"/>
    <w:rsid w:val="388A8789"/>
    <w:rsid w:val="38B52BFD"/>
    <w:rsid w:val="39FFD684"/>
    <w:rsid w:val="3A04C55C"/>
    <w:rsid w:val="3BF60474"/>
    <w:rsid w:val="3C3926F8"/>
    <w:rsid w:val="3C74F3FA"/>
    <w:rsid w:val="3C96A057"/>
    <w:rsid w:val="3CECE1C5"/>
    <w:rsid w:val="3E18F06C"/>
    <w:rsid w:val="3F96C69D"/>
    <w:rsid w:val="3FFFF0E7"/>
    <w:rsid w:val="40648FA6"/>
    <w:rsid w:val="43C3CD64"/>
    <w:rsid w:val="44113F27"/>
    <w:rsid w:val="441A6CE5"/>
    <w:rsid w:val="4438C64A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DED4BA8"/>
    <w:rsid w:val="4F094D0F"/>
    <w:rsid w:val="4F0E4AFB"/>
    <w:rsid w:val="4F1B3EEE"/>
    <w:rsid w:val="50941BBD"/>
    <w:rsid w:val="50E1E1C9"/>
    <w:rsid w:val="53111B17"/>
    <w:rsid w:val="557FA25D"/>
    <w:rsid w:val="55E937C5"/>
    <w:rsid w:val="57867DCE"/>
    <w:rsid w:val="57B73F7E"/>
    <w:rsid w:val="584E6649"/>
    <w:rsid w:val="5908DA06"/>
    <w:rsid w:val="59F7723D"/>
    <w:rsid w:val="5A37BAA6"/>
    <w:rsid w:val="5C3A2A18"/>
    <w:rsid w:val="5CB5A29B"/>
    <w:rsid w:val="5DA9B10A"/>
    <w:rsid w:val="5E69DC64"/>
    <w:rsid w:val="5E9EA990"/>
    <w:rsid w:val="5EC2E3C2"/>
    <w:rsid w:val="5F81B895"/>
    <w:rsid w:val="609065E4"/>
    <w:rsid w:val="60970152"/>
    <w:rsid w:val="616B271F"/>
    <w:rsid w:val="62719467"/>
    <w:rsid w:val="62AB1EBC"/>
    <w:rsid w:val="62E81359"/>
    <w:rsid w:val="6302129E"/>
    <w:rsid w:val="6344DF2F"/>
    <w:rsid w:val="641257DC"/>
    <w:rsid w:val="667D38FD"/>
    <w:rsid w:val="66EBBCDD"/>
    <w:rsid w:val="6842FA5E"/>
    <w:rsid w:val="6982DB7E"/>
    <w:rsid w:val="6AC7C749"/>
    <w:rsid w:val="6B4CB54B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6470C53"/>
    <w:rsid w:val="7BB9D222"/>
    <w:rsid w:val="7BD71BD8"/>
    <w:rsid w:val="7BE47895"/>
    <w:rsid w:val="7CCD7F80"/>
    <w:rsid w:val="7D9690A4"/>
    <w:rsid w:val="7E4DA167"/>
    <w:rsid w:val="7E8D74EB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10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2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4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F41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Props1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3</Pages>
  <Words>655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Ćw_2</dc:title>
  <dc:subject/>
  <dc:creator>Julita Szlachciuk</dc:creator>
  <cp:keywords/>
  <dc:description>generated by python-docx</dc:description>
  <cp:lastModifiedBy>Beata Grzesiak</cp:lastModifiedBy>
  <cp:revision>2</cp:revision>
  <dcterms:created xsi:type="dcterms:W3CDTF">2026-09-09T10:07:00Z</dcterms:created>
  <dcterms:modified xsi:type="dcterms:W3CDTF">2026-09-09T10:07:00Z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