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5E55" w14:textId="77777777" w:rsidR="00521628" w:rsidRPr="00C551F5" w:rsidRDefault="00521628" w:rsidP="0052162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28CD021" w14:textId="77777777" w:rsidR="00F5150A" w:rsidRDefault="00F5150A">
      <w:pPr>
        <w:pStyle w:val="Nagwek1"/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SCENARIUSZ ZAJĘĆ </w:t>
      </w:r>
      <w:r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>
        <w:rPr>
          <w:rFonts w:ascii="Calibri" w:hAnsi="Calibri" w:cs="Calibri"/>
          <w:color w:val="000000"/>
          <w:shd w:val="clear" w:color="auto" w:fill="FFFFFF"/>
        </w:rPr>
        <w:br/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</w:rPr>
        <w:t>realizowany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w </w:t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</w:rPr>
        <w:t>ramach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</w:rPr>
        <w:t>projektu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>: </w:t>
      </w:r>
      <w:r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>
        <w:rPr>
          <w:rFonts w:ascii="Calibri" w:hAnsi="Calibri" w:cs="Calibri"/>
          <w:color w:val="000000"/>
          <w:shd w:val="clear" w:color="auto" w:fill="FFFFFF"/>
        </w:rPr>
        <w:br/>
      </w:r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„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GreenTechEducation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 – SGGW 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dla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 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gospodarki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 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przyszłości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” nr 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umowy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: FERS.01.05-IP.08-0330/23-00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4D049BA5" w14:textId="0806DEF4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Informacje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ogólne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przedmiocie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Przedmiot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2B4358A0" w:rsidR="4549D576" w:rsidRDefault="00D105D4" w:rsidP="4549D576">
            <w:proofErr w:type="spellStart"/>
            <w:r w:rsidRPr="00D105D4">
              <w:rPr>
                <w:rFonts w:ascii="Calibri" w:eastAsia="Calibri" w:hAnsi="Calibri" w:cs="Calibri"/>
              </w:rPr>
              <w:t>Nachylenie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specjalizacyjne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I</w:t>
            </w:r>
          </w:p>
        </w:tc>
      </w:tr>
      <w:tr w:rsidR="4549D576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Kierunek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studiów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653B4C42" w:rsidR="4549D576" w:rsidRDefault="00D105D4" w:rsidP="4549D576">
            <w:proofErr w:type="spellStart"/>
            <w:r>
              <w:rPr>
                <w:rFonts w:ascii="Calibri" w:eastAsia="Calibri" w:hAnsi="Calibri" w:cs="Calibri"/>
              </w:rPr>
              <w:t>Gospodarka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Przestrzenna</w:t>
            </w:r>
            <w:proofErr w:type="spellEnd"/>
          </w:p>
        </w:tc>
      </w:tr>
      <w:tr w:rsidR="4549D576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Poziom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studiów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43E04C9D" w:rsidR="4549D576" w:rsidRDefault="4549D576" w:rsidP="4549D576">
            <w:r w:rsidRPr="00D105D4">
              <w:rPr>
                <w:rFonts w:ascii="Calibri" w:eastAsia="Calibri" w:hAnsi="Calibri" w:cs="Calibri"/>
              </w:rPr>
              <w:t xml:space="preserve">I </w:t>
            </w:r>
            <w:proofErr w:type="spellStart"/>
            <w:r w:rsidRPr="00D105D4">
              <w:rPr>
                <w:rFonts w:ascii="Calibri" w:eastAsia="Calibri" w:hAnsi="Calibri" w:cs="Calibri"/>
              </w:rPr>
              <w:t>stopnia</w:t>
            </w:r>
            <w:proofErr w:type="spellEnd"/>
          </w:p>
        </w:tc>
      </w:tr>
      <w:tr w:rsidR="4549D576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Semestr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46B114EB" w:rsidR="4549D576" w:rsidRDefault="00224A99" w:rsidP="4549D576">
            <w:r>
              <w:t>6</w:t>
            </w:r>
          </w:p>
        </w:tc>
      </w:tr>
      <w:tr w:rsidR="4549D576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Jednostka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organizacyjna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3DBACA85" w:rsidR="4549D576" w:rsidRPr="00D105D4" w:rsidRDefault="00D105D4" w:rsidP="4549D576">
            <w:r w:rsidRPr="00D105D4">
              <w:rPr>
                <w:rFonts w:ascii="Calibri" w:eastAsia="Calibri" w:hAnsi="Calibri" w:cs="Calibri"/>
              </w:rPr>
              <w:t xml:space="preserve">Instytut </w:t>
            </w:r>
            <w:proofErr w:type="spellStart"/>
            <w:r w:rsidRPr="00D105D4">
              <w:rPr>
                <w:rFonts w:ascii="Calibri" w:eastAsia="Calibri" w:hAnsi="Calibri" w:cs="Calibri"/>
              </w:rPr>
              <w:t>Inżynierii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Środowiska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, </w:t>
            </w:r>
            <w:r w:rsidRPr="00D105D4">
              <w:rPr>
                <w:rFonts w:ascii="Calibri" w:eastAsia="Calibri" w:hAnsi="Calibri" w:cs="Calibri"/>
              </w:rPr>
              <w:t xml:space="preserve">Katedra </w:t>
            </w:r>
            <w:proofErr w:type="spellStart"/>
            <w:r w:rsidRPr="00D105D4">
              <w:rPr>
                <w:rFonts w:ascii="Calibri" w:eastAsia="Calibri" w:hAnsi="Calibri" w:cs="Calibri"/>
              </w:rPr>
              <w:t>Architektury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Krajobrazu</w:t>
            </w:r>
          </w:p>
        </w:tc>
      </w:tr>
      <w:tr w:rsidR="4549D576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godzin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4549D576">
              <w:rPr>
                <w:rFonts w:ascii="Calibri" w:eastAsia="Calibri" w:hAnsi="Calibri" w:cs="Calibri"/>
              </w:rPr>
              <w:t>łącznie</w:t>
            </w:r>
            <w:proofErr w:type="spellEnd"/>
            <w:r w:rsidRPr="4549D576">
              <w:rPr>
                <w:rFonts w:ascii="Calibri" w:eastAsia="Calibri" w:hAnsi="Calibri" w:cs="Calibri"/>
              </w:rPr>
              <w:t>):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7FEBC5F1" w:rsidR="4549D576" w:rsidRDefault="00224A99" w:rsidP="4549D576">
            <w:r>
              <w:rPr>
                <w:rFonts w:ascii="Calibri" w:eastAsia="Calibri" w:hAnsi="Calibri" w:cs="Calibri"/>
              </w:rPr>
              <w:t>6</w:t>
            </w:r>
            <w:r w:rsidR="00D105D4">
              <w:rPr>
                <w:rFonts w:ascii="Calibri" w:eastAsia="Calibri" w:hAnsi="Calibri" w:cs="Calibri"/>
              </w:rPr>
              <w:t>0</w:t>
            </w:r>
          </w:p>
        </w:tc>
      </w:tr>
      <w:tr w:rsidR="4549D576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scenariuszy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4549D576">
              <w:rPr>
                <w:rFonts w:ascii="Calibri" w:eastAsia="Calibri" w:hAnsi="Calibri" w:cs="Calibri"/>
              </w:rPr>
              <w:t>przedmiocie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5030A504" w:rsidR="4549D576" w:rsidRDefault="00407411" w:rsidP="4549D576">
            <w:r>
              <w:t>4</w:t>
            </w:r>
          </w:p>
        </w:tc>
      </w:tr>
      <w:tr w:rsidR="4549D576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godzin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wykładów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75ACBB0D" w:rsidR="4549D576" w:rsidRDefault="00D105D4" w:rsidP="4549D576">
            <w:r>
              <w:rPr>
                <w:rFonts w:ascii="Calibri" w:eastAsia="Calibri" w:hAnsi="Calibri" w:cs="Calibri"/>
              </w:rPr>
              <w:t>0</w:t>
            </w:r>
          </w:p>
        </w:tc>
      </w:tr>
      <w:tr w:rsidR="4549D576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godzin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ćwiczeń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3FCA2BDC" w:rsidR="4549D576" w:rsidRDefault="00224A99" w:rsidP="4549D576">
            <w:r>
              <w:rPr>
                <w:rFonts w:ascii="Calibri" w:eastAsia="Calibri" w:hAnsi="Calibri" w:cs="Calibri"/>
              </w:rPr>
              <w:t>6</w:t>
            </w:r>
            <w:r w:rsidR="00D105D4">
              <w:rPr>
                <w:rFonts w:ascii="Calibri" w:eastAsia="Calibri" w:hAnsi="Calibri" w:cs="Calibri"/>
              </w:rPr>
              <w:t>0</w:t>
            </w:r>
          </w:p>
        </w:tc>
      </w:tr>
      <w:tr w:rsidR="4549D576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359A4BA4" w:rsidR="4549D576" w:rsidRDefault="00224A99" w:rsidP="4549D576">
            <w:r>
              <w:t>6</w:t>
            </w:r>
          </w:p>
        </w:tc>
      </w:tr>
      <w:tr w:rsidR="4549D576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Koordynator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przedmiotu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0489BBBE" w:rsidR="4549D576" w:rsidRDefault="00D105D4" w:rsidP="4549D576">
            <w:r w:rsidRPr="00D105D4">
              <w:rPr>
                <w:rFonts w:ascii="Calibri" w:eastAsia="Calibri" w:hAnsi="Calibri" w:cs="Calibri"/>
              </w:rPr>
              <w:t xml:space="preserve">Agata Cieszewska </w:t>
            </w:r>
          </w:p>
        </w:tc>
      </w:tr>
    </w:tbl>
    <w:p w14:paraId="6B2CB23D" w14:textId="3B74215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Wprowadzenie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14:paraId="1F322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18785FB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Scenariusz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nr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656D263F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D105D4">
              <w:rPr>
                <w:rFonts w:ascii="Calibri" w:eastAsia="Calibri" w:hAnsi="Calibri" w:cs="Calibri"/>
              </w:rPr>
              <w:t>0</w:t>
            </w:r>
            <w:r w:rsidR="008A073C">
              <w:rPr>
                <w:rFonts w:ascii="Calibri" w:eastAsia="Calibri" w:hAnsi="Calibri" w:cs="Calibri"/>
              </w:rPr>
              <w:t>4</w:t>
            </w:r>
          </w:p>
        </w:tc>
      </w:tr>
      <w:tr w:rsidR="4549D576" w14:paraId="4D393EB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Temat </w:t>
            </w:r>
            <w:proofErr w:type="spellStart"/>
            <w:r w:rsidRPr="4549D576">
              <w:rPr>
                <w:rFonts w:ascii="Calibri" w:eastAsia="Calibri" w:hAnsi="Calibri" w:cs="Calibri"/>
              </w:rPr>
              <w:t>zajęć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18A6" w14:textId="683C495C" w:rsidR="4549D576" w:rsidRDefault="008A073C" w:rsidP="4549D576">
            <w:proofErr w:type="spellStart"/>
            <w:r>
              <w:rPr>
                <w:rFonts w:ascii="Calibri" w:eastAsia="Calibri" w:hAnsi="Calibri" w:cs="Calibri"/>
              </w:rPr>
              <w:t>W</w:t>
            </w:r>
            <w:r w:rsidRPr="008A073C">
              <w:rPr>
                <w:rFonts w:ascii="Calibri" w:eastAsia="Calibri" w:hAnsi="Calibri" w:cs="Calibri"/>
              </w:rPr>
              <w:t>skaźnik</w:t>
            </w:r>
            <w:r>
              <w:rPr>
                <w:rFonts w:ascii="Calibri" w:eastAsia="Calibri" w:hAnsi="Calibri" w:cs="Calibri"/>
              </w:rPr>
              <w:t>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stosowane</w:t>
            </w:r>
            <w:proofErr w:type="spellEnd"/>
            <w:r>
              <w:rPr>
                <w:rFonts w:ascii="Calibri" w:eastAsia="Calibri" w:hAnsi="Calibri" w:cs="Calibri"/>
              </w:rPr>
              <w:t xml:space="preserve"> w </w:t>
            </w:r>
            <w:proofErr w:type="spellStart"/>
            <w:r>
              <w:rPr>
                <w:rFonts w:ascii="Calibri" w:eastAsia="Calibri" w:hAnsi="Calibri" w:cs="Calibri"/>
              </w:rPr>
              <w:t>identyfikacji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zagrożeń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związanych</w:t>
            </w:r>
            <w:proofErr w:type="spellEnd"/>
            <w:r>
              <w:rPr>
                <w:rFonts w:ascii="Calibri" w:eastAsia="Calibri" w:hAnsi="Calibri" w:cs="Calibri"/>
              </w:rPr>
              <w:t xml:space="preserve"> ze </w:t>
            </w:r>
            <w:proofErr w:type="spellStart"/>
            <w:r>
              <w:rPr>
                <w:rFonts w:ascii="Calibri" w:eastAsia="Calibri" w:hAnsi="Calibri" w:cs="Calibri"/>
              </w:rPr>
              <w:t>zmianą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klimatu</w:t>
            </w:r>
            <w:proofErr w:type="spellEnd"/>
          </w:p>
        </w:tc>
      </w:tr>
      <w:tr w:rsidR="4549D576" w14:paraId="339C660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Forma </w:t>
            </w:r>
            <w:proofErr w:type="spellStart"/>
            <w:r w:rsidRPr="4549D576">
              <w:rPr>
                <w:rFonts w:ascii="Calibri" w:eastAsia="Calibri" w:hAnsi="Calibri" w:cs="Calibri"/>
              </w:rPr>
              <w:t>zajęć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518C25EF" w:rsidR="4549D576" w:rsidRDefault="00D105D4" w:rsidP="4549D576">
            <w:proofErr w:type="spellStart"/>
            <w:r w:rsidRPr="00D105D4">
              <w:rPr>
                <w:rFonts w:ascii="Calibri" w:eastAsia="Calibri" w:hAnsi="Calibri" w:cs="Calibri"/>
              </w:rPr>
              <w:t>Ćwiczenia</w:t>
            </w:r>
            <w:proofErr w:type="spellEnd"/>
          </w:p>
        </w:tc>
      </w:tr>
      <w:tr w:rsidR="4549D576" w14:paraId="79BFCE16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bloku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tematycznego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74F6F43A" w:rsidR="4549D576" w:rsidRDefault="00224A99" w:rsidP="4549D576">
            <w:r>
              <w:rPr>
                <w:rFonts w:ascii="Calibri" w:eastAsia="Calibri" w:hAnsi="Calibri" w:cs="Calibri"/>
              </w:rPr>
              <w:t>4</w:t>
            </w:r>
            <w:r w:rsidR="4549D576"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D105D4" w:rsidRPr="00D105D4">
              <w:rPr>
                <w:rFonts w:ascii="Calibri" w:eastAsia="Calibri" w:hAnsi="Calibri" w:cs="Calibri"/>
              </w:rPr>
              <w:t>jednostk</w:t>
            </w:r>
            <w:r>
              <w:rPr>
                <w:rFonts w:ascii="Calibri" w:eastAsia="Calibri" w:hAnsi="Calibri" w:cs="Calibri"/>
              </w:rPr>
              <w:t>i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 po 45 </w:t>
            </w:r>
            <w:proofErr w:type="spellStart"/>
            <w:r w:rsidR="4549D576" w:rsidRPr="00D105D4">
              <w:rPr>
                <w:rFonts w:ascii="Calibri" w:eastAsia="Calibri" w:hAnsi="Calibri" w:cs="Calibri"/>
              </w:rPr>
              <w:t>minut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4549D576" w14:paraId="109788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Cel </w:t>
            </w:r>
            <w:proofErr w:type="spellStart"/>
            <w:r w:rsidRPr="4549D576">
              <w:rPr>
                <w:rFonts w:ascii="Calibri" w:eastAsia="Calibri" w:hAnsi="Calibri" w:cs="Calibri"/>
              </w:rPr>
              <w:t>główny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bloku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tematycznego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74F66207" w:rsidR="00D105D4" w:rsidRDefault="008A073C" w:rsidP="4549D576">
            <w:proofErr w:type="spellStart"/>
            <w:r>
              <w:rPr>
                <w:rFonts w:ascii="Calibri" w:eastAsia="Calibri" w:hAnsi="Calibri" w:cs="Calibri"/>
              </w:rPr>
              <w:t>R</w:t>
            </w:r>
            <w:r w:rsidRPr="008A073C">
              <w:rPr>
                <w:rFonts w:ascii="Calibri" w:eastAsia="Calibri" w:hAnsi="Calibri" w:cs="Calibri"/>
              </w:rPr>
              <w:t>ozwijanie</w:t>
            </w:r>
            <w:proofErr w:type="spellEnd"/>
            <w:r w:rsidRPr="008A073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073C">
              <w:rPr>
                <w:rFonts w:ascii="Calibri" w:eastAsia="Calibri" w:hAnsi="Calibri" w:cs="Calibri"/>
              </w:rPr>
              <w:t>umiejętności</w:t>
            </w:r>
            <w:proofErr w:type="spellEnd"/>
            <w:r w:rsidRPr="008A073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073C">
              <w:rPr>
                <w:rFonts w:ascii="Calibri" w:eastAsia="Calibri" w:hAnsi="Calibri" w:cs="Calibri"/>
              </w:rPr>
              <w:t>stosowania</w:t>
            </w:r>
            <w:proofErr w:type="spellEnd"/>
            <w:r w:rsidRPr="008A073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073C">
              <w:rPr>
                <w:rFonts w:ascii="Calibri" w:eastAsia="Calibri" w:hAnsi="Calibri" w:cs="Calibri"/>
              </w:rPr>
              <w:t>wskaźnik</w:t>
            </w:r>
            <w:r>
              <w:rPr>
                <w:rFonts w:ascii="Calibri" w:eastAsia="Calibri" w:hAnsi="Calibri" w:cs="Calibri"/>
              </w:rPr>
              <w:t>ów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urbanistycznych</w:t>
            </w:r>
            <w:proofErr w:type="spellEnd"/>
            <w:r w:rsidRPr="008A073C">
              <w:rPr>
                <w:rFonts w:ascii="Calibri" w:eastAsia="Calibri" w:hAnsi="Calibri" w:cs="Calibri"/>
              </w:rPr>
              <w:t xml:space="preserve"> do </w:t>
            </w:r>
            <w:proofErr w:type="spellStart"/>
            <w:r w:rsidRPr="008A073C">
              <w:rPr>
                <w:rFonts w:ascii="Calibri" w:eastAsia="Calibri" w:hAnsi="Calibri" w:cs="Calibri"/>
              </w:rPr>
              <w:t>oceny</w:t>
            </w:r>
            <w:proofErr w:type="spellEnd"/>
            <w:r w:rsidRPr="008A073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073C">
              <w:rPr>
                <w:rFonts w:ascii="Calibri" w:eastAsia="Calibri" w:hAnsi="Calibri" w:cs="Calibri"/>
              </w:rPr>
              <w:t>podatności</w:t>
            </w:r>
            <w:proofErr w:type="spellEnd"/>
            <w:r w:rsidRPr="008A073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073C">
              <w:rPr>
                <w:rFonts w:ascii="Calibri" w:eastAsia="Calibri" w:hAnsi="Calibri" w:cs="Calibri"/>
              </w:rPr>
              <w:t>analizowanego</w:t>
            </w:r>
            <w:proofErr w:type="spellEnd"/>
            <w:r w:rsidRPr="008A073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073C">
              <w:rPr>
                <w:rFonts w:ascii="Calibri" w:eastAsia="Calibri" w:hAnsi="Calibri" w:cs="Calibri"/>
              </w:rPr>
              <w:t>obszaru</w:t>
            </w:r>
            <w:proofErr w:type="spellEnd"/>
            <w:r w:rsidRPr="008A073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073C">
              <w:rPr>
                <w:rFonts w:ascii="Calibri" w:eastAsia="Calibri" w:hAnsi="Calibri" w:cs="Calibri"/>
              </w:rPr>
              <w:t>na</w:t>
            </w:r>
            <w:proofErr w:type="spellEnd"/>
            <w:r w:rsidRPr="008A073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073C">
              <w:rPr>
                <w:rFonts w:ascii="Calibri" w:eastAsia="Calibri" w:hAnsi="Calibri" w:cs="Calibri"/>
              </w:rPr>
              <w:t>skutki</w:t>
            </w:r>
            <w:proofErr w:type="spellEnd"/>
            <w:r w:rsidRPr="008A073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073C">
              <w:rPr>
                <w:rFonts w:ascii="Calibri" w:eastAsia="Calibri" w:hAnsi="Calibri" w:cs="Calibri"/>
              </w:rPr>
              <w:t>zmian</w:t>
            </w:r>
            <w:proofErr w:type="spellEnd"/>
            <w:r w:rsidRPr="008A073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073C">
              <w:rPr>
                <w:rFonts w:ascii="Calibri" w:eastAsia="Calibri" w:hAnsi="Calibri" w:cs="Calibri"/>
              </w:rPr>
              <w:t>klimatu</w:t>
            </w:r>
            <w:proofErr w:type="spellEnd"/>
            <w:r w:rsidRPr="008A073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073C">
              <w:rPr>
                <w:rFonts w:ascii="Calibri" w:eastAsia="Calibri" w:hAnsi="Calibri" w:cs="Calibri"/>
              </w:rPr>
              <w:t>oraz</w:t>
            </w:r>
            <w:proofErr w:type="spellEnd"/>
            <w:r w:rsidRPr="008A073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073C">
              <w:rPr>
                <w:rFonts w:ascii="Calibri" w:eastAsia="Calibri" w:hAnsi="Calibri" w:cs="Calibri"/>
              </w:rPr>
              <w:t>formułowania</w:t>
            </w:r>
            <w:proofErr w:type="spellEnd"/>
            <w:r w:rsidRPr="008A073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073C">
              <w:rPr>
                <w:rFonts w:ascii="Calibri" w:eastAsia="Calibri" w:hAnsi="Calibri" w:cs="Calibri"/>
              </w:rPr>
              <w:t>syntetycznych</w:t>
            </w:r>
            <w:proofErr w:type="spellEnd"/>
            <w:r w:rsidRPr="008A073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073C">
              <w:rPr>
                <w:rFonts w:ascii="Calibri" w:eastAsia="Calibri" w:hAnsi="Calibri" w:cs="Calibri"/>
              </w:rPr>
              <w:t>wniosków</w:t>
            </w:r>
            <w:proofErr w:type="spellEnd"/>
            <w:r w:rsidRPr="008A073C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073C">
              <w:rPr>
                <w:rFonts w:ascii="Calibri" w:eastAsia="Calibri" w:hAnsi="Calibri" w:cs="Calibri"/>
              </w:rPr>
              <w:t>diagnostycznych</w:t>
            </w:r>
            <w:proofErr w:type="spellEnd"/>
            <w:r w:rsidRPr="008A073C">
              <w:rPr>
                <w:rFonts w:ascii="Calibri" w:eastAsia="Calibri" w:hAnsi="Calibri" w:cs="Calibri"/>
              </w:rPr>
              <w:t>.</w:t>
            </w:r>
          </w:p>
        </w:tc>
      </w:tr>
      <w:tr w:rsidR="4549D576" w14:paraId="452D20E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Cele </w:t>
            </w:r>
            <w:proofErr w:type="spellStart"/>
            <w:r w:rsidRPr="4549D576">
              <w:rPr>
                <w:rFonts w:ascii="Calibri" w:eastAsia="Calibri" w:hAnsi="Calibri" w:cs="Calibri"/>
              </w:rPr>
              <w:t>szczegółowe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bloku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tematycznego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modułu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48A053" w14:textId="77777777" w:rsidR="00ED629A" w:rsidRPr="00ED629A" w:rsidRDefault="00ED629A" w:rsidP="00ED629A">
            <w:pPr>
              <w:rPr>
                <w:rFonts w:ascii="Calibri" w:eastAsia="Calibri" w:hAnsi="Calibri" w:cs="Calibri"/>
              </w:rPr>
            </w:pPr>
            <w:r w:rsidRPr="00ED629A">
              <w:rPr>
                <w:rFonts w:ascii="Calibri" w:eastAsia="Calibri" w:hAnsi="Calibri" w:cs="Calibri"/>
              </w:rPr>
              <w:t>Student:</w:t>
            </w:r>
          </w:p>
          <w:p w14:paraId="3BD5AFC1" w14:textId="73115CD0" w:rsidR="00D70D63" w:rsidRDefault="00847A2D" w:rsidP="001E6D5A">
            <w:pPr>
              <w:numPr>
                <w:ilvl w:val="0"/>
                <w:numId w:val="10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847A2D">
              <w:rPr>
                <w:rFonts w:ascii="Calibri" w:eastAsia="Calibri" w:hAnsi="Calibri" w:cs="Calibri"/>
              </w:rPr>
              <w:t>potrafi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dobrać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wskaźniki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adekwatne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do </w:t>
            </w:r>
            <w:proofErr w:type="spellStart"/>
            <w:r w:rsidRPr="00847A2D">
              <w:rPr>
                <w:rFonts w:ascii="Calibri" w:eastAsia="Calibri" w:hAnsi="Calibri" w:cs="Calibri"/>
              </w:rPr>
              <w:t>problemu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847A2D">
              <w:rPr>
                <w:rFonts w:ascii="Calibri" w:eastAsia="Calibri" w:hAnsi="Calibri" w:cs="Calibri"/>
              </w:rPr>
              <w:t>dostępnych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danych</w:t>
            </w:r>
            <w:proofErr w:type="spellEnd"/>
            <w:r>
              <w:rPr>
                <w:rFonts w:ascii="Calibri" w:eastAsia="Calibri" w:hAnsi="Calibri" w:cs="Calibri"/>
              </w:rPr>
              <w:t>;</w:t>
            </w:r>
          </w:p>
          <w:p w14:paraId="7B652A36" w14:textId="77777777" w:rsidR="00847A2D" w:rsidRDefault="00847A2D" w:rsidP="001E6D5A">
            <w:pPr>
              <w:numPr>
                <w:ilvl w:val="0"/>
                <w:numId w:val="10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847A2D">
              <w:rPr>
                <w:rFonts w:ascii="Calibri" w:eastAsia="Calibri" w:hAnsi="Calibri" w:cs="Calibri"/>
              </w:rPr>
              <w:t>interpretuje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wyniki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analiz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wskaźnikowych</w:t>
            </w:r>
            <w:proofErr w:type="spellEnd"/>
            <w:r w:rsidRPr="00847A2D">
              <w:rPr>
                <w:rFonts w:ascii="Calibri" w:eastAsia="Calibri" w:hAnsi="Calibri" w:cs="Calibri"/>
              </w:rPr>
              <w:t>;</w:t>
            </w:r>
          </w:p>
          <w:p w14:paraId="270269CA" w14:textId="79F9759D" w:rsidR="00847A2D" w:rsidRPr="00ED629A" w:rsidRDefault="00847A2D" w:rsidP="001E6D5A">
            <w:pPr>
              <w:numPr>
                <w:ilvl w:val="0"/>
                <w:numId w:val="10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847A2D">
              <w:rPr>
                <w:rFonts w:ascii="Calibri" w:eastAsia="Calibri" w:hAnsi="Calibri" w:cs="Calibri"/>
              </w:rPr>
              <w:t>formułuje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wnioski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istotne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dla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kierunków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rozwoju </w:t>
            </w:r>
            <w:proofErr w:type="spellStart"/>
            <w:r w:rsidRPr="00847A2D">
              <w:rPr>
                <w:rFonts w:ascii="Calibri" w:eastAsia="Calibri" w:hAnsi="Calibri" w:cs="Calibri"/>
              </w:rPr>
              <w:t>przestrzennego</w:t>
            </w:r>
            <w:proofErr w:type="spellEnd"/>
          </w:p>
        </w:tc>
      </w:tr>
      <w:tr w:rsidR="4549D576" w14:paraId="3E5F231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lastRenderedPageBreak/>
              <w:t>Wymagania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techniczne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do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30C42703" w:rsidR="4549D576" w:rsidRPr="00ED629A" w:rsidRDefault="00ED629A" w:rsidP="4549D576">
            <w:r w:rsidRPr="00ED629A">
              <w:rPr>
                <w:rFonts w:ascii="Calibri" w:eastAsia="Calibri" w:hAnsi="Calibri" w:cs="Calibri"/>
              </w:rPr>
              <w:t xml:space="preserve">Sala </w:t>
            </w:r>
            <w:proofErr w:type="spellStart"/>
            <w:r w:rsidR="00224A99">
              <w:rPr>
                <w:rFonts w:ascii="Calibri" w:eastAsia="Calibri" w:hAnsi="Calibri" w:cs="Calibri"/>
              </w:rPr>
              <w:t>komputerowa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z </w:t>
            </w:r>
            <w:proofErr w:type="spellStart"/>
            <w:r w:rsidRPr="00ED629A">
              <w:rPr>
                <w:rFonts w:ascii="Calibri" w:eastAsia="Calibri" w:hAnsi="Calibri" w:cs="Calibri"/>
              </w:rPr>
              <w:t>możliwością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pracy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indywidualnej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224A99">
              <w:rPr>
                <w:rFonts w:ascii="Calibri" w:eastAsia="Calibri" w:hAnsi="Calibri" w:cs="Calibri"/>
              </w:rPr>
              <w:t>s</w:t>
            </w:r>
            <w:r w:rsidR="00E8506A">
              <w:rPr>
                <w:rFonts w:ascii="Calibri" w:eastAsia="Calibri" w:hAnsi="Calibri" w:cs="Calibri"/>
              </w:rPr>
              <w:t>t</w:t>
            </w:r>
            <w:r w:rsidR="00224A99">
              <w:rPr>
                <w:rFonts w:ascii="Calibri" w:eastAsia="Calibri" w:hAnsi="Calibri" w:cs="Calibri"/>
              </w:rPr>
              <w:t>udentów</w:t>
            </w:r>
            <w:proofErr w:type="spellEnd"/>
            <w:r w:rsid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224A99">
              <w:rPr>
                <w:rFonts w:ascii="Calibri" w:eastAsia="Calibri" w:hAnsi="Calibri" w:cs="Calibri"/>
              </w:rPr>
              <w:t>na</w:t>
            </w:r>
            <w:proofErr w:type="spellEnd"/>
            <w:r w:rsid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224A99">
              <w:rPr>
                <w:rFonts w:ascii="Calibri" w:eastAsia="Calibri" w:hAnsi="Calibri" w:cs="Calibri"/>
              </w:rPr>
              <w:t>komputerach</w:t>
            </w:r>
            <w:proofErr w:type="spellEnd"/>
            <w:r w:rsidR="00224A99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D629A">
              <w:rPr>
                <w:rFonts w:ascii="Calibri" w:eastAsia="Calibri" w:hAnsi="Calibri" w:cs="Calibri"/>
              </w:rPr>
              <w:t>rzutnik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lub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ekran</w:t>
            </w:r>
            <w:proofErr w:type="spellEnd"/>
          </w:p>
        </w:tc>
      </w:tr>
      <w:tr w:rsidR="4549D576" w14:paraId="4430045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Czynności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organizacyjne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4549D576">
              <w:rPr>
                <w:rFonts w:ascii="Calibri" w:eastAsia="Calibri" w:hAnsi="Calibri" w:cs="Calibri"/>
              </w:rPr>
              <w:t>przygotowawcze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0297F03B" w:rsidR="00ED629A" w:rsidRDefault="00D70D63" w:rsidP="4549D576">
            <w:proofErr w:type="spellStart"/>
            <w:r>
              <w:rPr>
                <w:rFonts w:ascii="Calibri" w:eastAsia="Calibri" w:hAnsi="Calibri" w:cs="Calibri"/>
              </w:rPr>
              <w:t>brak</w:t>
            </w:r>
            <w:proofErr w:type="spellEnd"/>
          </w:p>
        </w:tc>
      </w:tr>
    </w:tbl>
    <w:p w14:paraId="457686D5" w14:textId="04D697B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Harmonogram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09B972FA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5F29A265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276E1C73" w:rsidR="4549D576" w:rsidRPr="006C2DC2" w:rsidRDefault="00847A2D" w:rsidP="4549D576">
            <w:r w:rsidRPr="00847A2D">
              <w:rPr>
                <w:rFonts w:ascii="Calibri" w:eastAsia="Calibri" w:hAnsi="Calibri" w:cs="Calibri"/>
              </w:rPr>
              <w:t xml:space="preserve">Dobór </w:t>
            </w:r>
            <w:proofErr w:type="spellStart"/>
            <w:r w:rsidRPr="00847A2D">
              <w:rPr>
                <w:rFonts w:ascii="Calibri" w:eastAsia="Calibri" w:hAnsi="Calibri" w:cs="Calibri"/>
              </w:rPr>
              <w:t>wskaźników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do </w:t>
            </w:r>
            <w:proofErr w:type="spellStart"/>
            <w:r w:rsidRPr="00847A2D">
              <w:rPr>
                <w:rFonts w:ascii="Calibri" w:eastAsia="Calibri" w:hAnsi="Calibri" w:cs="Calibri"/>
              </w:rPr>
              <w:t>diagnozy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klimatycznej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847A2D">
              <w:rPr>
                <w:rFonts w:ascii="Calibri" w:eastAsia="Calibri" w:hAnsi="Calibri" w:cs="Calibri"/>
              </w:rPr>
              <w:t>przestrzennej</w:t>
            </w:r>
            <w:proofErr w:type="spellEnd"/>
          </w:p>
        </w:tc>
      </w:tr>
      <w:tr w:rsidR="4549D576" w14:paraId="16784BF6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Planowany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626C25EF" w:rsidR="4549D576" w:rsidRPr="006C2DC2" w:rsidRDefault="4549D576" w:rsidP="4549D576">
            <w:r w:rsidRPr="006C2DC2">
              <w:rPr>
                <w:rFonts w:ascii="Calibri" w:eastAsia="Calibri" w:hAnsi="Calibri" w:cs="Calibri"/>
              </w:rPr>
              <w:t xml:space="preserve"> </w:t>
            </w:r>
            <w:r w:rsidR="00D70D63">
              <w:rPr>
                <w:rFonts w:ascii="Calibri" w:eastAsia="Calibri" w:hAnsi="Calibri" w:cs="Calibri"/>
              </w:rPr>
              <w:t>90</w:t>
            </w:r>
            <w:r w:rsidR="00ED629A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D629A" w:rsidRPr="006C2DC2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4549D576" w14:paraId="545F9491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2FE9230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Sekwencja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działań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4549D576">
              <w:rPr>
                <w:rFonts w:ascii="Calibri" w:eastAsia="Calibri" w:hAnsi="Calibri" w:cs="Calibri"/>
              </w:rPr>
              <w:t>zadań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ćwiczeń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lub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innych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aktywności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4549D576">
              <w:rPr>
                <w:rFonts w:ascii="Calibri" w:eastAsia="Calibri" w:hAnsi="Calibri" w:cs="Calibri"/>
              </w:rPr>
              <w:t>ramach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8D130C" w14:textId="3710BC38" w:rsidR="001E6D5A" w:rsidRPr="001E6D5A" w:rsidRDefault="00847A2D" w:rsidP="001E6D5A">
            <w:pPr>
              <w:numPr>
                <w:ilvl w:val="0"/>
                <w:numId w:val="12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proofErr w:type="spellStart"/>
            <w:r w:rsidRPr="00847A2D">
              <w:rPr>
                <w:rFonts w:ascii="Calibri" w:eastAsia="Calibri" w:hAnsi="Calibri" w:cs="Calibri"/>
              </w:rPr>
              <w:t>Omówienie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przykładów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wskaźników</w:t>
            </w:r>
            <w:proofErr w:type="spellEnd"/>
            <w:r>
              <w:rPr>
                <w:rFonts w:ascii="Calibri" w:eastAsia="Calibri" w:hAnsi="Calibri" w:cs="Calibri"/>
              </w:rPr>
              <w:t xml:space="preserve"> z </w:t>
            </w:r>
            <w:proofErr w:type="spellStart"/>
            <w:r>
              <w:rPr>
                <w:rFonts w:ascii="Calibri" w:eastAsia="Calibri" w:hAnsi="Calibri" w:cs="Calibri"/>
              </w:rPr>
              <w:t>wykorzystaniem</w:t>
            </w:r>
            <w:proofErr w:type="spellEnd"/>
            <w:r>
              <w:rPr>
                <w:rFonts w:ascii="Calibri" w:eastAsia="Calibri" w:hAnsi="Calibri" w:cs="Calibri"/>
              </w:rPr>
              <w:t xml:space="preserve"> QGIS</w:t>
            </w:r>
            <w:r w:rsidRPr="00847A2D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 xml:space="preserve"> m.in.</w:t>
            </w:r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udział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powierzchni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biologicznie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czynnej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847A2D">
              <w:rPr>
                <w:rFonts w:ascii="Calibri" w:eastAsia="Calibri" w:hAnsi="Calibri" w:cs="Calibri"/>
              </w:rPr>
              <w:t>udział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powierzchni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uszczelnionych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847A2D">
              <w:rPr>
                <w:rFonts w:ascii="Calibri" w:eastAsia="Calibri" w:hAnsi="Calibri" w:cs="Calibri"/>
              </w:rPr>
              <w:t>dostępność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zieleni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847A2D">
              <w:rPr>
                <w:rFonts w:ascii="Calibri" w:eastAsia="Calibri" w:hAnsi="Calibri" w:cs="Calibri"/>
              </w:rPr>
              <w:t>intensywność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zabudowy</w:t>
            </w:r>
            <w:proofErr w:type="spellEnd"/>
            <w:r w:rsidR="001E6D5A" w:rsidRPr="001E6D5A">
              <w:rPr>
                <w:rFonts w:ascii="Calibri" w:eastAsia="Calibri" w:hAnsi="Calibri" w:cs="Calibri"/>
                <w:lang w:val="pl-PL"/>
              </w:rPr>
              <w:t>.</w:t>
            </w:r>
          </w:p>
          <w:p w14:paraId="7A23B296" w14:textId="77777777" w:rsidR="00847A2D" w:rsidRPr="00847A2D" w:rsidRDefault="00847A2D" w:rsidP="001E6D5A">
            <w:pPr>
              <w:numPr>
                <w:ilvl w:val="0"/>
                <w:numId w:val="12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r w:rsidRPr="00847A2D">
              <w:rPr>
                <w:rFonts w:ascii="Calibri" w:eastAsia="Calibri" w:hAnsi="Calibri" w:cs="Calibri"/>
              </w:rPr>
              <w:t xml:space="preserve">Dobór </w:t>
            </w:r>
            <w:proofErr w:type="spellStart"/>
            <w:r w:rsidRPr="00847A2D">
              <w:rPr>
                <w:rFonts w:ascii="Calibri" w:eastAsia="Calibri" w:hAnsi="Calibri" w:cs="Calibri"/>
              </w:rPr>
              <w:t>wskaźników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do </w:t>
            </w:r>
            <w:proofErr w:type="spellStart"/>
            <w:r w:rsidRPr="00847A2D">
              <w:rPr>
                <w:rFonts w:ascii="Calibri" w:eastAsia="Calibri" w:hAnsi="Calibri" w:cs="Calibri"/>
              </w:rPr>
              <w:t>analizowanego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obszaru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847A2D">
              <w:rPr>
                <w:rFonts w:ascii="Calibri" w:eastAsia="Calibri" w:hAnsi="Calibri" w:cs="Calibri"/>
              </w:rPr>
              <w:t>wybranych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zagrożeń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klimatycznych</w:t>
            </w:r>
            <w:proofErr w:type="spellEnd"/>
            <w:r w:rsidRPr="00847A2D">
              <w:rPr>
                <w:rFonts w:ascii="Calibri" w:eastAsia="Calibri" w:hAnsi="Calibri" w:cs="Calibri"/>
              </w:rPr>
              <w:t>.</w:t>
            </w:r>
          </w:p>
          <w:p w14:paraId="01FB0F28" w14:textId="29B3EF5F" w:rsidR="00224A99" w:rsidRPr="00847A2D" w:rsidRDefault="00847A2D" w:rsidP="00847A2D">
            <w:pPr>
              <w:numPr>
                <w:ilvl w:val="0"/>
                <w:numId w:val="12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847A2D">
              <w:rPr>
                <w:rFonts w:ascii="Calibri" w:eastAsia="Calibri" w:hAnsi="Calibri" w:cs="Calibri"/>
              </w:rPr>
              <w:t>Określenie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źródeł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danych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847A2D">
              <w:rPr>
                <w:rFonts w:ascii="Calibri" w:eastAsia="Calibri" w:hAnsi="Calibri" w:cs="Calibri"/>
              </w:rPr>
              <w:t>sposobu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obliczenia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847A2D">
              <w:rPr>
                <w:rFonts w:ascii="Calibri" w:eastAsia="Calibri" w:hAnsi="Calibri" w:cs="Calibri"/>
              </w:rPr>
              <w:t>sposobu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interpretacji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każdego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wskaźnika</w:t>
            </w:r>
            <w:proofErr w:type="spellEnd"/>
            <w:r w:rsidRPr="00847A2D">
              <w:rPr>
                <w:rFonts w:ascii="Calibri" w:eastAsia="Calibri" w:hAnsi="Calibri" w:cs="Calibri"/>
              </w:rPr>
              <w:t>.</w:t>
            </w:r>
          </w:p>
        </w:tc>
      </w:tr>
      <w:tr w:rsidR="4549D576" w14:paraId="43106AFA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32992" w14:textId="3BD5CDF2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3AB9" w14:textId="4ABF20BA" w:rsidR="4549D576" w:rsidRPr="00847A2D" w:rsidRDefault="00847A2D" w:rsidP="4549D576">
            <w:pPr>
              <w:rPr>
                <w:rFonts w:ascii="Calibri" w:eastAsia="Calibri" w:hAnsi="Calibri" w:cs="Calibri"/>
              </w:rPr>
            </w:pPr>
            <w:proofErr w:type="spellStart"/>
            <w:r w:rsidRPr="00847A2D">
              <w:rPr>
                <w:rFonts w:ascii="Calibri" w:eastAsia="Calibri" w:hAnsi="Calibri" w:cs="Calibri"/>
              </w:rPr>
              <w:t>Syntetyczna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ocena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podatności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obszaru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na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skutki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zmian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klimatu</w:t>
            </w:r>
            <w:proofErr w:type="spellEnd"/>
          </w:p>
        </w:tc>
      </w:tr>
      <w:tr w:rsidR="4549D576" w14:paraId="531E2933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DD3DB" w14:textId="1C0653F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Planowany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D21C" w14:textId="015EE8DF" w:rsidR="4549D576" w:rsidRPr="006C2DC2" w:rsidRDefault="4549D576" w:rsidP="4549D576">
            <w:r w:rsidRPr="006C2DC2">
              <w:rPr>
                <w:rFonts w:ascii="Calibri" w:eastAsia="Calibri" w:hAnsi="Calibri" w:cs="Calibri"/>
              </w:rPr>
              <w:t xml:space="preserve"> </w:t>
            </w:r>
            <w:r w:rsidR="00224A99">
              <w:rPr>
                <w:rFonts w:ascii="Calibri" w:eastAsia="Calibri" w:hAnsi="Calibri" w:cs="Calibri"/>
              </w:rPr>
              <w:t>90</w:t>
            </w:r>
            <w:r w:rsidR="00ED629A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D629A" w:rsidRPr="006C2DC2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4549D576" w14:paraId="4184316D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E2A81" w14:textId="7904654F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Sekwencja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działań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4549D576">
              <w:rPr>
                <w:rFonts w:ascii="Calibri" w:eastAsia="Calibri" w:hAnsi="Calibri" w:cs="Calibri"/>
              </w:rPr>
              <w:t>zadań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ćwiczeń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lub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innych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aktywności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4549D576">
              <w:rPr>
                <w:rFonts w:ascii="Calibri" w:eastAsia="Calibri" w:hAnsi="Calibri" w:cs="Calibri"/>
              </w:rPr>
              <w:t>ramach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5CEF63" w14:textId="6946D7A2" w:rsidR="001E6D5A" w:rsidRDefault="001E6D5A" w:rsidP="001E6D5A">
            <w:pPr>
              <w:rPr>
                <w:rFonts w:ascii="Calibri" w:eastAsia="Calibri" w:hAnsi="Calibri" w:cs="Calibri"/>
                <w:lang w:val="pl-PL"/>
              </w:rPr>
            </w:pPr>
            <w:r>
              <w:rPr>
                <w:rFonts w:ascii="Calibri" w:eastAsia="Calibri" w:hAnsi="Calibri" w:cs="Calibri"/>
                <w:lang w:val="pl-PL"/>
              </w:rPr>
              <w:t>Studenci wykonują prace, podczas których prowadzący prowadzi korekty cząstkowe:</w:t>
            </w:r>
          </w:p>
          <w:p w14:paraId="3F945808" w14:textId="5ACB6269" w:rsidR="00847A2D" w:rsidRPr="00847A2D" w:rsidRDefault="00847A2D" w:rsidP="00847A2D">
            <w:pPr>
              <w:numPr>
                <w:ilvl w:val="0"/>
                <w:numId w:val="15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r w:rsidRPr="00847A2D">
              <w:rPr>
                <w:rFonts w:ascii="Calibri" w:eastAsia="Calibri" w:hAnsi="Calibri" w:cs="Calibri"/>
                <w:lang w:val="pl-PL"/>
              </w:rPr>
              <w:t>Obliczenie lub oszacowanie wybranych wskaźników.</w:t>
            </w:r>
          </w:p>
          <w:p w14:paraId="3901FADB" w14:textId="08B963E8" w:rsidR="00847A2D" w:rsidRPr="00847A2D" w:rsidRDefault="00847A2D" w:rsidP="00847A2D">
            <w:pPr>
              <w:numPr>
                <w:ilvl w:val="0"/>
                <w:numId w:val="15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r w:rsidRPr="00847A2D">
              <w:rPr>
                <w:rFonts w:ascii="Calibri" w:eastAsia="Calibri" w:hAnsi="Calibri" w:cs="Calibri"/>
                <w:lang w:val="pl-PL"/>
              </w:rPr>
              <w:t>Interpretacja wyników w odniesieniu do zagrożeń klimatycznych.</w:t>
            </w:r>
          </w:p>
          <w:p w14:paraId="1C017622" w14:textId="7D37DC6C" w:rsidR="00847A2D" w:rsidRPr="00847A2D" w:rsidRDefault="00847A2D" w:rsidP="00847A2D">
            <w:pPr>
              <w:numPr>
                <w:ilvl w:val="0"/>
                <w:numId w:val="15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r>
              <w:rPr>
                <w:rFonts w:ascii="Calibri" w:eastAsia="Calibri" w:hAnsi="Calibri" w:cs="Calibri"/>
                <w:lang w:val="pl-PL"/>
              </w:rPr>
              <w:t>Na podstawie uzyskanych wyników w</w:t>
            </w:r>
            <w:r w:rsidRPr="00847A2D">
              <w:rPr>
                <w:rFonts w:ascii="Calibri" w:eastAsia="Calibri" w:hAnsi="Calibri" w:cs="Calibri"/>
                <w:lang w:val="pl-PL"/>
              </w:rPr>
              <w:t>skazanie obszarów problemowych, konfliktowych i priorytetowych.</w:t>
            </w:r>
          </w:p>
          <w:p w14:paraId="7F1DB045" w14:textId="2F8BB554" w:rsidR="00847A2D" w:rsidRPr="00847A2D" w:rsidRDefault="00847A2D" w:rsidP="00847A2D">
            <w:pPr>
              <w:numPr>
                <w:ilvl w:val="0"/>
                <w:numId w:val="15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r w:rsidRPr="00847A2D">
              <w:rPr>
                <w:rFonts w:ascii="Calibri" w:eastAsia="Calibri" w:hAnsi="Calibri" w:cs="Calibri"/>
                <w:lang w:val="pl-PL"/>
              </w:rPr>
              <w:t>Opracowanie mapy lub syntetycznego schematu.</w:t>
            </w:r>
          </w:p>
          <w:p w14:paraId="71F5D736" w14:textId="3A0EB968" w:rsidR="4549D576" w:rsidRPr="00224A99" w:rsidRDefault="00847A2D" w:rsidP="00847A2D">
            <w:pPr>
              <w:numPr>
                <w:ilvl w:val="0"/>
                <w:numId w:val="15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proofErr w:type="spellStart"/>
            <w:r w:rsidRPr="00847A2D">
              <w:rPr>
                <w:rFonts w:ascii="Calibri" w:eastAsia="Calibri" w:hAnsi="Calibri" w:cs="Calibri"/>
              </w:rPr>
              <w:t>Sformułowanie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wniosków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wskazujących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847A2D">
              <w:rPr>
                <w:rFonts w:ascii="Calibri" w:eastAsia="Calibri" w:hAnsi="Calibri" w:cs="Calibri"/>
              </w:rPr>
              <w:t>które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sposoby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zagospodarowania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terenu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powinny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być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wspierane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847A2D">
              <w:rPr>
                <w:rFonts w:ascii="Calibri" w:eastAsia="Calibri" w:hAnsi="Calibri" w:cs="Calibri"/>
              </w:rPr>
              <w:t>które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należy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ograniczać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, a </w:t>
            </w:r>
            <w:proofErr w:type="spellStart"/>
            <w:r w:rsidRPr="00847A2D">
              <w:rPr>
                <w:rFonts w:ascii="Calibri" w:eastAsia="Calibri" w:hAnsi="Calibri" w:cs="Calibri"/>
              </w:rPr>
              <w:t>które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wymagają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uzupełnienia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o </w:t>
            </w:r>
            <w:proofErr w:type="spellStart"/>
            <w:r w:rsidRPr="00847A2D">
              <w:rPr>
                <w:rFonts w:ascii="Calibri" w:eastAsia="Calibri" w:hAnsi="Calibri" w:cs="Calibri"/>
              </w:rPr>
              <w:t>działania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adaptacyjne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do </w:t>
            </w:r>
            <w:proofErr w:type="spellStart"/>
            <w:r w:rsidRPr="00847A2D">
              <w:rPr>
                <w:rFonts w:ascii="Calibri" w:eastAsia="Calibri" w:hAnsi="Calibri" w:cs="Calibri"/>
              </w:rPr>
              <w:t>zmian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klimatu</w:t>
            </w:r>
            <w:proofErr w:type="spellEnd"/>
            <w:r w:rsidRPr="00847A2D">
              <w:rPr>
                <w:rFonts w:ascii="Calibri" w:eastAsia="Calibri" w:hAnsi="Calibri" w:cs="Calibri"/>
              </w:rPr>
              <w:t>.</w:t>
            </w:r>
          </w:p>
        </w:tc>
      </w:tr>
    </w:tbl>
    <w:p w14:paraId="14C20F08" w14:textId="0BE51400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Metody i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6"/>
        <w:gridCol w:w="5084"/>
      </w:tblGrid>
      <w:tr w:rsidR="4549D576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Wykorzystane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metody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9D4EA" w14:textId="3EF74AF5" w:rsidR="4549D576" w:rsidRDefault="0041064B" w:rsidP="4549D576">
            <w:r w:rsidRPr="0041064B">
              <w:rPr>
                <w:rFonts w:ascii="Calibri" w:eastAsia="Calibri" w:hAnsi="Calibri" w:cs="Calibri"/>
              </w:rPr>
              <w:t xml:space="preserve">Analiza </w:t>
            </w:r>
            <w:proofErr w:type="spellStart"/>
            <w:r w:rsidRPr="0041064B">
              <w:rPr>
                <w:rFonts w:ascii="Calibri" w:eastAsia="Calibri" w:hAnsi="Calibri" w:cs="Calibri"/>
              </w:rPr>
              <w:t>materiałów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41064B">
              <w:rPr>
                <w:rFonts w:ascii="Calibri" w:eastAsia="Calibri" w:hAnsi="Calibri" w:cs="Calibri"/>
              </w:rPr>
              <w:t>źródłowych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41064B">
              <w:rPr>
                <w:rFonts w:ascii="Calibri" w:eastAsia="Calibri" w:hAnsi="Calibri" w:cs="Calibri"/>
              </w:rPr>
              <w:t>interpretacja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41064B">
              <w:rPr>
                <w:rFonts w:ascii="Calibri" w:eastAsia="Calibri" w:hAnsi="Calibri" w:cs="Calibri"/>
              </w:rPr>
              <w:t>wyników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, studium </w:t>
            </w:r>
            <w:proofErr w:type="spellStart"/>
            <w:r w:rsidRPr="0041064B">
              <w:rPr>
                <w:rFonts w:ascii="Calibri" w:eastAsia="Calibri" w:hAnsi="Calibri" w:cs="Calibri"/>
              </w:rPr>
              <w:t>przypadku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41064B">
              <w:rPr>
                <w:rFonts w:ascii="Calibri" w:eastAsia="Calibri" w:hAnsi="Calibri" w:cs="Calibri"/>
              </w:rPr>
              <w:t>metoda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41064B">
              <w:rPr>
                <w:rFonts w:ascii="Calibri" w:eastAsia="Calibri" w:hAnsi="Calibri" w:cs="Calibri"/>
              </w:rPr>
              <w:t>projektu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41064B">
              <w:rPr>
                <w:rFonts w:ascii="Calibri" w:eastAsia="Calibri" w:hAnsi="Calibri" w:cs="Calibri"/>
              </w:rPr>
              <w:t>dyskusja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41064B">
              <w:rPr>
                <w:rFonts w:ascii="Calibri" w:eastAsia="Calibri" w:hAnsi="Calibri" w:cs="Calibri"/>
              </w:rPr>
              <w:t>praca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41064B">
              <w:rPr>
                <w:rFonts w:ascii="Calibri" w:eastAsia="Calibri" w:hAnsi="Calibri" w:cs="Calibri"/>
              </w:rPr>
              <w:t>zespołowa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41064B">
              <w:rPr>
                <w:rFonts w:ascii="Calibri" w:eastAsia="Calibri" w:hAnsi="Calibri" w:cs="Calibri"/>
              </w:rPr>
              <w:t>wnioskowanie</w:t>
            </w:r>
            <w:proofErr w:type="spellEnd"/>
          </w:p>
        </w:tc>
      </w:tr>
      <w:tr w:rsidR="4549D576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Narzędzia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183C8" w14:textId="42D3ADC5" w:rsidR="4549D576" w:rsidRPr="006C2DC2" w:rsidRDefault="001E6D5A" w:rsidP="4549D576">
            <w:r>
              <w:rPr>
                <w:rFonts w:ascii="Calibri" w:eastAsia="Calibri" w:hAnsi="Calibri" w:cs="Calibri"/>
              </w:rPr>
              <w:t>Q</w:t>
            </w:r>
            <w:r w:rsidRPr="001E6D5A">
              <w:rPr>
                <w:rFonts w:ascii="Calibri" w:eastAsia="Calibri" w:hAnsi="Calibri" w:cs="Calibri"/>
              </w:rPr>
              <w:t xml:space="preserve">GIS, </w:t>
            </w:r>
            <w:proofErr w:type="spellStart"/>
            <w:r w:rsidRPr="001E6D5A">
              <w:rPr>
                <w:rFonts w:ascii="Calibri" w:eastAsia="Calibri" w:hAnsi="Calibri" w:cs="Calibri"/>
              </w:rPr>
              <w:t>dane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przestrzenne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1E6D5A">
              <w:rPr>
                <w:rFonts w:ascii="Calibri" w:eastAsia="Calibri" w:hAnsi="Calibri" w:cs="Calibri"/>
              </w:rPr>
              <w:t>geoportale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1E6D5A">
              <w:rPr>
                <w:rFonts w:ascii="Calibri" w:eastAsia="Calibri" w:hAnsi="Calibri" w:cs="Calibri"/>
              </w:rPr>
              <w:t>ortofotomapy</w:t>
            </w:r>
            <w:proofErr w:type="spellEnd"/>
            <w:r w:rsidR="00847A2D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="00847A2D" w:rsidRPr="00847A2D">
              <w:rPr>
                <w:rFonts w:ascii="Calibri" w:eastAsia="Calibri" w:hAnsi="Calibri" w:cs="Calibri"/>
              </w:rPr>
              <w:t>arkusz</w:t>
            </w:r>
            <w:proofErr w:type="spellEnd"/>
            <w:r w:rsidR="00847A2D"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847A2D" w:rsidRPr="00847A2D">
              <w:rPr>
                <w:rFonts w:ascii="Calibri" w:eastAsia="Calibri" w:hAnsi="Calibri" w:cs="Calibri"/>
              </w:rPr>
              <w:t>kalkulacyjny</w:t>
            </w:r>
            <w:proofErr w:type="spellEnd"/>
            <w:r w:rsidR="00847A2D" w:rsidRPr="00847A2D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="00847A2D" w:rsidRPr="00847A2D">
              <w:rPr>
                <w:rFonts w:ascii="Calibri" w:eastAsia="Calibri" w:hAnsi="Calibri" w:cs="Calibri"/>
              </w:rPr>
              <w:t>dane</w:t>
            </w:r>
            <w:proofErr w:type="spellEnd"/>
            <w:r w:rsidR="00847A2D"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847A2D" w:rsidRPr="00847A2D">
              <w:rPr>
                <w:rFonts w:ascii="Calibri" w:eastAsia="Calibri" w:hAnsi="Calibri" w:cs="Calibri"/>
              </w:rPr>
              <w:t>środowiskowe</w:t>
            </w:r>
            <w:proofErr w:type="spellEnd"/>
          </w:p>
        </w:tc>
      </w:tr>
      <w:tr w:rsidR="4549D576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lastRenderedPageBreak/>
              <w:t>Formy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pracy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3C6FAF6D" w:rsidR="4549D576" w:rsidRPr="006C2DC2" w:rsidRDefault="006C2DC2" w:rsidP="4549D576">
            <w:proofErr w:type="spellStart"/>
            <w:r w:rsidRPr="006C2DC2">
              <w:rPr>
                <w:rFonts w:ascii="Calibri" w:eastAsia="Calibri" w:hAnsi="Calibri" w:cs="Calibri"/>
              </w:rPr>
              <w:t>Praca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indywidualna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="00BB499A">
              <w:rPr>
                <w:rFonts w:ascii="Calibri" w:eastAsia="Calibri" w:hAnsi="Calibri" w:cs="Calibri"/>
              </w:rPr>
              <w:t>praca</w:t>
            </w:r>
            <w:proofErr w:type="spellEnd"/>
            <w:r w:rsid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B499A">
              <w:rPr>
                <w:rFonts w:ascii="Calibri" w:eastAsia="Calibri" w:hAnsi="Calibri" w:cs="Calibri"/>
              </w:rPr>
              <w:t>grupowa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dyskusja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grupowa</w:t>
            </w:r>
            <w:proofErr w:type="spellEnd"/>
            <w:r w:rsidR="0041064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="0041064B">
              <w:rPr>
                <w:rFonts w:ascii="Calibri" w:eastAsia="Calibri" w:hAnsi="Calibri" w:cs="Calibri"/>
              </w:rPr>
              <w:t>konsultacja</w:t>
            </w:r>
            <w:proofErr w:type="spellEnd"/>
            <w:r w:rsidR="0041064B">
              <w:rPr>
                <w:rFonts w:ascii="Calibri" w:eastAsia="Calibri" w:hAnsi="Calibri" w:cs="Calibri"/>
              </w:rPr>
              <w:t xml:space="preserve"> z </w:t>
            </w:r>
            <w:proofErr w:type="spellStart"/>
            <w:r w:rsidR="0041064B">
              <w:rPr>
                <w:rFonts w:ascii="Calibri" w:eastAsia="Calibri" w:hAnsi="Calibri" w:cs="Calibri"/>
              </w:rPr>
              <w:t>prowadzącym</w:t>
            </w:r>
            <w:proofErr w:type="spellEnd"/>
          </w:p>
        </w:tc>
      </w:tr>
      <w:tr w:rsidR="4549D576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Literatura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inne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źródła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1AE0BC" w14:textId="6C2C739F" w:rsidR="00BB499A" w:rsidRDefault="00BB499A" w:rsidP="4549D576">
            <w:pPr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</w:pPr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 xml:space="preserve">Bohdanowicz Z. i inni, 2024, Klimatyczne ABC, Wydawnictwa Uniwersytetu Warszawskiego, https://klimatyczneabc.uw.edu.pl/ </w:t>
            </w:r>
          </w:p>
          <w:p w14:paraId="475DB686" w14:textId="5E3625DC" w:rsidR="00BB499A" w:rsidRDefault="00BB499A" w:rsidP="4549D576">
            <w:pPr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</w:pPr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Cieszewska A., Dudek-Klimiuk J., (red.) (2024). Adaptacja osiedla mieszkaniowego do zmiany klimatu: część 1. Vademecum mieszkańca, część 2. Katalog rozwiązań. Warszawa: Wydawnictwo SGGW</w:t>
            </w:r>
          </w:p>
          <w:p w14:paraId="2FDA79CE" w14:textId="560F6906" w:rsidR="00BB499A" w:rsidRDefault="00BB499A" w:rsidP="4549D576">
            <w:pPr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</w:pPr>
            <w:proofErr w:type="spellStart"/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Kassenberg</w:t>
            </w:r>
            <w:proofErr w:type="spellEnd"/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 xml:space="preserve"> A. Poradnik adaptacji miasta do zmiany klimatu, </w:t>
            </w:r>
            <w:proofErr w:type="spellStart"/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Adaptcity</w:t>
            </w:r>
            <w:proofErr w:type="spellEnd"/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, Warszawa 2019, https://www.pine.org.pl/wp-content/uploads/2019/07/poradnik_adaptcity.pdf</w:t>
            </w:r>
          </w:p>
          <w:p w14:paraId="1C90C527" w14:textId="4CFE47F2" w:rsidR="00FC53B4" w:rsidRPr="00FC53B4" w:rsidRDefault="00FC53B4" w:rsidP="4549D5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Geoportal.pl</w:t>
            </w:r>
          </w:p>
        </w:tc>
      </w:tr>
      <w:tr w:rsidR="4549D576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Uwagi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dodatkowe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28A42597" w:rsidR="4549D576" w:rsidRPr="006C2DC2" w:rsidRDefault="00E8506A" w:rsidP="4549D576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brak</w:t>
            </w:r>
            <w:proofErr w:type="spellEnd"/>
          </w:p>
        </w:tc>
      </w:tr>
      <w:tr w:rsidR="4549D576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Załączniki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38B4D384" w:rsidR="4549D576" w:rsidRDefault="006C2DC2" w:rsidP="4549D576">
            <w:proofErr w:type="spellStart"/>
            <w:r w:rsidRPr="006C2DC2">
              <w:rPr>
                <w:rFonts w:ascii="Calibri" w:eastAsia="Calibri" w:hAnsi="Calibri" w:cs="Calibri"/>
              </w:rPr>
              <w:t>brak</w:t>
            </w:r>
            <w:proofErr w:type="spellEnd"/>
          </w:p>
        </w:tc>
      </w:tr>
    </w:tbl>
    <w:p w14:paraId="42C7293F" w14:textId="134F267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Ocena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i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ewaluacja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6CC5F370" w14:textId="77777777" w:rsidTr="00407411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Efekty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uczenia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się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636E7A" w14:textId="77625F0D" w:rsidR="4549D576" w:rsidRPr="006C2DC2" w:rsidRDefault="00847A2D" w:rsidP="4549D576">
            <w:r w:rsidRPr="00847A2D">
              <w:rPr>
                <w:rFonts w:ascii="Calibri" w:eastAsia="Calibri" w:hAnsi="Calibri" w:cs="Calibri"/>
              </w:rPr>
              <w:t xml:space="preserve">Student </w:t>
            </w:r>
            <w:proofErr w:type="spellStart"/>
            <w:r w:rsidRPr="00847A2D">
              <w:rPr>
                <w:rFonts w:ascii="Calibri" w:eastAsia="Calibri" w:hAnsi="Calibri" w:cs="Calibri"/>
              </w:rPr>
              <w:t>zna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847A2D">
              <w:rPr>
                <w:rFonts w:ascii="Calibri" w:eastAsia="Calibri" w:hAnsi="Calibri" w:cs="Calibri"/>
              </w:rPr>
              <w:t>rozumie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rolę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wskaźników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urbanistycznych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 w:rsidRPr="00847A2D">
              <w:rPr>
                <w:rFonts w:ascii="Calibri" w:eastAsia="Calibri" w:hAnsi="Calibri" w:cs="Calibri"/>
              </w:rPr>
              <w:t xml:space="preserve">w </w:t>
            </w:r>
            <w:proofErr w:type="spellStart"/>
            <w:r w:rsidRPr="00847A2D">
              <w:rPr>
                <w:rFonts w:ascii="Calibri" w:eastAsia="Calibri" w:hAnsi="Calibri" w:cs="Calibri"/>
              </w:rPr>
              <w:t>identyfikacji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zagrożeń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klimatycznych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. Student </w:t>
            </w:r>
            <w:proofErr w:type="spellStart"/>
            <w:r w:rsidRPr="00847A2D">
              <w:rPr>
                <w:rFonts w:ascii="Calibri" w:eastAsia="Calibri" w:hAnsi="Calibri" w:cs="Calibri"/>
              </w:rPr>
              <w:t>potrafi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stosować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analizy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przestrzenne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oraz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wskaźnik</w:t>
            </w:r>
            <w:r>
              <w:rPr>
                <w:rFonts w:ascii="Calibri" w:eastAsia="Calibri" w:hAnsi="Calibri" w:cs="Calibri"/>
              </w:rPr>
              <w:t>i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przy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wykorzystaniu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GIS.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847A2D">
              <w:rPr>
                <w:rFonts w:ascii="Calibri" w:eastAsia="Calibri" w:hAnsi="Calibri" w:cs="Calibri"/>
              </w:rPr>
              <w:t xml:space="preserve">Student jest </w:t>
            </w:r>
            <w:proofErr w:type="spellStart"/>
            <w:r w:rsidRPr="00847A2D">
              <w:rPr>
                <w:rFonts w:ascii="Calibri" w:eastAsia="Calibri" w:hAnsi="Calibri" w:cs="Calibri"/>
              </w:rPr>
              <w:t>gotów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do </w:t>
            </w:r>
            <w:proofErr w:type="spellStart"/>
            <w:r w:rsidRPr="00847A2D">
              <w:rPr>
                <w:rFonts w:ascii="Calibri" w:eastAsia="Calibri" w:hAnsi="Calibri" w:cs="Calibri"/>
              </w:rPr>
              <w:t>krytycznej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oceny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priorytetów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847A2D">
              <w:rPr>
                <w:rFonts w:ascii="Calibri" w:eastAsia="Calibri" w:hAnsi="Calibri" w:cs="Calibri"/>
              </w:rPr>
              <w:t>dylematów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związanych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z </w:t>
            </w:r>
            <w:proofErr w:type="spellStart"/>
            <w:r w:rsidRPr="00847A2D">
              <w:rPr>
                <w:rFonts w:ascii="Calibri" w:eastAsia="Calibri" w:hAnsi="Calibri" w:cs="Calibri"/>
              </w:rPr>
              <w:t>rozwojem</w:t>
            </w:r>
            <w:proofErr w:type="spellEnd"/>
            <w:r w:rsidRPr="00847A2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7A2D">
              <w:rPr>
                <w:rFonts w:ascii="Calibri" w:eastAsia="Calibri" w:hAnsi="Calibri" w:cs="Calibri"/>
              </w:rPr>
              <w:t>przestrzennym</w:t>
            </w:r>
            <w:proofErr w:type="spellEnd"/>
            <w:r w:rsidRPr="00847A2D">
              <w:rPr>
                <w:rFonts w:ascii="Calibri" w:eastAsia="Calibri" w:hAnsi="Calibri" w:cs="Calibri"/>
              </w:rPr>
              <w:t>.</w:t>
            </w:r>
          </w:p>
        </w:tc>
      </w:tr>
      <w:tr w:rsidR="4549D576" w14:paraId="66E94F55" w14:textId="77777777" w:rsidTr="00407411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Metody </w:t>
            </w:r>
            <w:proofErr w:type="spellStart"/>
            <w:r w:rsidRPr="4549D576">
              <w:rPr>
                <w:rFonts w:ascii="Calibri" w:eastAsia="Calibri" w:hAnsi="Calibri" w:cs="Calibri"/>
              </w:rPr>
              <w:t>weryfikacji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efektów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uczenia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się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8F107" w14:textId="3CC85F58" w:rsidR="4549D576" w:rsidRDefault="00BB499A" w:rsidP="4549D576">
            <w:proofErr w:type="spellStart"/>
            <w:r>
              <w:rPr>
                <w:rFonts w:ascii="Calibri" w:eastAsia="Calibri" w:hAnsi="Calibri" w:cs="Calibri"/>
              </w:rPr>
              <w:t>Konsultacja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cząstkowa</w:t>
            </w:r>
            <w:proofErr w:type="spellEnd"/>
          </w:p>
        </w:tc>
      </w:tr>
    </w:tbl>
    <w:p w14:paraId="6515DBF2" w14:textId="77777777" w:rsidR="00407411" w:rsidRDefault="00407411" w:rsidP="00407411">
      <w:pPr>
        <w:pStyle w:val="Nagwek1"/>
      </w:pP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407411" w14:paraId="759C7205" w14:textId="77777777" w:rsidTr="00407411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2A3B8AB" w14:textId="77777777" w:rsidR="00407411" w:rsidRDefault="00407411">
            <w:r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>
              <w:rPr>
                <w:rFonts w:ascii="Calibri" w:eastAsia="Calibri" w:hAnsi="Calibri" w:cs="Calibri"/>
              </w:rPr>
              <w:t>scenariusza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DF04539" w14:textId="77777777" w:rsidR="00407411" w:rsidRDefault="00407411">
            <w:r>
              <w:rPr>
                <w:rFonts w:ascii="Calibri" w:eastAsia="Calibri" w:hAnsi="Calibri" w:cs="Calibri"/>
              </w:rPr>
              <w:t xml:space="preserve"> Alicja Kozarzewska</w:t>
            </w:r>
          </w:p>
        </w:tc>
      </w:tr>
      <w:tr w:rsidR="00407411" w14:paraId="35750DAD" w14:textId="77777777" w:rsidTr="00407411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DCF339D" w14:textId="77777777" w:rsidR="00407411" w:rsidRDefault="00407411">
            <w:r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>
              <w:rPr>
                <w:rFonts w:ascii="Calibri" w:eastAsia="Calibri" w:hAnsi="Calibri" w:cs="Calibr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0FBC302" w14:textId="77777777" w:rsidR="00407411" w:rsidRDefault="00407411"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669A798A" w14:textId="77777777" w:rsidR="00407411" w:rsidRDefault="00407411" w:rsidP="00407411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4F359F37" w14:textId="77777777" w:rsidR="00407411" w:rsidRDefault="00407411" w:rsidP="0040741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407411" w14:paraId="3C516121" w14:textId="77777777" w:rsidTr="0040741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9D307" w14:textId="77777777" w:rsidR="00407411" w:rsidRDefault="00407411">
            <w:pPr>
              <w:rPr>
                <w:lang w:val="pl-PL"/>
              </w:rPr>
            </w:pPr>
            <w:r>
              <w:rPr>
                <w:lang w:val="pl-PL"/>
              </w:rPr>
              <w:t>PRZEDMIOT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18968" w14:textId="77777777" w:rsidR="00407411" w:rsidRDefault="00407411">
            <w:proofErr w:type="spellStart"/>
            <w:r>
              <w:t>Nachylenie</w:t>
            </w:r>
            <w:proofErr w:type="spellEnd"/>
            <w:r>
              <w:t xml:space="preserve"> </w:t>
            </w:r>
            <w:proofErr w:type="spellStart"/>
            <w:r>
              <w:t>Specjalizacyjne</w:t>
            </w:r>
            <w:proofErr w:type="spellEnd"/>
            <w:r>
              <w:t xml:space="preserve"> 1</w:t>
            </w:r>
          </w:p>
        </w:tc>
      </w:tr>
    </w:tbl>
    <w:p w14:paraId="1907FCB1" w14:textId="77777777" w:rsidR="00407411" w:rsidRDefault="00407411" w:rsidP="00407411"/>
    <w:p w14:paraId="63B3FB9B" w14:textId="77777777" w:rsidR="00214668" w:rsidRDefault="00214668" w:rsidP="00214668">
      <w:r>
        <w:rPr>
          <w:rFonts w:ascii="Segoe UI Symbol" w:hAnsi="Segoe UI Symbol" w:cs="Segoe UI Symbol"/>
        </w:rPr>
        <w:t>🅭</w:t>
      </w:r>
      <w:r>
        <w:t xml:space="preserve"> </w:t>
      </w:r>
      <w:r>
        <w:rPr>
          <w:rFonts w:ascii="Segoe UI Symbol" w:hAnsi="Segoe UI Symbol" w:cs="Segoe UI Symbol"/>
        </w:rPr>
        <w:t>🅯</w:t>
      </w:r>
    </w:p>
    <w:p w14:paraId="0AC85788" w14:textId="77777777" w:rsidR="00214668" w:rsidRDefault="00214668" w:rsidP="00214668">
      <w:proofErr w:type="spellStart"/>
      <w:r>
        <w:t>Materiał</w:t>
      </w:r>
      <w:proofErr w:type="spellEnd"/>
      <w:r>
        <w:t xml:space="preserve"> jest </w:t>
      </w:r>
      <w:proofErr w:type="spellStart"/>
      <w:r>
        <w:t>udostępniony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licencji</w:t>
      </w:r>
      <w:proofErr w:type="spellEnd"/>
      <w:r>
        <w:t xml:space="preserve"> Creative Commons </w:t>
      </w:r>
      <w:proofErr w:type="spellStart"/>
      <w:r>
        <w:t>Uznanie</w:t>
      </w:r>
      <w:proofErr w:type="spellEnd"/>
      <w:r>
        <w:t xml:space="preserve"> </w:t>
      </w:r>
      <w:proofErr w:type="spellStart"/>
      <w:r>
        <w:t>autorstwa</w:t>
      </w:r>
      <w:proofErr w:type="spellEnd"/>
      <w:r>
        <w:t xml:space="preserve"> CC BY 4.0</w:t>
      </w:r>
    </w:p>
    <w:p w14:paraId="42D2B74D" w14:textId="77777777" w:rsidR="00214668" w:rsidRDefault="00214668" w:rsidP="00214668">
      <w:r>
        <w:t>https://creativecommons.org/licenses/by/4.0/deed.pl</w:t>
      </w:r>
    </w:p>
    <w:p w14:paraId="28CED5F9" w14:textId="77777777" w:rsidR="00214668" w:rsidRDefault="00214668" w:rsidP="00214668">
      <w:proofErr w:type="spellStart"/>
      <w:r>
        <w:t>Materiał</w:t>
      </w:r>
      <w:proofErr w:type="spellEnd"/>
      <w:r>
        <w:t xml:space="preserve"> </w:t>
      </w:r>
      <w:proofErr w:type="spellStart"/>
      <w:r>
        <w:t>opracowany</w:t>
      </w:r>
      <w:proofErr w:type="spellEnd"/>
      <w:r>
        <w:t xml:space="preserve">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realizacją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„</w:t>
      </w:r>
      <w:proofErr w:type="spellStart"/>
      <w:r>
        <w:t>GreenTechEducation</w:t>
      </w:r>
      <w:proofErr w:type="spellEnd"/>
      <w:r>
        <w:t xml:space="preserve"> - SGGW </w:t>
      </w:r>
      <w:proofErr w:type="spellStart"/>
      <w:r>
        <w:t>dla</w:t>
      </w:r>
      <w:proofErr w:type="spellEnd"/>
    </w:p>
    <w:p w14:paraId="58C11033" w14:textId="21F3727F" w:rsidR="00735EDA" w:rsidRDefault="00214668" w:rsidP="00214668">
      <w:proofErr w:type="spellStart"/>
      <w:r>
        <w:t>gospodarki</w:t>
      </w:r>
      <w:proofErr w:type="spellEnd"/>
      <w:r>
        <w:t xml:space="preserve"> </w:t>
      </w:r>
      <w:proofErr w:type="spellStart"/>
      <w:r>
        <w:t>przyszłości</w:t>
      </w:r>
      <w:proofErr w:type="spellEnd"/>
      <w:r>
        <w:t>” FERS.01.05-IP08-0330/23</w:t>
      </w:r>
    </w:p>
    <w:sectPr w:rsidR="00735EDA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591DF" w14:textId="77777777" w:rsidR="00DE2F9A" w:rsidRDefault="00DE2F9A" w:rsidP="00521628">
      <w:pPr>
        <w:spacing w:after="0" w:line="240" w:lineRule="auto"/>
      </w:pPr>
      <w:r>
        <w:separator/>
      </w:r>
    </w:p>
  </w:endnote>
  <w:endnote w:type="continuationSeparator" w:id="0">
    <w:p w14:paraId="3861ECBB" w14:textId="77777777" w:rsidR="00DE2F9A" w:rsidRDefault="00DE2F9A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DejaVu Sans">
    <w:altName w:val="Verdana"/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C9A9" w14:textId="3573F18F" w:rsidR="00521628" w:rsidRPr="006667E5" w:rsidRDefault="006667E5" w:rsidP="006667E5">
    <w:pPr>
      <w:pStyle w:val="Stopka"/>
    </w:pPr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Projekt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współfinansowany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z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Europejskiego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Funduszu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Społecznego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Plus w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ramach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Programu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Fundusze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Europejskie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dla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Rozwoju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Społecznego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2021-2027,</w:t>
    </w:r>
    <w:r>
      <w:rPr>
        <w:rStyle w:val="scxw74171613"/>
        <w:rFonts w:ascii="Calibri" w:hAnsi="Calibri" w:cs="Calibri"/>
        <w:color w:val="000000"/>
        <w:shd w:val="clear" w:color="auto" w:fill="FFFFFF"/>
      </w:rPr>
      <w:t> </w:t>
    </w:r>
    <w:r>
      <w:rPr>
        <w:rFonts w:ascii="Calibri" w:hAnsi="Calibri" w:cs="Calibri"/>
        <w:color w:val="000000"/>
        <w:shd w:val="clear" w:color="auto" w:fill="FFFFFF"/>
      </w:rPr>
      <w:br/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Priorytet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1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Umiejętności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,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Działanie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01.05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Umiejętności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w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szkolnictwie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wyższym</w:t>
    </w:r>
    <w:proofErr w:type="spellEnd"/>
    <w:r>
      <w:rPr>
        <w:rStyle w:val="eop"/>
        <w:rFonts w:ascii="Calibri" w:hAnsi="Calibri" w:cs="Calibri"/>
        <w:color w:val="000000"/>
        <w:shd w:val="clear" w:color="auto" w:fill="FFFFFF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E5F01" w14:textId="77777777" w:rsidR="00DE2F9A" w:rsidRDefault="00DE2F9A" w:rsidP="00521628">
      <w:pPr>
        <w:spacing w:after="0" w:line="240" w:lineRule="auto"/>
      </w:pPr>
      <w:r>
        <w:separator/>
      </w:r>
    </w:p>
  </w:footnote>
  <w:footnote w:type="continuationSeparator" w:id="0">
    <w:p w14:paraId="70428577" w14:textId="77777777" w:rsidR="00DE2F9A" w:rsidRDefault="00DE2F9A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A991"/>
    <w:multiLevelType w:val="multilevel"/>
    <w:tmpl w:val="9C12C90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0A99411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0EA16E63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6A63E75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62BB8E6B"/>
    <w:multiLevelType w:val="hybridMultilevel"/>
    <w:tmpl w:val="D07A514E"/>
    <w:lvl w:ilvl="0" w:tplc="A2923AEC">
      <w:start w:val="1"/>
      <w:numFmt w:val="decimal"/>
      <w:lvlText w:val="%1."/>
      <w:lvlJc w:val="left"/>
      <w:pPr>
        <w:ind w:left="720" w:hanging="360"/>
      </w:pPr>
    </w:lvl>
    <w:lvl w:ilvl="1" w:tplc="E6C6BAFE">
      <w:start w:val="1"/>
      <w:numFmt w:val="lowerLetter"/>
      <w:lvlText w:val="%2."/>
      <w:lvlJc w:val="left"/>
      <w:pPr>
        <w:ind w:left="1440" w:hanging="360"/>
      </w:pPr>
    </w:lvl>
    <w:lvl w:ilvl="2" w:tplc="5B0E8DFC">
      <w:start w:val="1"/>
      <w:numFmt w:val="lowerRoman"/>
      <w:lvlText w:val="%3."/>
      <w:lvlJc w:val="right"/>
      <w:pPr>
        <w:ind w:left="2160" w:hanging="180"/>
      </w:pPr>
    </w:lvl>
    <w:lvl w:ilvl="3" w:tplc="7116EAAE">
      <w:start w:val="1"/>
      <w:numFmt w:val="decimal"/>
      <w:lvlText w:val="%4."/>
      <w:lvlJc w:val="left"/>
      <w:pPr>
        <w:ind w:left="2880" w:hanging="360"/>
      </w:pPr>
    </w:lvl>
    <w:lvl w:ilvl="4" w:tplc="A3602940">
      <w:start w:val="1"/>
      <w:numFmt w:val="lowerLetter"/>
      <w:lvlText w:val="%5."/>
      <w:lvlJc w:val="left"/>
      <w:pPr>
        <w:ind w:left="3600" w:hanging="360"/>
      </w:pPr>
    </w:lvl>
    <w:lvl w:ilvl="5" w:tplc="E6F279A4">
      <w:start w:val="1"/>
      <w:numFmt w:val="lowerRoman"/>
      <w:lvlText w:val="%6."/>
      <w:lvlJc w:val="right"/>
      <w:pPr>
        <w:ind w:left="4320" w:hanging="180"/>
      </w:pPr>
    </w:lvl>
    <w:lvl w:ilvl="6" w:tplc="20FA6218">
      <w:start w:val="1"/>
      <w:numFmt w:val="decimal"/>
      <w:lvlText w:val="%7."/>
      <w:lvlJc w:val="left"/>
      <w:pPr>
        <w:ind w:left="5040" w:hanging="360"/>
      </w:pPr>
    </w:lvl>
    <w:lvl w:ilvl="7" w:tplc="AEE40742">
      <w:start w:val="1"/>
      <w:numFmt w:val="lowerLetter"/>
      <w:lvlText w:val="%8."/>
      <w:lvlJc w:val="left"/>
      <w:pPr>
        <w:ind w:left="5760" w:hanging="360"/>
      </w:pPr>
    </w:lvl>
    <w:lvl w:ilvl="8" w:tplc="D5B4194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854BC6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6D05347A"/>
    <w:multiLevelType w:val="hybridMultilevel"/>
    <w:tmpl w:val="7816473C"/>
    <w:lvl w:ilvl="0" w:tplc="1FB47F0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939819">
    <w:abstractNumId w:val="8"/>
  </w:num>
  <w:num w:numId="2" w16cid:durableId="1899433145">
    <w:abstractNumId w:val="6"/>
  </w:num>
  <w:num w:numId="3" w16cid:durableId="1531718362">
    <w:abstractNumId w:val="5"/>
  </w:num>
  <w:num w:numId="4" w16cid:durableId="1059596287">
    <w:abstractNumId w:val="4"/>
  </w:num>
  <w:num w:numId="5" w16cid:durableId="1972982571">
    <w:abstractNumId w:val="7"/>
  </w:num>
  <w:num w:numId="6" w16cid:durableId="445973137">
    <w:abstractNumId w:val="3"/>
  </w:num>
  <w:num w:numId="7" w16cid:durableId="890651530">
    <w:abstractNumId w:val="2"/>
  </w:num>
  <w:num w:numId="8" w16cid:durableId="213154043">
    <w:abstractNumId w:val="1"/>
  </w:num>
  <w:num w:numId="9" w16cid:durableId="2034570269">
    <w:abstractNumId w:val="0"/>
  </w:num>
  <w:num w:numId="10" w16cid:durableId="360980180">
    <w:abstractNumId w:val="9"/>
  </w:num>
  <w:num w:numId="11" w16cid:durableId="660427968">
    <w:abstractNumId w:val="15"/>
  </w:num>
  <w:num w:numId="12" w16cid:durableId="9539492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85197086">
    <w:abstractNumId w:val="12"/>
  </w:num>
  <w:num w:numId="14" w16cid:durableId="668675609">
    <w:abstractNumId w:val="14"/>
  </w:num>
  <w:num w:numId="15" w16cid:durableId="2108188448">
    <w:abstractNumId w:val="11"/>
  </w:num>
  <w:num w:numId="16" w16cid:durableId="19814984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A01"/>
    <w:rsid w:val="0006063C"/>
    <w:rsid w:val="00077043"/>
    <w:rsid w:val="00091956"/>
    <w:rsid w:val="000A0180"/>
    <w:rsid w:val="000F1F39"/>
    <w:rsid w:val="001210B4"/>
    <w:rsid w:val="0015074B"/>
    <w:rsid w:val="001839BA"/>
    <w:rsid w:val="001C2198"/>
    <w:rsid w:val="001E6D5A"/>
    <w:rsid w:val="001F0683"/>
    <w:rsid w:val="00214668"/>
    <w:rsid w:val="00224A99"/>
    <w:rsid w:val="0029639D"/>
    <w:rsid w:val="00326F90"/>
    <w:rsid w:val="003628CD"/>
    <w:rsid w:val="00407409"/>
    <w:rsid w:val="00407411"/>
    <w:rsid w:val="0041064B"/>
    <w:rsid w:val="0044797C"/>
    <w:rsid w:val="004B726D"/>
    <w:rsid w:val="004D57F4"/>
    <w:rsid w:val="005105A2"/>
    <w:rsid w:val="005143E8"/>
    <w:rsid w:val="00521628"/>
    <w:rsid w:val="0058212E"/>
    <w:rsid w:val="00612384"/>
    <w:rsid w:val="006667E5"/>
    <w:rsid w:val="00677D10"/>
    <w:rsid w:val="006B5338"/>
    <w:rsid w:val="006C2DC2"/>
    <w:rsid w:val="00735EDA"/>
    <w:rsid w:val="0081676C"/>
    <w:rsid w:val="00847A2D"/>
    <w:rsid w:val="008A073C"/>
    <w:rsid w:val="008A5E95"/>
    <w:rsid w:val="00973BAC"/>
    <w:rsid w:val="00976B8B"/>
    <w:rsid w:val="00A64400"/>
    <w:rsid w:val="00AA1D8D"/>
    <w:rsid w:val="00AC1286"/>
    <w:rsid w:val="00B47730"/>
    <w:rsid w:val="00B734AA"/>
    <w:rsid w:val="00BA4DD9"/>
    <w:rsid w:val="00BB0144"/>
    <w:rsid w:val="00BB499A"/>
    <w:rsid w:val="00BE192A"/>
    <w:rsid w:val="00C5174D"/>
    <w:rsid w:val="00C551F5"/>
    <w:rsid w:val="00C66032"/>
    <w:rsid w:val="00CB0664"/>
    <w:rsid w:val="00D054A7"/>
    <w:rsid w:val="00D105D4"/>
    <w:rsid w:val="00D64982"/>
    <w:rsid w:val="00D70D63"/>
    <w:rsid w:val="00DE2F9A"/>
    <w:rsid w:val="00E15979"/>
    <w:rsid w:val="00E316F3"/>
    <w:rsid w:val="00E41A6D"/>
    <w:rsid w:val="00E8506A"/>
    <w:rsid w:val="00ED629A"/>
    <w:rsid w:val="00F5150A"/>
    <w:rsid w:val="00F64836"/>
    <w:rsid w:val="00FB01ED"/>
    <w:rsid w:val="00FC4540"/>
    <w:rsid w:val="00FC53B4"/>
    <w:rsid w:val="00FC693F"/>
    <w:rsid w:val="00FD3E5E"/>
    <w:rsid w:val="4549D576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paragraph" w:customStyle="1" w:styleId="Compact">
    <w:name w:val="Compact"/>
    <w:basedOn w:val="Tekstpodstawowy"/>
    <w:qFormat/>
    <w:rsid w:val="00ED629A"/>
    <w:pPr>
      <w:spacing w:before="36" w:after="36" w:line="240" w:lineRule="auto"/>
    </w:pPr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639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Michalska</cp:lastModifiedBy>
  <cp:revision>6</cp:revision>
  <dcterms:created xsi:type="dcterms:W3CDTF">2026-06-18T14:45:00Z</dcterms:created>
  <dcterms:modified xsi:type="dcterms:W3CDTF">2026-07-21T12:10:00Z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14411308-2065-4580-bb29-8fa3844c59d5</vt:lpwstr>
  </property>
</Properties>
</file>