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ramach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projektu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dla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gospodarki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przyszłości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” nr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umowy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B4358A0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Kierunek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Poziom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6B114EB" w:rsidR="4549D576" w:rsidRDefault="00224A99" w:rsidP="4549D576">
            <w:r>
              <w:t>6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Jednostka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4549D576">
              <w:rPr>
                <w:rFonts w:ascii="Calibri" w:eastAsia="Calibri" w:hAnsi="Calibri" w:cs="Calibri"/>
              </w:rPr>
              <w:t>łącznie</w:t>
            </w:r>
            <w:proofErr w:type="spellEnd"/>
            <w:r w:rsidRPr="4549D576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7FEBC5F1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61B8D9E3" w:rsidR="4549D576" w:rsidRDefault="00D81D8B" w:rsidP="4549D576">
            <w: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3FCA2BDC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59A4BA4" w:rsidR="4549D576" w:rsidRDefault="00224A99" w:rsidP="4549D576">
            <w:r>
              <w:t>6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Koordynator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343540E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</w:t>
            </w:r>
            <w:r w:rsidR="001E6D5A">
              <w:rPr>
                <w:rFonts w:ascii="Calibri" w:eastAsia="Calibri" w:hAnsi="Calibri" w:cs="Calibri"/>
              </w:rPr>
              <w:t>3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49934CC4" w:rsidR="4549D576" w:rsidRDefault="001E6D5A" w:rsidP="4549D576">
            <w:r w:rsidRPr="001E6D5A">
              <w:rPr>
                <w:rFonts w:ascii="Calibri" w:eastAsia="Calibri" w:hAnsi="Calibri" w:cs="Calibri"/>
              </w:rPr>
              <w:t xml:space="preserve">Analiza </w:t>
            </w:r>
            <w:proofErr w:type="spellStart"/>
            <w:r w:rsidRPr="001E6D5A">
              <w:rPr>
                <w:rFonts w:ascii="Calibri" w:eastAsia="Calibri" w:hAnsi="Calibri" w:cs="Calibri"/>
              </w:rPr>
              <w:t>struktury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1E6D5A">
              <w:rPr>
                <w:rFonts w:ascii="Calibri" w:eastAsia="Calibri" w:hAnsi="Calibri" w:cs="Calibri"/>
              </w:rPr>
              <w:t>użytkowania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terenu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1E6D5A">
              <w:rPr>
                <w:rFonts w:ascii="Calibri" w:eastAsia="Calibri" w:hAnsi="Calibri" w:cs="Calibri"/>
              </w:rPr>
              <w:t>wykorzystaniem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GIS</w:t>
            </w:r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4F6F43A" w:rsidR="4549D576" w:rsidRDefault="00224A99" w:rsidP="4549D576">
            <w:r>
              <w:rPr>
                <w:rFonts w:ascii="Calibri" w:eastAsia="Calibri" w:hAnsi="Calibri" w:cs="Calibri"/>
              </w:rPr>
              <w:t>4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105D4" w:rsidRPr="00D105D4">
              <w:rPr>
                <w:rFonts w:ascii="Calibri" w:eastAsia="Calibri" w:hAnsi="Calibri" w:cs="Calibri"/>
              </w:rPr>
              <w:t>jednostk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01862BD5" w:rsidR="00D105D4" w:rsidRDefault="001E6D5A" w:rsidP="4549D576">
            <w:proofErr w:type="spellStart"/>
            <w:r>
              <w:rPr>
                <w:rFonts w:ascii="Calibri" w:eastAsia="Calibri" w:hAnsi="Calibri" w:cs="Calibri"/>
              </w:rPr>
              <w:t>P</w:t>
            </w:r>
            <w:r w:rsidRPr="001E6D5A">
              <w:rPr>
                <w:rFonts w:ascii="Calibri" w:eastAsia="Calibri" w:hAnsi="Calibri" w:cs="Calibri"/>
              </w:rPr>
              <w:t>rzygotowanie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studentów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1E6D5A">
              <w:rPr>
                <w:rFonts w:ascii="Calibri" w:eastAsia="Calibri" w:hAnsi="Calibri" w:cs="Calibri"/>
              </w:rPr>
              <w:t>wykorzystania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narzędzi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GIS w </w:t>
            </w:r>
            <w:proofErr w:type="spellStart"/>
            <w:r w:rsidRPr="001E6D5A">
              <w:rPr>
                <w:rFonts w:ascii="Calibri" w:eastAsia="Calibri" w:hAnsi="Calibri" w:cs="Calibri"/>
              </w:rPr>
              <w:t>analizie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struktury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1E6D5A">
              <w:rPr>
                <w:rFonts w:ascii="Calibri" w:eastAsia="Calibri" w:hAnsi="Calibri" w:cs="Calibri"/>
              </w:rPr>
              <w:t>użytkowania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terenu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8A053" w14:textId="77777777" w:rsidR="00ED629A" w:rsidRPr="00ED629A" w:rsidRDefault="00ED629A" w:rsidP="00ED629A">
            <w:pPr>
              <w:rPr>
                <w:rFonts w:ascii="Calibri" w:eastAsia="Calibri" w:hAnsi="Calibri" w:cs="Calibri"/>
              </w:rPr>
            </w:pPr>
            <w:r w:rsidRPr="00ED629A">
              <w:rPr>
                <w:rFonts w:ascii="Calibri" w:eastAsia="Calibri" w:hAnsi="Calibri" w:cs="Calibri"/>
              </w:rPr>
              <w:t>Student:</w:t>
            </w:r>
          </w:p>
          <w:p w14:paraId="2537CFC8" w14:textId="6027A800" w:rsidR="001E6D5A" w:rsidRPr="001E6D5A" w:rsidRDefault="001E6D5A" w:rsidP="001E6D5A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 xml:space="preserve">wykonuje podstawowe analizy GIS dotyczące </w:t>
            </w:r>
            <w:r>
              <w:rPr>
                <w:rFonts w:ascii="Calibri" w:eastAsia="Calibri" w:hAnsi="Calibri" w:cs="Calibri"/>
                <w:lang w:val="pl-PL"/>
              </w:rPr>
              <w:t xml:space="preserve">m.in. </w:t>
            </w:r>
            <w:r w:rsidRPr="001E6D5A">
              <w:rPr>
                <w:rFonts w:ascii="Calibri" w:eastAsia="Calibri" w:hAnsi="Calibri" w:cs="Calibri"/>
                <w:lang w:val="pl-PL"/>
              </w:rPr>
              <w:t>zagospodarowania, zieleni, powierzchni uszczelnionych i dostępności;</w:t>
            </w:r>
          </w:p>
          <w:p w14:paraId="270269CA" w14:textId="0B205652" w:rsidR="00D70D63" w:rsidRPr="00ED629A" w:rsidRDefault="001E6D5A" w:rsidP="001E6D5A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potrafi przygotować komunikatywną wizualizację wyników analizy.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Wymagania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techniczne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122C968D" w:rsidR="4549D576" w:rsidRPr="00ED629A" w:rsidRDefault="00ED629A" w:rsidP="4549D576">
            <w:r w:rsidRPr="00ED629A">
              <w:rPr>
                <w:rFonts w:ascii="Calibri" w:eastAsia="Calibri" w:hAnsi="Calibri" w:cs="Calibri"/>
              </w:rPr>
              <w:t xml:space="preserve">Sala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komputerowa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ED629A">
              <w:rPr>
                <w:rFonts w:ascii="Calibri" w:eastAsia="Calibri" w:hAnsi="Calibri" w:cs="Calibri"/>
              </w:rPr>
              <w:t>możliwością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pracy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indywidualnej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s</w:t>
            </w:r>
            <w:r w:rsidR="005A272A">
              <w:rPr>
                <w:rFonts w:ascii="Calibri" w:eastAsia="Calibri" w:hAnsi="Calibri" w:cs="Calibri"/>
              </w:rPr>
              <w:t>t</w:t>
            </w:r>
            <w:r w:rsidR="00224A99">
              <w:rPr>
                <w:rFonts w:ascii="Calibri" w:eastAsia="Calibri" w:hAnsi="Calibri" w:cs="Calibri"/>
              </w:rPr>
              <w:t>udentów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na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komputerach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rzutnik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lub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ekran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0297F03B" w:rsidR="00ED629A" w:rsidRDefault="00D70D63" w:rsidP="4549D576">
            <w:proofErr w:type="spellStart"/>
            <w:r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2DC92EF1" w:rsidR="4549D576" w:rsidRPr="006C2DC2" w:rsidRDefault="001E6D5A" w:rsidP="4549D576">
            <w:proofErr w:type="spellStart"/>
            <w:r w:rsidRPr="001E6D5A">
              <w:rPr>
                <w:rFonts w:ascii="Calibri" w:eastAsia="Calibri" w:hAnsi="Calibri" w:cs="Calibri"/>
              </w:rPr>
              <w:t>Przygotowanie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danych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przestrzennych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1E6D5A">
              <w:rPr>
                <w:rFonts w:ascii="Calibri" w:eastAsia="Calibri" w:hAnsi="Calibri" w:cs="Calibri"/>
              </w:rPr>
              <w:t>diagnozy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klimatycznej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626C25E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D70D63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8D130C" w14:textId="2C5AE0E7" w:rsidR="001E6D5A" w:rsidRPr="001E6D5A" w:rsidRDefault="001E6D5A" w:rsidP="001E6D5A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Wczytanie danych przestrzennych dotyczących analizowanego obszaru.</w:t>
            </w:r>
          </w:p>
          <w:p w14:paraId="2131AB10" w14:textId="78B8A8AA" w:rsidR="001E6D5A" w:rsidRPr="001E6D5A" w:rsidRDefault="001E6D5A" w:rsidP="001E6D5A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Uporządkowanie warstw tematycznych</w:t>
            </w:r>
            <w:r>
              <w:rPr>
                <w:rFonts w:ascii="Calibri" w:eastAsia="Calibri" w:hAnsi="Calibri" w:cs="Calibri"/>
                <w:lang w:val="pl-PL"/>
              </w:rPr>
              <w:t>.</w:t>
            </w:r>
            <w:r w:rsidRPr="001E6D5A">
              <w:rPr>
                <w:rFonts w:ascii="Calibri" w:eastAsia="Calibri" w:hAnsi="Calibri" w:cs="Calibri"/>
                <w:lang w:val="pl-PL"/>
              </w:rPr>
              <w:t xml:space="preserve">  Sprawdzenie kompletności i czytelności danych.</w:t>
            </w:r>
          </w:p>
          <w:p w14:paraId="097C4D6C" w14:textId="043964E7" w:rsidR="001E6D5A" w:rsidRPr="001E6D5A" w:rsidRDefault="001E6D5A" w:rsidP="001E6D5A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O</w:t>
            </w:r>
            <w:r w:rsidRPr="001E6D5A">
              <w:rPr>
                <w:rFonts w:ascii="Calibri" w:eastAsia="Calibri" w:hAnsi="Calibri" w:cs="Calibri"/>
                <w:lang w:val="pl-PL"/>
              </w:rPr>
              <w:t>mówienie problemów jakości danych i ich wpływu na wyniki diagnozy.</w:t>
            </w:r>
          </w:p>
          <w:p w14:paraId="01FB0F28" w14:textId="78923B5B" w:rsidR="00224A99" w:rsidRPr="00FC53B4" w:rsidRDefault="001E6D5A" w:rsidP="001E6D5A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Przygotowanie układu mapy roboczej.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5F325BDB" w:rsidR="4549D576" w:rsidRPr="005A272A" w:rsidRDefault="001E6D5A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5A272A">
              <w:rPr>
                <w:rFonts w:ascii="Calibri" w:eastAsia="Calibri" w:hAnsi="Calibri" w:cs="Calibri"/>
              </w:rPr>
              <w:t>Wykonanie</w:t>
            </w:r>
            <w:proofErr w:type="spellEnd"/>
            <w:r w:rsidRPr="005A272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A272A">
              <w:rPr>
                <w:rFonts w:ascii="Calibri" w:eastAsia="Calibri" w:hAnsi="Calibri" w:cs="Calibri"/>
              </w:rPr>
              <w:t>analiz</w:t>
            </w:r>
            <w:proofErr w:type="spellEnd"/>
            <w:r w:rsidRPr="005A272A">
              <w:rPr>
                <w:rFonts w:ascii="Calibri" w:eastAsia="Calibri" w:hAnsi="Calibri" w:cs="Calibri"/>
              </w:rPr>
              <w:t xml:space="preserve"> GIS </w:t>
            </w:r>
            <w:proofErr w:type="spellStart"/>
            <w:r w:rsidRPr="005A272A">
              <w:rPr>
                <w:rFonts w:ascii="Calibri" w:eastAsia="Calibri" w:hAnsi="Calibri" w:cs="Calibri"/>
              </w:rPr>
              <w:t>dotyczących</w:t>
            </w:r>
            <w:proofErr w:type="spellEnd"/>
            <w:r w:rsidRPr="005A272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A272A">
              <w:rPr>
                <w:rFonts w:ascii="Calibri" w:eastAsia="Calibri" w:hAnsi="Calibri" w:cs="Calibri"/>
              </w:rPr>
              <w:t>struktury</w:t>
            </w:r>
            <w:proofErr w:type="spellEnd"/>
            <w:r w:rsidRPr="005A272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A272A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5A272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5A272A">
              <w:rPr>
                <w:rFonts w:ascii="Calibri" w:eastAsia="Calibri" w:hAnsi="Calibri" w:cs="Calibri"/>
              </w:rPr>
              <w:t>użytkowania</w:t>
            </w:r>
            <w:proofErr w:type="spellEnd"/>
            <w:r w:rsidRPr="005A272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A272A">
              <w:rPr>
                <w:rFonts w:ascii="Calibri" w:eastAsia="Calibri" w:hAnsi="Calibri" w:cs="Calibri"/>
              </w:rPr>
              <w:t>terenu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15EE8D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224A99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5CEF63" w14:textId="6946D7A2" w:rsidR="001E6D5A" w:rsidRDefault="001E6D5A" w:rsidP="001E6D5A">
            <w:pPr>
              <w:rPr>
                <w:rFonts w:ascii="Calibri" w:eastAsia="Calibri" w:hAnsi="Calibri" w:cs="Calibri"/>
                <w:lang w:val="pl-PL"/>
              </w:rPr>
            </w:pPr>
            <w:r>
              <w:rPr>
                <w:rFonts w:ascii="Calibri" w:eastAsia="Calibri" w:hAnsi="Calibri" w:cs="Calibri"/>
                <w:lang w:val="pl-PL"/>
              </w:rPr>
              <w:t>Studenci wykonują prace, podczas których prowadzący prowadzi korekty cząstkowe:</w:t>
            </w:r>
          </w:p>
          <w:p w14:paraId="6CAD52D8" w14:textId="3F587E02" w:rsidR="001E6D5A" w:rsidRPr="001E6D5A" w:rsidRDefault="001E6D5A" w:rsidP="001E6D5A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Identyfikacja powierzchni uszczelnionych i terenów biologicznie czynnych. Analiza rozmieszczenia zieleni i terenów otwartych.</w:t>
            </w:r>
          </w:p>
          <w:p w14:paraId="2D85C832" w14:textId="539850AD" w:rsidR="001E6D5A" w:rsidRPr="001E6D5A" w:rsidRDefault="001E6D5A" w:rsidP="001E6D5A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Wskazanie obszarów potencjalnie narażonych na</w:t>
            </w:r>
            <w:r w:rsidR="005A272A">
              <w:rPr>
                <w:rFonts w:ascii="Calibri" w:eastAsia="Calibri" w:hAnsi="Calibri" w:cs="Calibri"/>
                <w:lang w:val="pl-PL"/>
              </w:rPr>
              <w:t>:</w:t>
            </w:r>
            <w:r w:rsidRPr="001E6D5A">
              <w:rPr>
                <w:rFonts w:ascii="Calibri" w:eastAsia="Calibri" w:hAnsi="Calibri" w:cs="Calibri"/>
                <w:lang w:val="pl-PL"/>
              </w:rPr>
              <w:t xml:space="preserve"> przegrzewanie, odpływ powierzchniowy lub brak retencji.</w:t>
            </w:r>
          </w:p>
          <w:p w14:paraId="71F5D736" w14:textId="1EF62137" w:rsidR="4549D576" w:rsidRPr="00224A99" w:rsidRDefault="001E6D5A" w:rsidP="001E6D5A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1E6D5A">
              <w:rPr>
                <w:rFonts w:ascii="Calibri" w:eastAsia="Calibri" w:hAnsi="Calibri" w:cs="Calibri"/>
                <w:lang w:val="pl-PL"/>
              </w:rPr>
              <w:t>Przygotowanie mapy wynikowej z legendą i krótkim komentarzem interpretacyjnym.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6"/>
        <w:gridCol w:w="5084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Wykorzystane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metody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3EF74AF5" w:rsidR="4549D576" w:rsidRDefault="0041064B" w:rsidP="4549D576">
            <w:r w:rsidRPr="0041064B">
              <w:rPr>
                <w:rFonts w:ascii="Calibri" w:eastAsia="Calibri" w:hAnsi="Calibri" w:cs="Calibri"/>
              </w:rPr>
              <w:t xml:space="preserve">Analiza </w:t>
            </w:r>
            <w:proofErr w:type="spellStart"/>
            <w:r w:rsidRPr="0041064B">
              <w:rPr>
                <w:rFonts w:ascii="Calibri" w:eastAsia="Calibri" w:hAnsi="Calibri" w:cs="Calibri"/>
              </w:rPr>
              <w:t>materiałów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źródłowych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interpretacja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wyników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studium </w:t>
            </w:r>
            <w:proofErr w:type="spellStart"/>
            <w:r w:rsidRPr="0041064B">
              <w:rPr>
                <w:rFonts w:ascii="Calibri" w:eastAsia="Calibri" w:hAnsi="Calibri" w:cs="Calibri"/>
              </w:rPr>
              <w:t>przypadku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metoda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projektu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dyskusja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praca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41064B">
              <w:rPr>
                <w:rFonts w:ascii="Calibri" w:eastAsia="Calibri" w:hAnsi="Calibri" w:cs="Calibri"/>
              </w:rPr>
              <w:t>zespołowa</w:t>
            </w:r>
            <w:proofErr w:type="spellEnd"/>
            <w:r w:rsidRP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41064B">
              <w:rPr>
                <w:rFonts w:ascii="Calibri" w:eastAsia="Calibri" w:hAnsi="Calibri" w:cs="Calibri"/>
              </w:rPr>
              <w:t>wnioskowanie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Narzędzia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384F4B9F" w:rsidR="4549D576" w:rsidRPr="006C2DC2" w:rsidRDefault="001E6D5A" w:rsidP="4549D576">
            <w:r>
              <w:rPr>
                <w:rFonts w:ascii="Calibri" w:eastAsia="Calibri" w:hAnsi="Calibri" w:cs="Calibri"/>
              </w:rPr>
              <w:t>Q</w:t>
            </w:r>
            <w:r w:rsidRPr="001E6D5A">
              <w:rPr>
                <w:rFonts w:ascii="Calibri" w:eastAsia="Calibri" w:hAnsi="Calibri" w:cs="Calibri"/>
              </w:rPr>
              <w:t xml:space="preserve">GIS, </w:t>
            </w:r>
            <w:proofErr w:type="spellStart"/>
            <w:r w:rsidRPr="001E6D5A">
              <w:rPr>
                <w:rFonts w:ascii="Calibri" w:eastAsia="Calibri" w:hAnsi="Calibri" w:cs="Calibri"/>
              </w:rPr>
              <w:t>dane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przestrzenne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1E6D5A">
              <w:rPr>
                <w:rFonts w:ascii="Calibri" w:eastAsia="Calibri" w:hAnsi="Calibri" w:cs="Calibri"/>
              </w:rPr>
              <w:t>geoportale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1E6D5A">
              <w:rPr>
                <w:rFonts w:ascii="Calibri" w:eastAsia="Calibri" w:hAnsi="Calibri" w:cs="Calibri"/>
              </w:rPr>
              <w:t>ortofotomapy</w:t>
            </w:r>
            <w:proofErr w:type="spellEnd"/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Formy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3C6FAF6D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Praca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B499A">
              <w:rPr>
                <w:rFonts w:ascii="Calibri" w:eastAsia="Calibri" w:hAnsi="Calibri" w:cs="Calibri"/>
              </w:rPr>
              <w:t>praca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>
              <w:rPr>
                <w:rFonts w:ascii="Calibri" w:eastAsia="Calibri" w:hAnsi="Calibri" w:cs="Calibri"/>
              </w:rPr>
              <w:t>grupowa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dyskusja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grupowa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41064B">
              <w:rPr>
                <w:rFonts w:ascii="Calibri" w:eastAsia="Calibri" w:hAnsi="Calibri" w:cs="Calibri"/>
              </w:rPr>
              <w:t>konsultacja</w:t>
            </w:r>
            <w:proofErr w:type="spellEnd"/>
            <w:r w:rsidR="0041064B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="0041064B">
              <w:rPr>
                <w:rFonts w:ascii="Calibri" w:eastAsia="Calibri" w:hAnsi="Calibri" w:cs="Calibri"/>
              </w:rPr>
              <w:t>prowadzącym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Literatura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AE0BC" w14:textId="6C2C739F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Bohdanowicz Z. i inni, 2024, Klimatyczne ABC, Wydawnictwa Uniwersytetu Warszawskiego, https://klimatyczneabc.uw.edu.pl/ </w:t>
            </w:r>
          </w:p>
          <w:p w14:paraId="475DB686" w14:textId="5E3625DC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Cieszewska A., Dudek-Klimiuk J., (red.) (2024). Adaptacja osiedla mieszkaniowego do zmiany klimatu: część 1. Vademecum mieszkańca, część 2. Katalog rozwiązań. Warszawa: Wydawnictwo SGGW</w:t>
            </w:r>
          </w:p>
          <w:p w14:paraId="2FDA79CE" w14:textId="560F6906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Kassenberg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 A. Poradnik adaptacji miasta do zmiany klimatu, </w:t>
            </w: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Adaptcity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, Warszawa 2019, https://www.pine.org.pl/wp-content/uploads/2019/07/poradnik_adaptcity.pdf</w:t>
            </w:r>
          </w:p>
          <w:p w14:paraId="1C90C527" w14:textId="4CFE47F2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Uwagi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3C42E9E6" w:rsidR="4549D576" w:rsidRPr="006C2DC2" w:rsidRDefault="005A272A" w:rsidP="4549D57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00D81D8B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Efekty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0DD19D" w14:textId="52A6318D" w:rsidR="0041064B" w:rsidRDefault="001E6D5A" w:rsidP="4549D576">
            <w:pPr>
              <w:rPr>
                <w:rFonts w:ascii="Calibri" w:eastAsia="Calibri" w:hAnsi="Calibri" w:cs="Calibri"/>
              </w:rPr>
            </w:pPr>
            <w:r w:rsidRPr="001E6D5A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1E6D5A">
              <w:rPr>
                <w:rFonts w:ascii="Calibri" w:eastAsia="Calibri" w:hAnsi="Calibri" w:cs="Calibri"/>
              </w:rPr>
              <w:t>potrafi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przeprowadzić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analizy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przestrzenne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1E6D5A">
              <w:rPr>
                <w:rFonts w:ascii="Calibri" w:eastAsia="Calibri" w:hAnsi="Calibri" w:cs="Calibri"/>
              </w:rPr>
              <w:t>wykorzystaniem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GIS </w:t>
            </w:r>
            <w:proofErr w:type="spellStart"/>
            <w:r w:rsidRPr="001E6D5A">
              <w:rPr>
                <w:rFonts w:ascii="Calibri" w:eastAsia="Calibri" w:hAnsi="Calibri" w:cs="Calibri"/>
              </w:rPr>
              <w:t>oraz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przygotować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komunikatywną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wizualizację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wyników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. </w:t>
            </w:r>
          </w:p>
          <w:p w14:paraId="6F636E7A" w14:textId="56673C47" w:rsidR="4549D576" w:rsidRPr="006C2DC2" w:rsidRDefault="001E6D5A" w:rsidP="4549D576">
            <w:r w:rsidRPr="001E6D5A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1E6D5A">
              <w:rPr>
                <w:rFonts w:ascii="Calibri" w:eastAsia="Calibri" w:hAnsi="Calibri" w:cs="Calibri"/>
              </w:rPr>
              <w:t>potrafi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interpretować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uzyskane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wyniki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1E6D5A">
              <w:rPr>
                <w:rFonts w:ascii="Calibri" w:eastAsia="Calibri" w:hAnsi="Calibri" w:cs="Calibri"/>
              </w:rPr>
              <w:t>wyciągać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wnioski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dotyczące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podatności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obszaru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na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skutki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zmian</w:t>
            </w:r>
            <w:proofErr w:type="spellEnd"/>
            <w:r w:rsidRPr="001E6D5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E6D5A">
              <w:rPr>
                <w:rFonts w:ascii="Calibri" w:eastAsia="Calibri" w:hAnsi="Calibri" w:cs="Calibri"/>
              </w:rPr>
              <w:t>klimatu</w:t>
            </w:r>
            <w:proofErr w:type="spellEnd"/>
            <w:r w:rsidRPr="001E6D5A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66E94F55" w14:textId="77777777" w:rsidTr="00D81D8B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Metody </w:t>
            </w:r>
            <w:proofErr w:type="spellStart"/>
            <w:r w:rsidRPr="4549D576">
              <w:rPr>
                <w:rFonts w:ascii="Calibri" w:eastAsia="Calibri" w:hAnsi="Calibri" w:cs="Calibri"/>
              </w:rPr>
              <w:t>weryfikacji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efektów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CC85F58" w:rsidR="4549D576" w:rsidRDefault="00BB499A" w:rsidP="4549D576">
            <w:proofErr w:type="spellStart"/>
            <w:r>
              <w:rPr>
                <w:rFonts w:ascii="Calibri" w:eastAsia="Calibri" w:hAnsi="Calibri" w:cs="Calibri"/>
              </w:rPr>
              <w:t>Konsultacja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cząstkowa</w:t>
            </w:r>
            <w:proofErr w:type="spellEnd"/>
          </w:p>
        </w:tc>
      </w:tr>
    </w:tbl>
    <w:p w14:paraId="61535E62" w14:textId="77777777" w:rsidR="00D81D8B" w:rsidRDefault="00D81D8B" w:rsidP="00D81D8B">
      <w:pPr>
        <w:pStyle w:val="Nagwek1"/>
      </w:pP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D81D8B" w14:paraId="4E246B88" w14:textId="77777777" w:rsidTr="00D81D8B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658CDA3" w14:textId="77777777" w:rsidR="00D81D8B" w:rsidRDefault="00D81D8B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D5BF9B" w14:textId="77777777" w:rsidR="00D81D8B" w:rsidRDefault="00D81D8B">
            <w:r>
              <w:rPr>
                <w:rFonts w:ascii="Calibri" w:eastAsia="Calibri" w:hAnsi="Calibri" w:cs="Calibri"/>
              </w:rPr>
              <w:t xml:space="preserve"> Alicja Kozarzewska</w:t>
            </w:r>
          </w:p>
        </w:tc>
      </w:tr>
      <w:tr w:rsidR="00D81D8B" w14:paraId="5716AFEA" w14:textId="77777777" w:rsidTr="00D81D8B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63E3285" w14:textId="77777777" w:rsidR="00D81D8B" w:rsidRDefault="00D81D8B">
            <w:r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250AA7" w14:textId="77777777" w:rsidR="00D81D8B" w:rsidRDefault="00D81D8B"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1C67789B" w14:textId="77777777" w:rsidR="00D81D8B" w:rsidRDefault="00D81D8B" w:rsidP="00D81D8B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488A888E" w14:textId="77777777" w:rsidR="00D81D8B" w:rsidRDefault="00D81D8B" w:rsidP="00D81D8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D81D8B" w14:paraId="24197808" w14:textId="77777777" w:rsidTr="00D81D8B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9CE9" w14:textId="77777777" w:rsidR="00D81D8B" w:rsidRDefault="00D81D8B">
            <w:pPr>
              <w:rPr>
                <w:lang w:val="pl-PL"/>
              </w:rPr>
            </w:pPr>
            <w:r>
              <w:rPr>
                <w:lang w:val="pl-PL"/>
              </w:rPr>
              <w:t>PRZEDMIOT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4AA5" w14:textId="77777777" w:rsidR="00D81D8B" w:rsidRDefault="00D81D8B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1</w:t>
            </w:r>
          </w:p>
        </w:tc>
      </w:tr>
    </w:tbl>
    <w:p w14:paraId="001E8774" w14:textId="77777777" w:rsidR="00D81D8B" w:rsidRDefault="00D81D8B" w:rsidP="00D81D8B"/>
    <w:p w14:paraId="2D01E6C4" w14:textId="77777777" w:rsidR="002640E8" w:rsidRDefault="002640E8" w:rsidP="002640E8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3CFEA819" w14:textId="77777777" w:rsidR="002640E8" w:rsidRDefault="002640E8" w:rsidP="002640E8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10839815" w14:textId="77777777" w:rsidR="002640E8" w:rsidRDefault="002640E8" w:rsidP="002640E8">
      <w:r>
        <w:t>https://creativecommons.org/licenses/by/4.0/deed.pl</w:t>
      </w:r>
    </w:p>
    <w:p w14:paraId="236E1EAB" w14:textId="77777777" w:rsidR="002640E8" w:rsidRDefault="002640E8" w:rsidP="002640E8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529B5312" w:rsidR="00735EDA" w:rsidRDefault="002640E8" w:rsidP="002640E8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735ED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1B722" w14:textId="77777777" w:rsidR="003D4FB7" w:rsidRDefault="003D4FB7" w:rsidP="00521628">
      <w:pPr>
        <w:spacing w:after="0" w:line="240" w:lineRule="auto"/>
      </w:pPr>
      <w:r>
        <w:separator/>
      </w:r>
    </w:p>
  </w:endnote>
  <w:endnote w:type="continuationSeparator" w:id="0">
    <w:p w14:paraId="77479E34" w14:textId="77777777" w:rsidR="003D4FB7" w:rsidRDefault="003D4FB7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A3F2" w14:textId="77777777" w:rsidR="003D4FB7" w:rsidRDefault="003D4FB7" w:rsidP="00521628">
      <w:pPr>
        <w:spacing w:after="0" w:line="240" w:lineRule="auto"/>
      </w:pPr>
      <w:r>
        <w:separator/>
      </w:r>
    </w:p>
  </w:footnote>
  <w:footnote w:type="continuationSeparator" w:id="0">
    <w:p w14:paraId="2F0DB407" w14:textId="77777777" w:rsidR="003D4FB7" w:rsidRDefault="003D4FB7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064122">
    <w:abstractNumId w:val="8"/>
  </w:num>
  <w:num w:numId="2" w16cid:durableId="887762689">
    <w:abstractNumId w:val="6"/>
  </w:num>
  <w:num w:numId="3" w16cid:durableId="564800119">
    <w:abstractNumId w:val="5"/>
  </w:num>
  <w:num w:numId="4" w16cid:durableId="1318918422">
    <w:abstractNumId w:val="4"/>
  </w:num>
  <w:num w:numId="5" w16cid:durableId="1898205931">
    <w:abstractNumId w:val="7"/>
  </w:num>
  <w:num w:numId="6" w16cid:durableId="100493844">
    <w:abstractNumId w:val="3"/>
  </w:num>
  <w:num w:numId="7" w16cid:durableId="434134283">
    <w:abstractNumId w:val="2"/>
  </w:num>
  <w:num w:numId="8" w16cid:durableId="81951785">
    <w:abstractNumId w:val="1"/>
  </w:num>
  <w:num w:numId="9" w16cid:durableId="1468081694">
    <w:abstractNumId w:val="0"/>
  </w:num>
  <w:num w:numId="10" w16cid:durableId="1548567009">
    <w:abstractNumId w:val="9"/>
  </w:num>
  <w:num w:numId="11" w16cid:durableId="1855150418">
    <w:abstractNumId w:val="15"/>
  </w:num>
  <w:num w:numId="12" w16cid:durableId="299696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9376348">
    <w:abstractNumId w:val="12"/>
  </w:num>
  <w:num w:numId="14" w16cid:durableId="1207374877">
    <w:abstractNumId w:val="14"/>
  </w:num>
  <w:num w:numId="15" w16cid:durableId="1141458475">
    <w:abstractNumId w:val="11"/>
  </w:num>
  <w:num w:numId="16" w16cid:durableId="16704493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A01"/>
    <w:rsid w:val="0006063C"/>
    <w:rsid w:val="00077043"/>
    <w:rsid w:val="00091956"/>
    <w:rsid w:val="000A0180"/>
    <w:rsid w:val="000F1F39"/>
    <w:rsid w:val="001210B4"/>
    <w:rsid w:val="0015074B"/>
    <w:rsid w:val="001839BA"/>
    <w:rsid w:val="001C2198"/>
    <w:rsid w:val="001E6D5A"/>
    <w:rsid w:val="001F0683"/>
    <w:rsid w:val="00224A99"/>
    <w:rsid w:val="002258AC"/>
    <w:rsid w:val="002640E8"/>
    <w:rsid w:val="0029639D"/>
    <w:rsid w:val="00326F90"/>
    <w:rsid w:val="003628CD"/>
    <w:rsid w:val="003D4FB7"/>
    <w:rsid w:val="00407409"/>
    <w:rsid w:val="0041064B"/>
    <w:rsid w:val="0044797C"/>
    <w:rsid w:val="004B726D"/>
    <w:rsid w:val="004D57F4"/>
    <w:rsid w:val="005105A2"/>
    <w:rsid w:val="005143E8"/>
    <w:rsid w:val="00521628"/>
    <w:rsid w:val="0058212E"/>
    <w:rsid w:val="005A272A"/>
    <w:rsid w:val="00612384"/>
    <w:rsid w:val="0063616F"/>
    <w:rsid w:val="006667E5"/>
    <w:rsid w:val="006C2DC2"/>
    <w:rsid w:val="00735EDA"/>
    <w:rsid w:val="007E1DE5"/>
    <w:rsid w:val="0081676C"/>
    <w:rsid w:val="008A5E95"/>
    <w:rsid w:val="00973BAC"/>
    <w:rsid w:val="00976B8B"/>
    <w:rsid w:val="00A64400"/>
    <w:rsid w:val="00AA1D8D"/>
    <w:rsid w:val="00AC1286"/>
    <w:rsid w:val="00B47730"/>
    <w:rsid w:val="00B734AA"/>
    <w:rsid w:val="00BA4DD9"/>
    <w:rsid w:val="00BB499A"/>
    <w:rsid w:val="00BE192A"/>
    <w:rsid w:val="00C5174D"/>
    <w:rsid w:val="00C551F5"/>
    <w:rsid w:val="00C66032"/>
    <w:rsid w:val="00CB0664"/>
    <w:rsid w:val="00D054A7"/>
    <w:rsid w:val="00D105D4"/>
    <w:rsid w:val="00D547B4"/>
    <w:rsid w:val="00D64982"/>
    <w:rsid w:val="00D70D63"/>
    <w:rsid w:val="00D81D8B"/>
    <w:rsid w:val="00E316F3"/>
    <w:rsid w:val="00E41A6D"/>
    <w:rsid w:val="00ED629A"/>
    <w:rsid w:val="00F5150A"/>
    <w:rsid w:val="00F64836"/>
    <w:rsid w:val="00FB01ED"/>
    <w:rsid w:val="00FC4540"/>
    <w:rsid w:val="00FC53B4"/>
    <w:rsid w:val="00FC693F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0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588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7</cp:revision>
  <dcterms:created xsi:type="dcterms:W3CDTF">2026-06-18T14:37:00Z</dcterms:created>
  <dcterms:modified xsi:type="dcterms:W3CDTF">2026-07-21T12:09:00Z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