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realizowany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w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ramach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projektu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: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GreenTechEducation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– SGGW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dla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gospodarki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przyszłości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” nr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umowy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: FERS.01.05-IP.08-0330/23-00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ogólne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Przedmiot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2B4358A0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Nachylenie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specjalizacyjne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I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Kierunek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653B4C42" w:rsidR="4549D576" w:rsidRDefault="00D105D4" w:rsidP="4549D576">
            <w:proofErr w:type="spellStart"/>
            <w:r>
              <w:rPr>
                <w:rFonts w:ascii="Calibri" w:eastAsia="Calibri" w:hAnsi="Calibri" w:cs="Calibri"/>
              </w:rPr>
              <w:t>Gospodarka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Przestrzenna</w:t>
            </w:r>
            <w:proofErr w:type="spellEnd"/>
          </w:p>
        </w:tc>
      </w:tr>
      <w:tr w:rsidR="4549D576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Poziom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studiów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43E04C9D" w:rsidR="4549D576" w:rsidRDefault="4549D576" w:rsidP="4549D576">
            <w:r w:rsidRPr="00D105D4">
              <w:rPr>
                <w:rFonts w:ascii="Calibri" w:eastAsia="Calibri" w:hAnsi="Calibri" w:cs="Calibri"/>
              </w:rPr>
              <w:t xml:space="preserve">I </w:t>
            </w:r>
            <w:proofErr w:type="spellStart"/>
            <w:r w:rsidRPr="00D105D4">
              <w:rPr>
                <w:rFonts w:ascii="Calibri" w:eastAsia="Calibri" w:hAnsi="Calibri" w:cs="Calibri"/>
              </w:rPr>
              <w:t>stopnia</w:t>
            </w:r>
            <w:proofErr w:type="spellEnd"/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46B114EB" w:rsidR="4549D576" w:rsidRDefault="00224A99" w:rsidP="4549D576">
            <w:r>
              <w:t>6</w:t>
            </w:r>
          </w:p>
        </w:tc>
      </w:tr>
      <w:tr w:rsidR="4549D57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Jednostka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3DBACA85" w:rsidR="4549D576" w:rsidRPr="00D105D4" w:rsidRDefault="00D105D4" w:rsidP="4549D576">
            <w:r w:rsidRPr="00D105D4">
              <w:rPr>
                <w:rFonts w:ascii="Calibri" w:eastAsia="Calibri" w:hAnsi="Calibri" w:cs="Calibri"/>
              </w:rPr>
              <w:t xml:space="preserve">Instytut </w:t>
            </w:r>
            <w:proofErr w:type="spellStart"/>
            <w:r w:rsidRPr="00D105D4">
              <w:rPr>
                <w:rFonts w:ascii="Calibri" w:eastAsia="Calibri" w:hAnsi="Calibri" w:cs="Calibri"/>
              </w:rPr>
              <w:t>Inżynierii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Środowiska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, </w:t>
            </w:r>
            <w:r w:rsidRPr="00D105D4">
              <w:rPr>
                <w:rFonts w:ascii="Calibri" w:eastAsia="Calibri" w:hAnsi="Calibri" w:cs="Calibri"/>
              </w:rPr>
              <w:t xml:space="preserve">Katedra </w:t>
            </w:r>
            <w:proofErr w:type="spellStart"/>
            <w:r w:rsidRPr="00D105D4">
              <w:rPr>
                <w:rFonts w:ascii="Calibri" w:eastAsia="Calibri" w:hAnsi="Calibri" w:cs="Calibri"/>
              </w:rPr>
              <w:t>Architektury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Krajobrazu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4549D576">
              <w:rPr>
                <w:rFonts w:ascii="Calibri" w:eastAsia="Calibri" w:hAnsi="Calibri" w:cs="Calibri"/>
              </w:rPr>
              <w:t>łącznie</w:t>
            </w:r>
            <w:proofErr w:type="spellEnd"/>
            <w:r w:rsidRPr="4549D576"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7FEBC5F1" w:rsidR="4549D576" w:rsidRDefault="00224A99" w:rsidP="4549D576">
            <w:r>
              <w:rPr>
                <w:rFonts w:ascii="Calibri" w:eastAsia="Calibri" w:hAnsi="Calibri" w:cs="Calibri"/>
              </w:rPr>
              <w:t>6</w:t>
            </w:r>
            <w:r w:rsidR="00D105D4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54F0A57E" w:rsidR="4549D576" w:rsidRDefault="00FD54E6" w:rsidP="4549D576">
            <w:r>
              <w:t>4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75ACBB0D" w:rsidR="4549D576" w:rsidRDefault="00D105D4" w:rsidP="4549D576">
            <w:r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3FCA2BDC" w:rsidR="4549D576" w:rsidRDefault="00224A99" w:rsidP="4549D576">
            <w:r>
              <w:rPr>
                <w:rFonts w:ascii="Calibri" w:eastAsia="Calibri" w:hAnsi="Calibri" w:cs="Calibri"/>
              </w:rPr>
              <w:t>6</w:t>
            </w:r>
            <w:r w:rsidR="00D105D4"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359A4BA4" w:rsidR="4549D576" w:rsidRDefault="00224A99" w:rsidP="4549D576">
            <w:r>
              <w:t>6</w:t>
            </w:r>
          </w:p>
        </w:tc>
      </w:tr>
      <w:tr w:rsidR="4549D576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Koordynator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489BBBE" w:rsidR="4549D576" w:rsidRDefault="00D105D4" w:rsidP="4549D576">
            <w:r w:rsidRPr="00D105D4">
              <w:rPr>
                <w:rFonts w:ascii="Calibri" w:eastAsia="Calibri" w:hAnsi="Calibri" w:cs="Calibri"/>
              </w:rPr>
              <w:t xml:space="preserve">Agata Cieszewska </w:t>
            </w:r>
          </w:p>
        </w:tc>
      </w:tr>
    </w:tbl>
    <w:p w14:paraId="6B2CB23D" w14:textId="3B74215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Scenariusz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74EDDB05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105D4">
              <w:rPr>
                <w:rFonts w:ascii="Calibri" w:eastAsia="Calibri" w:hAnsi="Calibri" w:cs="Calibri"/>
              </w:rPr>
              <w:t>01</w:t>
            </w:r>
          </w:p>
        </w:tc>
      </w:tr>
      <w:tr w:rsidR="4549D576" w14:paraId="4D393EB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Temat </w:t>
            </w:r>
            <w:proofErr w:type="spellStart"/>
            <w:r w:rsidRPr="4549D576">
              <w:rPr>
                <w:rFonts w:ascii="Calibri" w:eastAsia="Calibri" w:hAnsi="Calibri" w:cs="Calibri"/>
              </w:rPr>
              <w:t>zajęć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5F4B4F4E" w:rsidR="4549D576" w:rsidRDefault="00224A99" w:rsidP="4549D576">
            <w:proofErr w:type="spellStart"/>
            <w:r w:rsidRPr="00224A99">
              <w:rPr>
                <w:rFonts w:ascii="Calibri" w:eastAsia="Calibri" w:hAnsi="Calibri" w:cs="Calibri"/>
              </w:rPr>
              <w:t>Zmiany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klimatu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jako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uwarunkowanie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rozwoju </w:t>
            </w:r>
            <w:proofErr w:type="spellStart"/>
            <w:r w:rsidRPr="00224A99">
              <w:rPr>
                <w:rFonts w:ascii="Calibri" w:eastAsia="Calibri" w:hAnsi="Calibri" w:cs="Calibri"/>
              </w:rPr>
              <w:t>przestrzennego</w:t>
            </w:r>
            <w:proofErr w:type="spellEnd"/>
          </w:p>
        </w:tc>
      </w:tr>
      <w:tr w:rsidR="4549D576" w14:paraId="339C660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Forma </w:t>
            </w:r>
            <w:proofErr w:type="spellStart"/>
            <w:r w:rsidRPr="4549D576">
              <w:rPr>
                <w:rFonts w:ascii="Calibri" w:eastAsia="Calibri" w:hAnsi="Calibri" w:cs="Calibri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18C25EF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Ćwiczenia</w:t>
            </w:r>
            <w:proofErr w:type="spellEnd"/>
          </w:p>
        </w:tc>
      </w:tr>
      <w:tr w:rsidR="4549D576" w14:paraId="79BFCE1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74F6F43A" w:rsidR="4549D576" w:rsidRDefault="00224A99" w:rsidP="4549D576">
            <w:r>
              <w:rPr>
                <w:rFonts w:ascii="Calibri" w:eastAsia="Calibri" w:hAnsi="Calibri" w:cs="Calibri"/>
              </w:rPr>
              <w:t>4</w:t>
            </w:r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105D4" w:rsidRPr="00D105D4">
              <w:rPr>
                <w:rFonts w:ascii="Calibri" w:eastAsia="Calibri" w:hAnsi="Calibri" w:cs="Calibri"/>
              </w:rPr>
              <w:t>jednostk</w:t>
            </w:r>
            <w:r>
              <w:rPr>
                <w:rFonts w:ascii="Calibri" w:eastAsia="Calibri" w:hAnsi="Calibri" w:cs="Calibri"/>
              </w:rPr>
              <w:t>i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po 45 </w:t>
            </w:r>
            <w:proofErr w:type="spellStart"/>
            <w:r w:rsidR="4549D576" w:rsidRPr="00D105D4">
              <w:rPr>
                <w:rFonts w:ascii="Calibri" w:eastAsia="Calibri" w:hAnsi="Calibri" w:cs="Calibri"/>
              </w:rPr>
              <w:t>minut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14:paraId="109788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 </w:t>
            </w:r>
            <w:proofErr w:type="spellStart"/>
            <w:r w:rsidRPr="4549D576">
              <w:rPr>
                <w:rFonts w:ascii="Calibri" w:eastAsia="Calibri" w:hAnsi="Calibri" w:cs="Calibri"/>
              </w:rPr>
              <w:t>główny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4C94EF21" w:rsidR="00D105D4" w:rsidRDefault="00224A99" w:rsidP="4549D576">
            <w:proofErr w:type="spellStart"/>
            <w:r>
              <w:rPr>
                <w:rFonts w:ascii="Calibri" w:eastAsia="Calibri" w:hAnsi="Calibri" w:cs="Calibri"/>
              </w:rPr>
              <w:t>W</w:t>
            </w:r>
            <w:r w:rsidRPr="00224A99">
              <w:rPr>
                <w:rFonts w:ascii="Calibri" w:eastAsia="Calibri" w:hAnsi="Calibri" w:cs="Calibri"/>
              </w:rPr>
              <w:t>prowadzenie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studentów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224A99">
              <w:rPr>
                <w:rFonts w:ascii="Calibri" w:eastAsia="Calibri" w:hAnsi="Calibri" w:cs="Calibri"/>
              </w:rPr>
              <w:t>problematykę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diagnozy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przestrzennej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prowadzonej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224A99">
              <w:rPr>
                <w:rFonts w:ascii="Calibri" w:eastAsia="Calibri" w:hAnsi="Calibri" w:cs="Calibri"/>
              </w:rPr>
              <w:t>kontekście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adaptacji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224A99">
              <w:rPr>
                <w:rFonts w:ascii="Calibri" w:eastAsia="Calibri" w:hAnsi="Calibri" w:cs="Calibri"/>
              </w:rPr>
              <w:t>zmian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klimatu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oraz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wskazanie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zależności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między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zagospodarowaniem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terenu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224A99">
              <w:rPr>
                <w:rFonts w:ascii="Calibri" w:eastAsia="Calibri" w:hAnsi="Calibri" w:cs="Calibri"/>
              </w:rPr>
              <w:t>ryzykami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klimatycznymi</w:t>
            </w:r>
            <w:proofErr w:type="spellEnd"/>
          </w:p>
        </w:tc>
      </w:tr>
      <w:tr w:rsidR="4549D576" w14:paraId="452D20E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Cele </w:t>
            </w:r>
            <w:proofErr w:type="spellStart"/>
            <w:r w:rsidRPr="4549D576">
              <w:rPr>
                <w:rFonts w:ascii="Calibri" w:eastAsia="Calibri" w:hAnsi="Calibri" w:cs="Calibri"/>
              </w:rPr>
              <w:t>szczegółowe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modułu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48A053" w14:textId="77777777" w:rsidR="00ED629A" w:rsidRPr="00ED629A" w:rsidRDefault="00ED629A" w:rsidP="00ED629A">
            <w:pPr>
              <w:rPr>
                <w:rFonts w:ascii="Calibri" w:eastAsia="Calibri" w:hAnsi="Calibri" w:cs="Calibri"/>
              </w:rPr>
            </w:pPr>
            <w:r w:rsidRPr="00ED629A">
              <w:rPr>
                <w:rFonts w:ascii="Calibri" w:eastAsia="Calibri" w:hAnsi="Calibri" w:cs="Calibri"/>
              </w:rPr>
              <w:t>Student:</w:t>
            </w:r>
          </w:p>
          <w:p w14:paraId="2104F18E" w14:textId="77777777" w:rsidR="4549D576" w:rsidRDefault="00224A99" w:rsidP="008A5E95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224A99">
              <w:rPr>
                <w:rFonts w:ascii="Calibri" w:eastAsia="Calibri" w:hAnsi="Calibri" w:cs="Calibri"/>
              </w:rPr>
              <w:t>rozumie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znaczenie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diagnozy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przestrzennej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jako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podstawy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formułowania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kierunków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rozwoju i </w:t>
            </w:r>
            <w:proofErr w:type="spellStart"/>
            <w:r w:rsidRPr="00224A99">
              <w:rPr>
                <w:rFonts w:ascii="Calibri" w:eastAsia="Calibri" w:hAnsi="Calibri" w:cs="Calibri"/>
              </w:rPr>
              <w:t>działań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adaptacyjnych</w:t>
            </w:r>
            <w:proofErr w:type="spellEnd"/>
          </w:p>
          <w:p w14:paraId="270269CA" w14:textId="2CF80E15" w:rsidR="00224A99" w:rsidRPr="00ED629A" w:rsidRDefault="00224A99" w:rsidP="008A5E95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224A99">
              <w:rPr>
                <w:rFonts w:ascii="Calibri" w:eastAsia="Calibri" w:hAnsi="Calibri" w:cs="Calibri"/>
              </w:rPr>
              <w:t>potrafi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wskazać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wybrane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zagrożenia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klimatyczne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istotne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dla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analizowanego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obszaru</w:t>
            </w:r>
            <w:proofErr w:type="spellEnd"/>
            <w:r w:rsidRPr="00224A99">
              <w:rPr>
                <w:rFonts w:ascii="Calibri" w:eastAsia="Calibri" w:hAnsi="Calibri" w:cs="Calibri"/>
              </w:rPr>
              <w:t>;</w:t>
            </w:r>
          </w:p>
        </w:tc>
      </w:tr>
      <w:tr w:rsidR="4549D576" w14:paraId="3E5F231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lastRenderedPageBreak/>
              <w:t>Wymagania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techniczne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7D7BC4F6" w:rsidR="4549D576" w:rsidRPr="00ED629A" w:rsidRDefault="00ED629A" w:rsidP="4549D576">
            <w:r w:rsidRPr="00ED629A">
              <w:rPr>
                <w:rFonts w:ascii="Calibri" w:eastAsia="Calibri" w:hAnsi="Calibri" w:cs="Calibri"/>
              </w:rPr>
              <w:t xml:space="preserve">Sala </w:t>
            </w:r>
            <w:proofErr w:type="spellStart"/>
            <w:r w:rsidR="00224A99">
              <w:rPr>
                <w:rFonts w:ascii="Calibri" w:eastAsia="Calibri" w:hAnsi="Calibri" w:cs="Calibri"/>
              </w:rPr>
              <w:t>komputerowa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ED629A">
              <w:rPr>
                <w:rFonts w:ascii="Calibri" w:eastAsia="Calibri" w:hAnsi="Calibri" w:cs="Calibri"/>
              </w:rPr>
              <w:t>możliwością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pracy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indywidualnej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s</w:t>
            </w:r>
            <w:r w:rsidR="00184284">
              <w:rPr>
                <w:rFonts w:ascii="Calibri" w:eastAsia="Calibri" w:hAnsi="Calibri" w:cs="Calibri"/>
              </w:rPr>
              <w:t>t</w:t>
            </w:r>
            <w:r w:rsidR="00224A99">
              <w:rPr>
                <w:rFonts w:ascii="Calibri" w:eastAsia="Calibri" w:hAnsi="Calibri" w:cs="Calibri"/>
              </w:rPr>
              <w:t>udentów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na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224A99">
              <w:rPr>
                <w:rFonts w:ascii="Calibri" w:eastAsia="Calibri" w:hAnsi="Calibri" w:cs="Calibri"/>
              </w:rPr>
              <w:t>komputerach</w:t>
            </w:r>
            <w:proofErr w:type="spellEnd"/>
            <w:r w:rsid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D629A">
              <w:rPr>
                <w:rFonts w:ascii="Calibri" w:eastAsia="Calibri" w:hAnsi="Calibri" w:cs="Calibri"/>
              </w:rPr>
              <w:t>rzutnik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lub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ekran</w:t>
            </w:r>
            <w:proofErr w:type="spellEnd"/>
          </w:p>
        </w:tc>
      </w:tr>
      <w:tr w:rsidR="4549D576" w14:paraId="4430045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Czynności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4549D57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3B383692" w:rsidR="00ED629A" w:rsidRDefault="00224A99" w:rsidP="4549D576">
            <w:proofErr w:type="spellStart"/>
            <w:r>
              <w:rPr>
                <w:rFonts w:ascii="Calibri" w:eastAsia="Calibri" w:hAnsi="Calibri" w:cs="Calibri"/>
              </w:rPr>
              <w:t>Wybranie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obszaru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opracowania</w:t>
            </w:r>
            <w:proofErr w:type="spellEnd"/>
          </w:p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09B972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3D589880" w:rsidR="4549D576" w:rsidRPr="006C2DC2" w:rsidRDefault="00224A99" w:rsidP="4549D576">
            <w:proofErr w:type="spellStart"/>
            <w:r w:rsidRPr="00224A99">
              <w:rPr>
                <w:rFonts w:ascii="Calibri" w:eastAsia="Calibri" w:hAnsi="Calibri" w:cs="Calibri"/>
              </w:rPr>
              <w:t>Podstawowe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pojęcia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224A99">
              <w:rPr>
                <w:rFonts w:ascii="Calibri" w:eastAsia="Calibri" w:hAnsi="Calibri" w:cs="Calibri"/>
              </w:rPr>
              <w:t>ryzyka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klimatyczne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224A99">
              <w:rPr>
                <w:rFonts w:ascii="Calibri" w:eastAsia="Calibri" w:hAnsi="Calibri" w:cs="Calibri"/>
              </w:rPr>
              <w:t>gospodarce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przestrzennej</w:t>
            </w:r>
            <w:proofErr w:type="spellEnd"/>
          </w:p>
        </w:tc>
      </w:tr>
      <w:tr w:rsidR="4549D576" w14:paraId="16784BF6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1EEA5849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6C2DC2" w:rsidRPr="006C2DC2">
              <w:rPr>
                <w:rFonts w:ascii="Calibri" w:eastAsia="Calibri" w:hAnsi="Calibri" w:cs="Calibri"/>
              </w:rPr>
              <w:t>45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545F9491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3D981E" w14:textId="1F94A281" w:rsidR="00224A99" w:rsidRDefault="00224A99" w:rsidP="006C2DC2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224A99">
              <w:rPr>
                <w:rFonts w:ascii="Calibri" w:eastAsia="Calibri" w:hAnsi="Calibri" w:cs="Calibri"/>
              </w:rPr>
              <w:t>Wprowadzenie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224A99">
              <w:rPr>
                <w:rFonts w:ascii="Calibri" w:eastAsia="Calibri" w:hAnsi="Calibri" w:cs="Calibri"/>
              </w:rPr>
              <w:t>pojęć</w:t>
            </w:r>
            <w:proofErr w:type="spellEnd"/>
            <w:r>
              <w:rPr>
                <w:rFonts w:ascii="Calibri" w:eastAsia="Calibri" w:hAnsi="Calibri" w:cs="Calibri"/>
              </w:rPr>
              <w:t xml:space="preserve"> z </w:t>
            </w:r>
            <w:proofErr w:type="spellStart"/>
            <w:r>
              <w:rPr>
                <w:rFonts w:ascii="Calibri" w:eastAsia="Calibri" w:hAnsi="Calibri" w:cs="Calibri"/>
              </w:rPr>
              <w:t>wykorzystaniem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aktualnych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przykładów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znanych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studentom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224A99">
              <w:rPr>
                <w:rFonts w:ascii="Calibri" w:eastAsia="Calibri" w:hAnsi="Calibri" w:cs="Calibri"/>
              </w:rPr>
              <w:t>zmiana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klimatu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224A99">
              <w:rPr>
                <w:rFonts w:ascii="Calibri" w:eastAsia="Calibri" w:hAnsi="Calibri" w:cs="Calibri"/>
              </w:rPr>
              <w:t>adaptacja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224A99">
              <w:rPr>
                <w:rFonts w:ascii="Calibri" w:eastAsia="Calibri" w:hAnsi="Calibri" w:cs="Calibri"/>
              </w:rPr>
              <w:t>mitygacja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224A99">
              <w:rPr>
                <w:rFonts w:ascii="Calibri" w:eastAsia="Calibri" w:hAnsi="Calibri" w:cs="Calibri"/>
              </w:rPr>
              <w:t>podatność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224A99">
              <w:rPr>
                <w:rFonts w:ascii="Calibri" w:eastAsia="Calibri" w:hAnsi="Calibri" w:cs="Calibri"/>
              </w:rPr>
              <w:t>ekspozycja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224A99">
              <w:rPr>
                <w:rFonts w:ascii="Calibri" w:eastAsia="Calibri" w:hAnsi="Calibri" w:cs="Calibri"/>
              </w:rPr>
              <w:t>wrażliwość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224A99">
              <w:rPr>
                <w:rFonts w:ascii="Calibri" w:eastAsia="Calibri" w:hAnsi="Calibri" w:cs="Calibri"/>
              </w:rPr>
              <w:t>ryzyko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klimatyczne</w:t>
            </w:r>
            <w:proofErr w:type="spellEnd"/>
            <w:r w:rsidRPr="00224A99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304AA3BC" w14:textId="591DA89F" w:rsidR="00ED629A" w:rsidRDefault="00224A99" w:rsidP="00FC53B4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224A99">
              <w:rPr>
                <w:rFonts w:ascii="Calibri" w:eastAsia="Calibri" w:hAnsi="Calibri" w:cs="Calibri"/>
              </w:rPr>
              <w:t>Omówienie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przykładów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zagrożeń</w:t>
            </w:r>
            <w:proofErr w:type="spellEnd"/>
            <w:r w:rsidR="0018428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184284">
              <w:rPr>
                <w:rFonts w:ascii="Calibri" w:eastAsia="Calibri" w:hAnsi="Calibri" w:cs="Calibri"/>
              </w:rPr>
              <w:t>na</w:t>
            </w:r>
            <w:proofErr w:type="spellEnd"/>
            <w:r w:rsidR="0018428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184284">
              <w:rPr>
                <w:rFonts w:ascii="Calibri" w:eastAsia="Calibri" w:hAnsi="Calibri" w:cs="Calibri"/>
              </w:rPr>
              <w:t>aktualnych</w:t>
            </w:r>
            <w:proofErr w:type="spellEnd"/>
            <w:r w:rsidR="0018428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184284">
              <w:rPr>
                <w:rFonts w:ascii="Calibri" w:eastAsia="Calibri" w:hAnsi="Calibri" w:cs="Calibri"/>
              </w:rPr>
              <w:t>przykładach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: </w:t>
            </w:r>
            <w:r>
              <w:rPr>
                <w:rFonts w:ascii="Calibri" w:eastAsia="Calibri" w:hAnsi="Calibri" w:cs="Calibri"/>
              </w:rPr>
              <w:t xml:space="preserve">m.in. </w:t>
            </w:r>
            <w:proofErr w:type="spellStart"/>
            <w:r w:rsidRPr="00224A99">
              <w:rPr>
                <w:rFonts w:ascii="Calibri" w:eastAsia="Calibri" w:hAnsi="Calibri" w:cs="Calibri"/>
              </w:rPr>
              <w:t>fale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upałów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224A99">
              <w:rPr>
                <w:rFonts w:ascii="Calibri" w:eastAsia="Calibri" w:hAnsi="Calibri" w:cs="Calibri"/>
              </w:rPr>
              <w:t>miejska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wyspa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ciepła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224A99">
              <w:rPr>
                <w:rFonts w:ascii="Calibri" w:eastAsia="Calibri" w:hAnsi="Calibri" w:cs="Calibri"/>
              </w:rPr>
              <w:t>susza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224A99">
              <w:rPr>
                <w:rFonts w:ascii="Calibri" w:eastAsia="Calibri" w:hAnsi="Calibri" w:cs="Calibri"/>
              </w:rPr>
              <w:t>deszcze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nawalne</w:t>
            </w:r>
            <w:proofErr w:type="spellEnd"/>
          </w:p>
          <w:p w14:paraId="01FB0F28" w14:textId="1B913F6C" w:rsidR="00224A99" w:rsidRPr="00FC53B4" w:rsidRDefault="00224A99" w:rsidP="00FC53B4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224A99">
              <w:rPr>
                <w:rFonts w:ascii="Calibri" w:eastAsia="Calibri" w:hAnsi="Calibri" w:cs="Calibri"/>
              </w:rPr>
              <w:t>Wskazanie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związku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między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diagnozą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przestrzenną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224A99">
              <w:rPr>
                <w:rFonts w:ascii="Calibri" w:eastAsia="Calibri" w:hAnsi="Calibri" w:cs="Calibri"/>
              </w:rPr>
              <w:t>kierunkami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224A99">
              <w:rPr>
                <w:rFonts w:ascii="Calibri" w:eastAsia="Calibri" w:hAnsi="Calibri" w:cs="Calibri"/>
              </w:rPr>
              <w:t>dalszego</w:t>
            </w:r>
            <w:proofErr w:type="spellEnd"/>
            <w:r w:rsidRPr="00224A99">
              <w:rPr>
                <w:rFonts w:ascii="Calibri" w:eastAsia="Calibri" w:hAnsi="Calibri" w:cs="Calibri"/>
              </w:rPr>
              <w:t xml:space="preserve"> rozwoju </w:t>
            </w:r>
            <w:proofErr w:type="spellStart"/>
            <w:r w:rsidRPr="00224A99">
              <w:rPr>
                <w:rFonts w:ascii="Calibri" w:eastAsia="Calibri" w:hAnsi="Calibri" w:cs="Calibri"/>
              </w:rPr>
              <w:t>obszaru</w:t>
            </w:r>
            <w:proofErr w:type="spellEnd"/>
            <w:r w:rsidRPr="00224A99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43106A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06473ACE" w:rsidR="4549D576" w:rsidRPr="00184284" w:rsidRDefault="00224A99" w:rsidP="4549D576">
            <w:pPr>
              <w:rPr>
                <w:rFonts w:ascii="Calibri" w:eastAsia="Calibri" w:hAnsi="Calibri" w:cs="Calibri"/>
              </w:rPr>
            </w:pPr>
            <w:proofErr w:type="spellStart"/>
            <w:r w:rsidRPr="00184284">
              <w:rPr>
                <w:rFonts w:ascii="Calibri" w:eastAsia="Calibri" w:hAnsi="Calibri" w:cs="Calibri"/>
              </w:rPr>
              <w:t>Wstępna</w:t>
            </w:r>
            <w:proofErr w:type="spellEnd"/>
            <w:r w:rsidRPr="0018428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84284">
              <w:rPr>
                <w:rFonts w:ascii="Calibri" w:eastAsia="Calibri" w:hAnsi="Calibri" w:cs="Calibri"/>
              </w:rPr>
              <w:t>identyfikacja</w:t>
            </w:r>
            <w:proofErr w:type="spellEnd"/>
            <w:r w:rsidRPr="0018428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84284">
              <w:rPr>
                <w:rFonts w:ascii="Calibri" w:eastAsia="Calibri" w:hAnsi="Calibri" w:cs="Calibri"/>
              </w:rPr>
              <w:t>zagrożeń</w:t>
            </w:r>
            <w:proofErr w:type="spellEnd"/>
            <w:r w:rsidRPr="0018428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84284">
              <w:rPr>
                <w:rFonts w:ascii="Calibri" w:eastAsia="Calibri" w:hAnsi="Calibri" w:cs="Calibri"/>
              </w:rPr>
              <w:t>klimatycznych</w:t>
            </w:r>
            <w:proofErr w:type="spellEnd"/>
            <w:r w:rsidRPr="0018428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84284">
              <w:rPr>
                <w:rFonts w:ascii="Calibri" w:eastAsia="Calibri" w:hAnsi="Calibri" w:cs="Calibri"/>
              </w:rPr>
              <w:t>dla</w:t>
            </w:r>
            <w:proofErr w:type="spellEnd"/>
            <w:r w:rsidRPr="0018428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84284">
              <w:rPr>
                <w:rFonts w:ascii="Calibri" w:eastAsia="Calibri" w:hAnsi="Calibri" w:cs="Calibri"/>
              </w:rPr>
              <w:t>analizowanego</w:t>
            </w:r>
            <w:proofErr w:type="spellEnd"/>
            <w:r w:rsidRPr="0018428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184284">
              <w:rPr>
                <w:rFonts w:ascii="Calibri" w:eastAsia="Calibri" w:hAnsi="Calibri" w:cs="Calibri"/>
              </w:rPr>
              <w:t>obszaru</w:t>
            </w:r>
            <w:proofErr w:type="spellEnd"/>
          </w:p>
        </w:tc>
      </w:tr>
      <w:tr w:rsidR="4549D576" w14:paraId="531E2933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015EE8DF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224A99">
              <w:rPr>
                <w:rFonts w:ascii="Calibri" w:eastAsia="Calibri" w:hAnsi="Calibri" w:cs="Calibri"/>
              </w:rPr>
              <w:t>90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4184316D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4488A" w14:textId="21330710" w:rsidR="00224A99" w:rsidRPr="00224A99" w:rsidRDefault="00224A99" w:rsidP="00224A99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224A99">
              <w:rPr>
                <w:rFonts w:ascii="Calibri" w:eastAsia="Calibri" w:hAnsi="Calibri" w:cs="Calibri"/>
                <w:lang w:val="pl-PL"/>
              </w:rPr>
              <w:t xml:space="preserve">Praca </w:t>
            </w:r>
            <w:r>
              <w:rPr>
                <w:rFonts w:ascii="Calibri" w:eastAsia="Calibri" w:hAnsi="Calibri" w:cs="Calibri"/>
                <w:lang w:val="pl-PL"/>
              </w:rPr>
              <w:t xml:space="preserve">własna studentów </w:t>
            </w:r>
            <w:r w:rsidRPr="00224A99">
              <w:rPr>
                <w:rFonts w:ascii="Calibri" w:eastAsia="Calibri" w:hAnsi="Calibri" w:cs="Calibri"/>
                <w:lang w:val="pl-PL"/>
              </w:rPr>
              <w:t>z mapą analizowanego obszaru.</w:t>
            </w:r>
          </w:p>
          <w:p w14:paraId="2AB0219F" w14:textId="4E95E4EB" w:rsidR="00224A99" w:rsidRDefault="00224A99" w:rsidP="00224A99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224A99">
              <w:rPr>
                <w:rFonts w:ascii="Calibri" w:eastAsia="Calibri" w:hAnsi="Calibri" w:cs="Calibri"/>
                <w:lang w:val="pl-PL"/>
              </w:rPr>
              <w:t xml:space="preserve">Wskazanie elementów mogących zwiększać podatność terenu </w:t>
            </w:r>
            <w:r w:rsidR="00184284">
              <w:rPr>
                <w:rFonts w:ascii="Calibri" w:eastAsia="Calibri" w:hAnsi="Calibri" w:cs="Calibri"/>
                <w:lang w:val="pl-PL"/>
              </w:rPr>
              <w:t xml:space="preserve">w przyszłości </w:t>
            </w:r>
            <w:r w:rsidRPr="00224A99">
              <w:rPr>
                <w:rFonts w:ascii="Calibri" w:eastAsia="Calibri" w:hAnsi="Calibri" w:cs="Calibri"/>
                <w:lang w:val="pl-PL"/>
              </w:rPr>
              <w:t>na skutki zmian klimatu</w:t>
            </w:r>
            <w:r>
              <w:rPr>
                <w:rFonts w:ascii="Calibri" w:eastAsia="Calibri" w:hAnsi="Calibri" w:cs="Calibri"/>
                <w:lang w:val="pl-PL"/>
              </w:rPr>
              <w:t>.</w:t>
            </w:r>
          </w:p>
          <w:p w14:paraId="6EBEC698" w14:textId="27D59C9F" w:rsidR="00224A99" w:rsidRDefault="00224A99" w:rsidP="00224A99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224A99">
              <w:rPr>
                <w:rFonts w:ascii="Calibri" w:eastAsia="Calibri" w:hAnsi="Calibri" w:cs="Calibri"/>
                <w:lang w:val="pl-PL"/>
              </w:rPr>
              <w:t>Wstępne wskazanie uwarunkowań przestrzennych istotnych dla dalszej diagnozy i formułowania kierunków działań adaptacyjnych.</w:t>
            </w:r>
          </w:p>
          <w:p w14:paraId="71F5D736" w14:textId="45C82E6A" w:rsidR="4549D576" w:rsidRPr="00224A99" w:rsidRDefault="00224A99" w:rsidP="00224A99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  <w:lang w:val="pl-PL"/>
              </w:rPr>
            </w:pPr>
            <w:r w:rsidRPr="00224A99">
              <w:rPr>
                <w:rFonts w:ascii="Calibri" w:eastAsia="Calibri" w:hAnsi="Calibri" w:cs="Calibri"/>
                <w:lang w:val="pl-PL"/>
              </w:rPr>
              <w:t>Opracowanie krótkiej notatki: „najważniejsze zagrożenia klimatyczne dla analizowanego obszaru”.</w:t>
            </w:r>
          </w:p>
        </w:tc>
      </w:tr>
      <w:tr w:rsidR="00ED629A" w14:paraId="33536DA2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7B5D2C" w14:textId="793E5FC6" w:rsidR="00ED629A" w:rsidRPr="4549D576" w:rsidRDefault="00ED629A" w:rsidP="00ED629A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246D0" w14:textId="73613702" w:rsidR="00ED629A" w:rsidRPr="006C2DC2" w:rsidRDefault="00ED629A" w:rsidP="00ED629A">
            <w:pPr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Podsumowanie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wyników</w:t>
            </w:r>
            <w:proofErr w:type="spellEnd"/>
          </w:p>
        </w:tc>
      </w:tr>
      <w:tr w:rsidR="00ED629A" w14:paraId="7CE7D4FF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A1B20D" w14:textId="24673C89" w:rsidR="00ED629A" w:rsidRPr="4549D576" w:rsidRDefault="00ED629A" w:rsidP="00ED629A">
            <w:pPr>
              <w:rPr>
                <w:rFonts w:ascii="Calibri" w:eastAsia="Calibri" w:hAnsi="Calibri" w:cs="Calibri"/>
              </w:rPr>
            </w:pPr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385A2A" w14:textId="7097054B" w:rsidR="00ED629A" w:rsidRPr="006C2DC2" w:rsidRDefault="00ED629A" w:rsidP="00ED629A">
            <w:pPr>
              <w:rPr>
                <w:rFonts w:ascii="Calibri" w:eastAsia="Calibri" w:hAnsi="Calibri" w:cs="Calibri"/>
              </w:rPr>
            </w:pPr>
            <w:r w:rsidRPr="006C2DC2">
              <w:rPr>
                <w:rFonts w:ascii="Calibri" w:eastAsia="Calibri" w:hAnsi="Calibri" w:cs="Calibri"/>
              </w:rPr>
              <w:t xml:space="preserve">45 </w:t>
            </w:r>
            <w:proofErr w:type="spellStart"/>
            <w:r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00ED629A" w14:paraId="0007F128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E32F60" w14:textId="6DFC7FAF" w:rsidR="00ED629A" w:rsidRPr="4549D576" w:rsidRDefault="00ED629A" w:rsidP="00ED629A">
            <w:pPr>
              <w:rPr>
                <w:rFonts w:ascii="Calibri" w:eastAsia="Calibri" w:hAnsi="Calibri" w:cs="Calibri"/>
              </w:rPr>
            </w:pPr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157464" w14:textId="541F0C39" w:rsidR="00224A99" w:rsidRDefault="00224A99" w:rsidP="006C2DC2">
            <w:pPr>
              <w:numPr>
                <w:ilvl w:val="0"/>
                <w:numId w:val="14"/>
              </w:numPr>
              <w:ind w:left="314" w:hanging="283"/>
              <w:rPr>
                <w:rFonts w:ascii="Calibri" w:eastAsia="Calibri" w:hAnsi="Calibri" w:cs="Calibri"/>
              </w:rPr>
            </w:pPr>
            <w:r w:rsidRPr="00224A99">
              <w:rPr>
                <w:rFonts w:ascii="Calibri" w:eastAsia="Calibri" w:hAnsi="Calibri" w:cs="Calibri"/>
                <w:lang w:val="pl-PL"/>
              </w:rPr>
              <w:t>Omówienie wyników na forum grupy.</w:t>
            </w:r>
          </w:p>
          <w:p w14:paraId="5344D3CE" w14:textId="346C4420" w:rsidR="00BB499A" w:rsidRPr="00BB499A" w:rsidRDefault="00BB499A" w:rsidP="006C2DC2">
            <w:pPr>
              <w:numPr>
                <w:ilvl w:val="0"/>
                <w:numId w:val="14"/>
              </w:numPr>
              <w:ind w:left="314" w:hanging="283"/>
              <w:rPr>
                <w:rFonts w:eastAsiaTheme="minorHAnsi"/>
              </w:rPr>
            </w:pPr>
            <w:proofErr w:type="spellStart"/>
            <w:r w:rsidRPr="00BB499A">
              <w:rPr>
                <w:rFonts w:ascii="Calibri" w:eastAsia="Calibri" w:hAnsi="Calibri" w:cs="Calibri"/>
              </w:rPr>
              <w:t>Wspólne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wskazanie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zagadnień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BB499A">
              <w:rPr>
                <w:rFonts w:ascii="Calibri" w:eastAsia="Calibri" w:hAnsi="Calibri" w:cs="Calibri"/>
              </w:rPr>
              <w:t>które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powinny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zostać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pogłębione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BB499A">
              <w:rPr>
                <w:rFonts w:ascii="Calibri" w:eastAsia="Calibri" w:hAnsi="Calibri" w:cs="Calibri"/>
              </w:rPr>
              <w:t>dalszej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diagnozie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przestrzennej</w:t>
            </w:r>
            <w:proofErr w:type="spellEnd"/>
            <w:r w:rsidRPr="00BB499A">
              <w:rPr>
                <w:rFonts w:ascii="Calibri" w:eastAsia="Calibri" w:hAnsi="Calibri" w:cs="Calibri"/>
              </w:rPr>
              <w:t>.</w:t>
            </w:r>
          </w:p>
          <w:p w14:paraId="7A9D4FB6" w14:textId="677BEF19" w:rsidR="00ED629A" w:rsidRPr="006C2DC2" w:rsidRDefault="006C2DC2" w:rsidP="006C2DC2">
            <w:pPr>
              <w:numPr>
                <w:ilvl w:val="0"/>
                <w:numId w:val="14"/>
              </w:numPr>
              <w:ind w:left="314" w:hanging="283"/>
              <w:rPr>
                <w:rFonts w:eastAsiaTheme="minorHAns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Podsumowanie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zajęć</w:t>
            </w:r>
            <w:proofErr w:type="spellEnd"/>
            <w:r w:rsidR="00184284">
              <w:rPr>
                <w:rFonts w:ascii="Calibri" w:eastAsia="Calibri" w:hAnsi="Calibri" w:cs="Calibri"/>
              </w:rPr>
              <w:t>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Metody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6"/>
        <w:gridCol w:w="5084"/>
      </w:tblGrid>
      <w:tr w:rsidR="4549D576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Wykorzystane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metody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0DC26D2F" w:rsidR="4549D576" w:rsidRDefault="006C2DC2" w:rsidP="4549D576">
            <w:r w:rsidRPr="006C2DC2">
              <w:rPr>
                <w:rFonts w:ascii="Calibri" w:eastAsia="Calibri" w:hAnsi="Calibri" w:cs="Calibri"/>
              </w:rPr>
              <w:t xml:space="preserve">Dyskusja, </w:t>
            </w:r>
            <w:proofErr w:type="spellStart"/>
            <w:r w:rsidRPr="006C2DC2">
              <w:rPr>
                <w:rFonts w:ascii="Calibri" w:eastAsia="Calibri" w:hAnsi="Calibri" w:cs="Calibri"/>
              </w:rPr>
              <w:t>burza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mózgów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r w:rsidR="00BB499A" w:rsidRPr="00BB499A">
              <w:rPr>
                <w:rFonts w:ascii="Calibri" w:eastAsia="Calibri" w:hAnsi="Calibri" w:cs="Calibri"/>
              </w:rPr>
              <w:t xml:space="preserve">studium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przypadku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analiza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map,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metoda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problemowa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wnioskowanie</w:t>
            </w:r>
            <w:proofErr w:type="spellEnd"/>
          </w:p>
        </w:tc>
      </w:tr>
      <w:tr w:rsidR="4549D576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lastRenderedPageBreak/>
              <w:t>Narzędzia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7757DA3F" w:rsidR="4549D576" w:rsidRPr="006C2DC2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mapy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internetowe</w:t>
            </w:r>
            <w:proofErr w:type="spellEnd"/>
            <w:r w:rsidR="00BB499A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ortofotomapa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>, geoportal</w:t>
            </w:r>
          </w:p>
        </w:tc>
      </w:tr>
      <w:tr w:rsidR="4549D576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Formy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7BECFBD6" w:rsidR="4549D576" w:rsidRPr="006C2DC2" w:rsidRDefault="00184284" w:rsidP="4549D576">
            <w:r w:rsidRPr="006C2DC2">
              <w:rPr>
                <w:rFonts w:ascii="Calibri" w:eastAsia="Calibri" w:hAnsi="Calibri" w:cs="Calibri"/>
              </w:rPr>
              <w:t>Parka</w:t>
            </w:r>
            <w:r w:rsidR="006C2DC2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indywidualna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BB499A">
              <w:rPr>
                <w:rFonts w:ascii="Calibri" w:eastAsia="Calibri" w:hAnsi="Calibri" w:cs="Calibri"/>
              </w:rPr>
              <w:t>praca</w:t>
            </w:r>
            <w:proofErr w:type="spellEnd"/>
            <w:r w:rsid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>
              <w:rPr>
                <w:rFonts w:ascii="Calibri" w:eastAsia="Calibri" w:hAnsi="Calibri" w:cs="Calibri"/>
              </w:rPr>
              <w:t>grupowa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dyskusja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grupowa</w:t>
            </w:r>
            <w:proofErr w:type="spellEnd"/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Literatura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AE0BC" w14:textId="6C2C739F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 xml:space="preserve">Bohdanowicz Z. i inni, 2024, Klimatyczne ABC, Wydawnictwa Uniwersytetu Warszawskiego, https://klimatyczneabc.uw.edu.pl/ </w:t>
            </w:r>
          </w:p>
          <w:p w14:paraId="475DB686" w14:textId="5E3625DC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Cieszewska A., Dudek-Klimiuk J., (red.) (2024). Adaptacja osiedla mieszkaniowego do zmiany klimatu: część 1. Vademecum mieszkańca, część 2. Katalog rozwiązań. Warszawa: Wydawnictwo SGGW</w:t>
            </w:r>
          </w:p>
          <w:p w14:paraId="2FDA79CE" w14:textId="560F6906" w:rsidR="00BB499A" w:rsidRDefault="00BB499A" w:rsidP="4549D576">
            <w:pPr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proofErr w:type="spellStart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Kassenberg</w:t>
            </w:r>
            <w:proofErr w:type="spellEnd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 xml:space="preserve"> A. Poradnik adaptacji miasta do zmiany klimatu, </w:t>
            </w:r>
            <w:proofErr w:type="spellStart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Adaptcity</w:t>
            </w:r>
            <w:proofErr w:type="spellEnd"/>
            <w:r w:rsidRPr="00BB499A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, Warszawa 2019, https://www.pine.org.pl/wp-content/uploads/2019/07/poradnik_adaptcity.pdf</w:t>
            </w:r>
          </w:p>
          <w:p w14:paraId="1C90C527" w14:textId="4CFE47F2" w:rsidR="00FC53B4" w:rsidRPr="00FC53B4" w:rsidRDefault="00FC53B4" w:rsidP="4549D5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Geoportal.pl</w:t>
            </w:r>
          </w:p>
        </w:tc>
      </w:tr>
      <w:tr w:rsidR="4549D57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Uwagi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07DA5200" w:rsidR="4549D576" w:rsidRPr="006C2DC2" w:rsidRDefault="00BB499A" w:rsidP="4549D576">
            <w:pPr>
              <w:rPr>
                <w:rFonts w:ascii="Calibri" w:eastAsia="Calibri" w:hAnsi="Calibri" w:cs="Calibri"/>
              </w:rPr>
            </w:pPr>
            <w:proofErr w:type="spellStart"/>
            <w:r w:rsidRPr="00BB499A">
              <w:rPr>
                <w:rFonts w:ascii="Calibri" w:eastAsia="Calibri" w:hAnsi="Calibri" w:cs="Calibri"/>
              </w:rPr>
              <w:t>Ćwiczenie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ma </w:t>
            </w:r>
            <w:proofErr w:type="spellStart"/>
            <w:r w:rsidRPr="00BB499A">
              <w:rPr>
                <w:rFonts w:ascii="Calibri" w:eastAsia="Calibri" w:hAnsi="Calibri" w:cs="Calibri"/>
              </w:rPr>
              <w:t>charakter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wprowadzający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. Celem </w:t>
            </w:r>
            <w:proofErr w:type="spellStart"/>
            <w:r w:rsidRPr="00BB499A">
              <w:rPr>
                <w:rFonts w:ascii="Calibri" w:eastAsia="Calibri" w:hAnsi="Calibri" w:cs="Calibri"/>
              </w:rPr>
              <w:t>nie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jest </w:t>
            </w:r>
            <w:proofErr w:type="spellStart"/>
            <w:r w:rsidRPr="00BB499A">
              <w:rPr>
                <w:rFonts w:ascii="Calibri" w:eastAsia="Calibri" w:hAnsi="Calibri" w:cs="Calibri"/>
              </w:rPr>
              <w:t>jeszcze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pełna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diagnoza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BB499A">
              <w:rPr>
                <w:rFonts w:ascii="Calibri" w:eastAsia="Calibri" w:hAnsi="Calibri" w:cs="Calibri"/>
              </w:rPr>
              <w:t>lecz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rozpoznanie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BB499A">
              <w:rPr>
                <w:rFonts w:ascii="Calibri" w:eastAsia="Calibri" w:hAnsi="Calibri" w:cs="Calibri"/>
              </w:rPr>
              <w:t>jakie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zjawiska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klimatyczne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mogą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być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istotne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dla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dalszych</w:t>
            </w:r>
            <w:proofErr w:type="spellEnd"/>
            <w:r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BB499A">
              <w:rPr>
                <w:rFonts w:ascii="Calibri" w:eastAsia="Calibri" w:hAnsi="Calibri" w:cs="Calibri"/>
              </w:rPr>
              <w:t>analiz</w:t>
            </w:r>
            <w:proofErr w:type="spellEnd"/>
            <w:r w:rsidRPr="00BB499A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38B4D384" w:rsidR="4549D576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2C7293F" w14:textId="134F267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Efekty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uczenia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36E7A" w14:textId="1B5F06DE" w:rsidR="4549D576" w:rsidRPr="006C2DC2" w:rsidRDefault="006C2DC2" w:rsidP="4549D576">
            <w:r w:rsidRPr="006C2DC2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6C2DC2">
              <w:rPr>
                <w:rFonts w:ascii="Calibri" w:eastAsia="Calibri" w:hAnsi="Calibri" w:cs="Calibri"/>
              </w:rPr>
              <w:t>zna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i</w:t>
            </w:r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rozumie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rolę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diagnozy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przestrzennej</w:t>
            </w:r>
            <w:proofErr w:type="spellEnd"/>
            <w:r w:rsidRPr="008A5E95">
              <w:rPr>
                <w:rFonts w:ascii="Calibri" w:eastAsia="Calibri" w:hAnsi="Calibri" w:cs="Calibri"/>
              </w:rPr>
              <w:t>.</w:t>
            </w:r>
            <w:r>
              <w:rPr>
                <w:rFonts w:ascii="DejaVu Sans" w:eastAsia="DejaVu Sans" w:hAnsi="DejaVu Sans" w:cs="DejaVu Sans"/>
                <w:sz w:val="18"/>
                <w:szCs w:val="18"/>
              </w:rPr>
              <w:br/>
            </w:r>
            <w:r w:rsidRPr="008A5E95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8A5E95">
              <w:rPr>
                <w:rFonts w:ascii="Calibri" w:eastAsia="Calibri" w:hAnsi="Calibri" w:cs="Calibri"/>
              </w:rPr>
              <w:t>potrafi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>
              <w:rPr>
                <w:rFonts w:ascii="Calibri" w:eastAsia="Calibri" w:hAnsi="Calibri" w:cs="Calibri"/>
              </w:rPr>
              <w:t>wykonać</w:t>
            </w:r>
            <w:proofErr w:type="spellEnd"/>
            <w:r w:rsid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>
              <w:rPr>
                <w:rFonts w:ascii="Calibri" w:eastAsia="Calibri" w:hAnsi="Calibri" w:cs="Calibri"/>
              </w:rPr>
              <w:t>wstępną</w:t>
            </w:r>
            <w:proofErr w:type="spellEnd"/>
            <w:r w:rsid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diagnoz</w:t>
            </w:r>
            <w:r w:rsidR="00BB499A">
              <w:rPr>
                <w:rFonts w:ascii="Calibri" w:eastAsia="Calibri" w:hAnsi="Calibri" w:cs="Calibri"/>
              </w:rPr>
              <w:t>ę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przestrzenn</w:t>
            </w:r>
            <w:r w:rsidR="00BB499A">
              <w:rPr>
                <w:rFonts w:ascii="Calibri" w:eastAsia="Calibri" w:hAnsi="Calibri" w:cs="Calibri"/>
              </w:rPr>
              <w:t>ą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analizowanego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obszaru</w:t>
            </w:r>
            <w:proofErr w:type="spellEnd"/>
            <w:r w:rsidR="008A5E95">
              <w:rPr>
                <w:rFonts w:ascii="Calibri" w:eastAsia="Calibri" w:hAnsi="Calibri" w:cs="Calibri"/>
              </w:rPr>
              <w:t>.</w:t>
            </w:r>
            <w:r w:rsidR="008A5E95">
              <w:rPr>
                <w:rFonts w:ascii="Calibri" w:eastAsia="Calibri" w:hAnsi="Calibri" w:cs="Calibri"/>
              </w:rPr>
              <w:br/>
            </w:r>
            <w:r w:rsidR="008A5E95" w:rsidRPr="008A5E95">
              <w:rPr>
                <w:rFonts w:ascii="Calibri" w:eastAsia="Calibri" w:hAnsi="Calibri" w:cs="Calibri"/>
              </w:rPr>
              <w:t xml:space="preserve">Student jest </w:t>
            </w:r>
            <w:proofErr w:type="spellStart"/>
            <w:r w:rsidR="008A5E95" w:rsidRPr="008A5E95">
              <w:rPr>
                <w:rFonts w:ascii="Calibri" w:eastAsia="Calibri" w:hAnsi="Calibri" w:cs="Calibri"/>
              </w:rPr>
              <w:t>gotów</w:t>
            </w:r>
            <w:proofErr w:type="spellEnd"/>
            <w:r w:rsidR="008A5E95" w:rsidRPr="008A5E95">
              <w:rPr>
                <w:rFonts w:ascii="Calibri" w:eastAsia="Calibri" w:hAnsi="Calibri" w:cs="Calibri"/>
              </w:rPr>
              <w:t xml:space="preserve"> do</w:t>
            </w:r>
            <w:r w:rsid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prezentacji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wyników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diagnozy</w:t>
            </w:r>
            <w:proofErr w:type="spellEnd"/>
            <w:r w:rsidR="00BB499A" w:rsidRPr="00BB49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BB499A" w:rsidRPr="00BB499A">
              <w:rPr>
                <w:rFonts w:ascii="Calibri" w:eastAsia="Calibri" w:hAnsi="Calibri" w:cs="Calibri"/>
              </w:rPr>
              <w:t>przestrzennej</w:t>
            </w:r>
            <w:proofErr w:type="spellEnd"/>
            <w:r w:rsidR="00BB499A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Metody </w:t>
            </w:r>
            <w:proofErr w:type="spellStart"/>
            <w:r w:rsidRPr="4549D576">
              <w:rPr>
                <w:rFonts w:ascii="Calibri" w:eastAsia="Calibri" w:hAnsi="Calibri" w:cs="Calibri"/>
              </w:rPr>
              <w:t>weryfikacji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efektów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uczenia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3CC85F58" w:rsidR="4549D576" w:rsidRDefault="00BB499A" w:rsidP="4549D576">
            <w:proofErr w:type="spellStart"/>
            <w:r>
              <w:rPr>
                <w:rFonts w:ascii="Calibri" w:eastAsia="Calibri" w:hAnsi="Calibri" w:cs="Calibri"/>
              </w:rPr>
              <w:t>Konsultacja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cząstkowa</w:t>
            </w:r>
            <w:proofErr w:type="spellEnd"/>
          </w:p>
        </w:tc>
      </w:tr>
    </w:tbl>
    <w:p w14:paraId="38469E4A" w14:textId="7772762A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716D79F0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FD54E6">
              <w:rPr>
                <w:rFonts w:ascii="Calibri" w:eastAsia="Calibri" w:hAnsi="Calibri" w:cs="Calibri"/>
              </w:rPr>
              <w:t>Alicja Kozarzewska</w:t>
            </w:r>
          </w:p>
        </w:tc>
      </w:tr>
      <w:tr w:rsidR="4549D576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587CA77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B862A50" w14:textId="38EF437C" w:rsidR="4549D576" w:rsidRDefault="4549D576" w:rsidP="4549D576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0C74F68" w14:textId="6515037C" w:rsidR="4549D576" w:rsidRDefault="4549D576" w:rsidP="4549D57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14:paraId="75348FBE" w14:textId="77777777" w:rsidTr="4549D576">
        <w:tc>
          <w:tcPr>
            <w:tcW w:w="4316" w:type="dxa"/>
          </w:tcPr>
          <w:p w14:paraId="6E671BA3" w14:textId="47FFD31E" w:rsidR="00E316F3" w:rsidRPr="00E316F3" w:rsidRDefault="00E316F3" w:rsidP="00FD4E44">
            <w:pPr>
              <w:rPr>
                <w:lang w:val="pl-PL"/>
              </w:rPr>
            </w:pPr>
            <w:r w:rsidRPr="00E316F3">
              <w:rPr>
                <w:lang w:val="pl-PL"/>
              </w:rPr>
              <w:t>PRZEDMIOT</w:t>
            </w:r>
          </w:p>
        </w:tc>
        <w:tc>
          <w:tcPr>
            <w:tcW w:w="4314" w:type="dxa"/>
          </w:tcPr>
          <w:p w14:paraId="049C2498" w14:textId="39A1676C" w:rsidR="00E316F3" w:rsidRDefault="00FD54E6" w:rsidP="00FD4E44">
            <w:proofErr w:type="spellStart"/>
            <w:r>
              <w:t>Nachylenie</w:t>
            </w:r>
            <w:proofErr w:type="spellEnd"/>
            <w:r>
              <w:t xml:space="preserve"> </w:t>
            </w:r>
            <w:proofErr w:type="spellStart"/>
            <w:r>
              <w:t>Specjalizacyjne</w:t>
            </w:r>
            <w:proofErr w:type="spellEnd"/>
            <w:r>
              <w:t xml:space="preserve"> 1</w:t>
            </w:r>
          </w:p>
        </w:tc>
      </w:tr>
    </w:tbl>
    <w:p w14:paraId="68A18524" w14:textId="77777777" w:rsidR="00B85818" w:rsidRDefault="00B85818" w:rsidP="00B85818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177DA6EC" w14:textId="77777777" w:rsidR="00B85818" w:rsidRDefault="00B85818" w:rsidP="00B85818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4A797457" w14:textId="77777777" w:rsidR="00B85818" w:rsidRDefault="00B85818" w:rsidP="00B85818">
      <w:r>
        <w:t>https://creativecommons.org/licenses/by/4.0/deed.pl</w:t>
      </w:r>
    </w:p>
    <w:p w14:paraId="307107D2" w14:textId="77777777" w:rsidR="00B85818" w:rsidRDefault="00B85818" w:rsidP="00B85818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58C11033" w14:textId="7B45D170" w:rsidR="00735EDA" w:rsidRDefault="00B85818" w:rsidP="00B85818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735EDA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CED0B" w14:textId="77777777" w:rsidR="008F098C" w:rsidRDefault="008F098C" w:rsidP="00521628">
      <w:pPr>
        <w:spacing w:after="0" w:line="240" w:lineRule="auto"/>
      </w:pPr>
      <w:r>
        <w:separator/>
      </w:r>
    </w:p>
  </w:endnote>
  <w:endnote w:type="continuationSeparator" w:id="0">
    <w:p w14:paraId="70FEE6B9" w14:textId="77777777" w:rsidR="008F098C" w:rsidRDefault="008F098C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altName w:val="Verdana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6667E5" w:rsidRDefault="006667E5" w:rsidP="006667E5">
    <w:pPr>
      <w:pStyle w:val="Stopka"/>
    </w:pPr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Projekt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współfinansowany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z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Plus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ramach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Programu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dla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Rozwoju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2021-2027,</w:t>
    </w:r>
    <w:r>
      <w:rPr>
        <w:rStyle w:val="scxw74171613"/>
        <w:rFonts w:ascii="Calibri" w:hAnsi="Calibri" w:cs="Calibri"/>
        <w:color w:val="000000"/>
        <w:shd w:val="clear" w:color="auto" w:fill="FFFFFF"/>
      </w:rPr>
      <w:t> </w:t>
    </w:r>
    <w:r>
      <w:rPr>
        <w:rFonts w:ascii="Calibri" w:hAnsi="Calibri" w:cs="Calibri"/>
        <w:color w:val="000000"/>
        <w:shd w:val="clear" w:color="auto" w:fill="FFFFFF"/>
      </w:rPr>
      <w:br/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Priorytet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1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,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Działanie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01.05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szkolnictwie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wyższym</w:t>
    </w:r>
    <w:proofErr w:type="spellEnd"/>
    <w:r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7BAF3" w14:textId="77777777" w:rsidR="008F098C" w:rsidRDefault="008F098C" w:rsidP="00521628">
      <w:pPr>
        <w:spacing w:after="0" w:line="240" w:lineRule="auto"/>
      </w:pPr>
      <w:r>
        <w:separator/>
      </w:r>
    </w:p>
  </w:footnote>
  <w:footnote w:type="continuationSeparator" w:id="0">
    <w:p w14:paraId="70E3C405" w14:textId="77777777" w:rsidR="008F098C" w:rsidRDefault="008F098C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9C12C9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A99411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EA16E63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6A63E75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62BB8E6B"/>
    <w:multiLevelType w:val="hybridMultilevel"/>
    <w:tmpl w:val="D07A514E"/>
    <w:lvl w:ilvl="0" w:tplc="A2923AEC">
      <w:start w:val="1"/>
      <w:numFmt w:val="decimal"/>
      <w:lvlText w:val="%1."/>
      <w:lvlJc w:val="left"/>
      <w:pPr>
        <w:ind w:left="720" w:hanging="360"/>
      </w:pPr>
    </w:lvl>
    <w:lvl w:ilvl="1" w:tplc="E6C6BAFE">
      <w:start w:val="1"/>
      <w:numFmt w:val="lowerLetter"/>
      <w:lvlText w:val="%2."/>
      <w:lvlJc w:val="left"/>
      <w:pPr>
        <w:ind w:left="1440" w:hanging="360"/>
      </w:pPr>
    </w:lvl>
    <w:lvl w:ilvl="2" w:tplc="5B0E8DFC">
      <w:start w:val="1"/>
      <w:numFmt w:val="lowerRoman"/>
      <w:lvlText w:val="%3."/>
      <w:lvlJc w:val="right"/>
      <w:pPr>
        <w:ind w:left="2160" w:hanging="180"/>
      </w:pPr>
    </w:lvl>
    <w:lvl w:ilvl="3" w:tplc="7116EAAE">
      <w:start w:val="1"/>
      <w:numFmt w:val="decimal"/>
      <w:lvlText w:val="%4."/>
      <w:lvlJc w:val="left"/>
      <w:pPr>
        <w:ind w:left="2880" w:hanging="360"/>
      </w:pPr>
    </w:lvl>
    <w:lvl w:ilvl="4" w:tplc="A3602940">
      <w:start w:val="1"/>
      <w:numFmt w:val="lowerLetter"/>
      <w:lvlText w:val="%5."/>
      <w:lvlJc w:val="left"/>
      <w:pPr>
        <w:ind w:left="3600" w:hanging="360"/>
      </w:pPr>
    </w:lvl>
    <w:lvl w:ilvl="5" w:tplc="E6F279A4">
      <w:start w:val="1"/>
      <w:numFmt w:val="lowerRoman"/>
      <w:lvlText w:val="%6."/>
      <w:lvlJc w:val="right"/>
      <w:pPr>
        <w:ind w:left="4320" w:hanging="180"/>
      </w:pPr>
    </w:lvl>
    <w:lvl w:ilvl="6" w:tplc="20FA6218">
      <w:start w:val="1"/>
      <w:numFmt w:val="decimal"/>
      <w:lvlText w:val="%7."/>
      <w:lvlJc w:val="left"/>
      <w:pPr>
        <w:ind w:left="5040" w:hanging="360"/>
      </w:pPr>
    </w:lvl>
    <w:lvl w:ilvl="7" w:tplc="AEE40742">
      <w:start w:val="1"/>
      <w:numFmt w:val="lowerLetter"/>
      <w:lvlText w:val="%8."/>
      <w:lvlJc w:val="left"/>
      <w:pPr>
        <w:ind w:left="5760" w:hanging="360"/>
      </w:pPr>
    </w:lvl>
    <w:lvl w:ilvl="8" w:tplc="D5B4194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54BC6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D05347A"/>
    <w:multiLevelType w:val="hybridMultilevel"/>
    <w:tmpl w:val="7816473C"/>
    <w:lvl w:ilvl="0" w:tplc="1FB47F0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818118">
    <w:abstractNumId w:val="8"/>
  </w:num>
  <w:num w:numId="2" w16cid:durableId="568925149">
    <w:abstractNumId w:val="6"/>
  </w:num>
  <w:num w:numId="3" w16cid:durableId="970786299">
    <w:abstractNumId w:val="5"/>
  </w:num>
  <w:num w:numId="4" w16cid:durableId="258880694">
    <w:abstractNumId w:val="4"/>
  </w:num>
  <w:num w:numId="5" w16cid:durableId="1594237984">
    <w:abstractNumId w:val="7"/>
  </w:num>
  <w:num w:numId="6" w16cid:durableId="1484737295">
    <w:abstractNumId w:val="3"/>
  </w:num>
  <w:num w:numId="7" w16cid:durableId="1040008888">
    <w:abstractNumId w:val="2"/>
  </w:num>
  <w:num w:numId="8" w16cid:durableId="1614508600">
    <w:abstractNumId w:val="1"/>
  </w:num>
  <w:num w:numId="9" w16cid:durableId="442504504">
    <w:abstractNumId w:val="0"/>
  </w:num>
  <w:num w:numId="10" w16cid:durableId="1596478993">
    <w:abstractNumId w:val="9"/>
  </w:num>
  <w:num w:numId="11" w16cid:durableId="358044968">
    <w:abstractNumId w:val="15"/>
  </w:num>
  <w:num w:numId="12" w16cid:durableId="14993414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6204624">
    <w:abstractNumId w:val="12"/>
  </w:num>
  <w:num w:numId="14" w16cid:durableId="182090507">
    <w:abstractNumId w:val="14"/>
  </w:num>
  <w:num w:numId="15" w16cid:durableId="368260685">
    <w:abstractNumId w:val="11"/>
  </w:num>
  <w:num w:numId="16" w16cid:durableId="1669466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043"/>
    <w:rsid w:val="00091956"/>
    <w:rsid w:val="000A0180"/>
    <w:rsid w:val="000F1F39"/>
    <w:rsid w:val="001210B4"/>
    <w:rsid w:val="0015074B"/>
    <w:rsid w:val="001839BA"/>
    <w:rsid w:val="00184284"/>
    <w:rsid w:val="001C2198"/>
    <w:rsid w:val="001F0683"/>
    <w:rsid w:val="00224A99"/>
    <w:rsid w:val="0029639D"/>
    <w:rsid w:val="002E3B54"/>
    <w:rsid w:val="00326F90"/>
    <w:rsid w:val="003628CD"/>
    <w:rsid w:val="00407409"/>
    <w:rsid w:val="0044797C"/>
    <w:rsid w:val="004B726D"/>
    <w:rsid w:val="004D57F4"/>
    <w:rsid w:val="005105A2"/>
    <w:rsid w:val="005143E8"/>
    <w:rsid w:val="00521628"/>
    <w:rsid w:val="0058212E"/>
    <w:rsid w:val="00612384"/>
    <w:rsid w:val="006667E5"/>
    <w:rsid w:val="006C2DC2"/>
    <w:rsid w:val="00735EDA"/>
    <w:rsid w:val="0081676C"/>
    <w:rsid w:val="008A5E95"/>
    <w:rsid w:val="008F098C"/>
    <w:rsid w:val="00973BAC"/>
    <w:rsid w:val="00976B8B"/>
    <w:rsid w:val="00A82504"/>
    <w:rsid w:val="00AA1D8D"/>
    <w:rsid w:val="00AC1286"/>
    <w:rsid w:val="00B47730"/>
    <w:rsid w:val="00B734AA"/>
    <w:rsid w:val="00B85818"/>
    <w:rsid w:val="00BA4DD9"/>
    <w:rsid w:val="00BB499A"/>
    <w:rsid w:val="00BE192A"/>
    <w:rsid w:val="00C5174D"/>
    <w:rsid w:val="00C551F5"/>
    <w:rsid w:val="00C66032"/>
    <w:rsid w:val="00CB0664"/>
    <w:rsid w:val="00D054A7"/>
    <w:rsid w:val="00D105D4"/>
    <w:rsid w:val="00D31105"/>
    <w:rsid w:val="00D64982"/>
    <w:rsid w:val="00E316F3"/>
    <w:rsid w:val="00E41A6D"/>
    <w:rsid w:val="00ED629A"/>
    <w:rsid w:val="00F5150A"/>
    <w:rsid w:val="00F64836"/>
    <w:rsid w:val="00FB01ED"/>
    <w:rsid w:val="00FC53B4"/>
    <w:rsid w:val="00FC693F"/>
    <w:rsid w:val="00FD3E5E"/>
    <w:rsid w:val="00FD54E6"/>
    <w:rsid w:val="4549D576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customStyle="1" w:styleId="Compact">
    <w:name w:val="Compact"/>
    <w:basedOn w:val="Tekstpodstawowy"/>
    <w:qFormat/>
    <w:rsid w:val="00ED629A"/>
    <w:pPr>
      <w:spacing w:before="36" w:after="36" w:line="240" w:lineRule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666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Michalska</cp:lastModifiedBy>
  <cp:revision>9</cp:revision>
  <dcterms:created xsi:type="dcterms:W3CDTF">2026-06-15T15:19:00Z</dcterms:created>
  <dcterms:modified xsi:type="dcterms:W3CDTF">2026-07-21T12:11:00Z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14411308-2065-4580-bb29-8fa3844c59d5</vt:lpwstr>
  </property>
</Properties>
</file>