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75E55" w14:textId="77777777" w:rsidR="00521628" w:rsidRPr="00C551F5" w:rsidRDefault="00521628" w:rsidP="00521628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p w14:paraId="728CD021" w14:textId="77777777" w:rsidR="00F5150A" w:rsidRDefault="00F5150A">
      <w:pPr>
        <w:pStyle w:val="Nagwek1"/>
        <w:rPr>
          <w:rStyle w:val="eop"/>
          <w:rFonts w:ascii="Calibri" w:hAnsi="Calibri" w:cs="Calibri"/>
          <w:color w:val="000000"/>
          <w:shd w:val="clear" w:color="auto" w:fill="FFFFFF"/>
        </w:rPr>
      </w:pP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SCENARIUSZ ZAJĘĆ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realizowany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w 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ramach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 xml:space="preserve"> </w:t>
      </w:r>
      <w:proofErr w:type="spellStart"/>
      <w:r>
        <w:rPr>
          <w:rStyle w:val="normaltextrun"/>
          <w:rFonts w:ascii="Calibri" w:hAnsi="Calibri" w:cs="Calibri"/>
          <w:color w:val="000000"/>
          <w:shd w:val="clear" w:color="auto" w:fill="FFFFFF"/>
        </w:rPr>
        <w:t>projektu</w:t>
      </w:r>
      <w:proofErr w:type="spellEnd"/>
      <w:r>
        <w:rPr>
          <w:rStyle w:val="normaltextrun"/>
          <w:rFonts w:ascii="Calibri" w:hAnsi="Calibri" w:cs="Calibri"/>
          <w:color w:val="000000"/>
          <w:shd w:val="clear" w:color="auto" w:fill="FFFFFF"/>
        </w:rPr>
        <w:t>: </w:t>
      </w:r>
      <w:r>
        <w:rPr>
          <w:rStyle w:val="scxw141761663"/>
          <w:rFonts w:ascii="Calibri" w:hAnsi="Calibri" w:cs="Calibri"/>
          <w:color w:val="000000"/>
          <w:shd w:val="clear" w:color="auto" w:fill="FFFFFF"/>
        </w:rPr>
        <w:t> </w:t>
      </w:r>
      <w:r>
        <w:rPr>
          <w:rFonts w:ascii="Calibri" w:hAnsi="Calibri" w:cs="Calibri"/>
          <w:color w:val="000000"/>
          <w:shd w:val="clear" w:color="auto" w:fill="FFFFFF"/>
        </w:rPr>
        <w:br/>
      </w:r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„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GreenTechEducation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– SGGW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dla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gospodarki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przyszłości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” nr </w:t>
      </w:r>
      <w:proofErr w:type="spellStart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umowy</w:t>
      </w:r>
      <w:proofErr w:type="spellEnd"/>
      <w:r>
        <w:rPr>
          <w:rStyle w:val="normaltextrun"/>
          <w:rFonts w:ascii="Calibri" w:hAnsi="Calibri" w:cs="Calibri"/>
          <w:b w:val="0"/>
          <w:bCs w:val="0"/>
          <w:color w:val="000000"/>
          <w:shd w:val="clear" w:color="auto" w:fill="FFFFFF"/>
        </w:rPr>
        <w:t>: FERS.01.05-IP.08-0330/23-00</w:t>
      </w:r>
      <w:r>
        <w:rPr>
          <w:rStyle w:val="eop"/>
          <w:rFonts w:ascii="Calibri" w:hAnsi="Calibri" w:cs="Calibri"/>
          <w:color w:val="000000"/>
          <w:shd w:val="clear" w:color="auto" w:fill="FFFFFF"/>
        </w:rPr>
        <w:t> </w:t>
      </w:r>
    </w:p>
    <w:p w14:paraId="4D049BA5" w14:textId="0806DEF4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Informacje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ogólne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A8873D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3D5CBA" w14:textId="7F66419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Przedmiot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000235" w14:textId="2EE97ADC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Nachylenie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specjalizacyjne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II</w:t>
            </w:r>
          </w:p>
        </w:tc>
      </w:tr>
      <w:tr w:rsidR="4549D576" w14:paraId="55FA18E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F66E53" w14:textId="2C5CBCA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Kierunek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studiów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E55AAD" w14:textId="653B4C42" w:rsidR="4549D576" w:rsidRDefault="00D105D4" w:rsidP="4549D576">
            <w:proofErr w:type="spellStart"/>
            <w:r>
              <w:rPr>
                <w:rFonts w:ascii="Calibri" w:eastAsia="Calibri" w:hAnsi="Calibri" w:cs="Calibri"/>
              </w:rPr>
              <w:t>Gospodarka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Przestrzenna</w:t>
            </w:r>
            <w:proofErr w:type="spellEnd"/>
          </w:p>
        </w:tc>
      </w:tr>
      <w:tr w:rsidR="4549D576" w14:paraId="5744168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8EAA9" w14:textId="01BE6353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Poziom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studiów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D89E89" w14:textId="43E04C9D" w:rsidR="4549D576" w:rsidRDefault="4549D576" w:rsidP="4549D576">
            <w:r w:rsidRPr="00D105D4">
              <w:rPr>
                <w:rFonts w:ascii="Calibri" w:eastAsia="Calibri" w:hAnsi="Calibri" w:cs="Calibri"/>
              </w:rPr>
              <w:t xml:space="preserve">I </w:t>
            </w:r>
            <w:proofErr w:type="spellStart"/>
            <w:r w:rsidRPr="00D105D4">
              <w:rPr>
                <w:rFonts w:ascii="Calibri" w:eastAsia="Calibri" w:hAnsi="Calibri" w:cs="Calibri"/>
              </w:rPr>
              <w:t>stopnia</w:t>
            </w:r>
            <w:proofErr w:type="spellEnd"/>
          </w:p>
        </w:tc>
      </w:tr>
      <w:tr w:rsidR="4549D576" w14:paraId="76191E6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E17F" w14:textId="6D08C7C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Semestr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CEFA7E" w14:textId="4E1B1F90" w:rsidR="4549D576" w:rsidRDefault="00D105D4" w:rsidP="4549D576">
            <w:r>
              <w:rPr>
                <w:rFonts w:ascii="Calibri" w:eastAsia="Calibri" w:hAnsi="Calibri" w:cs="Calibri"/>
              </w:rPr>
              <w:t>7</w:t>
            </w:r>
          </w:p>
        </w:tc>
      </w:tr>
      <w:tr w:rsidR="4549D576" w14:paraId="68606A8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44A9A1" w14:textId="622923FD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Jednostka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E0CF83" w14:textId="3DBACA85" w:rsidR="4549D576" w:rsidRPr="00D105D4" w:rsidRDefault="00D105D4" w:rsidP="4549D576">
            <w:r w:rsidRPr="00D105D4">
              <w:rPr>
                <w:rFonts w:ascii="Calibri" w:eastAsia="Calibri" w:hAnsi="Calibri" w:cs="Calibri"/>
              </w:rPr>
              <w:t xml:space="preserve">Instytut </w:t>
            </w:r>
            <w:proofErr w:type="spellStart"/>
            <w:r w:rsidRPr="00D105D4">
              <w:rPr>
                <w:rFonts w:ascii="Calibri" w:eastAsia="Calibri" w:hAnsi="Calibri" w:cs="Calibri"/>
              </w:rPr>
              <w:t>Inżynierii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Środowiska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, </w:t>
            </w:r>
            <w:r w:rsidRPr="00D105D4">
              <w:rPr>
                <w:rFonts w:ascii="Calibri" w:eastAsia="Calibri" w:hAnsi="Calibri" w:cs="Calibri"/>
              </w:rPr>
              <w:t xml:space="preserve">Katedra </w:t>
            </w:r>
            <w:proofErr w:type="spellStart"/>
            <w:r w:rsidRPr="00D105D4">
              <w:rPr>
                <w:rFonts w:ascii="Calibri" w:eastAsia="Calibri" w:hAnsi="Calibri" w:cs="Calibri"/>
              </w:rPr>
              <w:t>Architektury</w:t>
            </w:r>
            <w:proofErr w:type="spellEnd"/>
            <w:r w:rsidRPr="00D105D4">
              <w:rPr>
                <w:rFonts w:ascii="Calibri" w:eastAsia="Calibri" w:hAnsi="Calibri" w:cs="Calibri"/>
              </w:rPr>
              <w:t xml:space="preserve"> Krajobrazu</w:t>
            </w:r>
          </w:p>
        </w:tc>
      </w:tr>
      <w:tr w:rsidR="4549D576" w14:paraId="68DB47B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766373" w14:textId="02482342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(</w:t>
            </w:r>
            <w:proofErr w:type="spellStart"/>
            <w:r w:rsidRPr="4549D576">
              <w:rPr>
                <w:rFonts w:ascii="Calibri" w:eastAsia="Calibri" w:hAnsi="Calibri" w:cs="Calibri"/>
              </w:rPr>
              <w:t>łącznie</w:t>
            </w:r>
            <w:proofErr w:type="spellEnd"/>
            <w:r w:rsidRPr="4549D576">
              <w:rPr>
                <w:rFonts w:ascii="Calibri" w:eastAsia="Calibri" w:hAnsi="Calibri" w:cs="Calibri"/>
              </w:rPr>
              <w:t>):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3D570B" w14:textId="0196C8C2" w:rsidR="4549D576" w:rsidRDefault="00D105D4" w:rsidP="4549D576">
            <w:r>
              <w:rPr>
                <w:rFonts w:ascii="Calibri" w:eastAsia="Calibri" w:hAnsi="Calibri" w:cs="Calibri"/>
              </w:rPr>
              <w:t>50</w:t>
            </w:r>
          </w:p>
        </w:tc>
      </w:tr>
      <w:tr w:rsidR="4549D576" w14:paraId="1C7A0F48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55014A" w14:textId="08C96ADE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scenariuszy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przedmiocie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432C5C" w14:textId="381F5CC0" w:rsidR="4549D576" w:rsidRDefault="00854C21" w:rsidP="4549D576">
            <w:r>
              <w:rPr>
                <w:rFonts w:ascii="Calibri" w:eastAsia="Calibri" w:hAnsi="Calibri" w:cs="Calibri"/>
                <w:color w:val="EE0000"/>
              </w:rPr>
              <w:t>5</w:t>
            </w:r>
          </w:p>
        </w:tc>
      </w:tr>
      <w:tr w:rsidR="4549D576" w14:paraId="12EAE1D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5D0FD1A" w14:textId="54350C8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wykładów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60AF0E3" w14:textId="75ACBB0D" w:rsidR="4549D576" w:rsidRDefault="00D105D4" w:rsidP="4549D576">
            <w:r>
              <w:rPr>
                <w:rFonts w:ascii="Calibri" w:eastAsia="Calibri" w:hAnsi="Calibri" w:cs="Calibri"/>
              </w:rPr>
              <w:t>0</w:t>
            </w:r>
          </w:p>
        </w:tc>
      </w:tr>
      <w:tr w:rsidR="4549D576" w14:paraId="2801335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E25B60" w14:textId="2F8AE04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godzin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B22341A" w14:textId="7E90E4BB" w:rsidR="4549D576" w:rsidRDefault="00D105D4" w:rsidP="4549D576">
            <w:r>
              <w:rPr>
                <w:rFonts w:ascii="Calibri" w:eastAsia="Calibri" w:hAnsi="Calibri" w:cs="Calibri"/>
              </w:rPr>
              <w:t>50</w:t>
            </w:r>
          </w:p>
        </w:tc>
      </w:tr>
      <w:tr w:rsidR="4549D576" w14:paraId="3D6B2F8F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14AA54" w14:textId="2EFC109E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Liczba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ECTS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10E9FD" w14:textId="17A3DE09" w:rsidR="4549D576" w:rsidRDefault="00D105D4" w:rsidP="4549D576">
            <w:r>
              <w:rPr>
                <w:rFonts w:ascii="Calibri" w:eastAsia="Calibri" w:hAnsi="Calibri" w:cs="Calibri"/>
              </w:rPr>
              <w:t>5</w:t>
            </w:r>
          </w:p>
        </w:tc>
      </w:tr>
      <w:tr w:rsidR="4549D576" w14:paraId="0BF3AF1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21536B" w14:textId="08D84765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Koordynator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przedmiotu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E9E7A1" w14:textId="0489BBBE" w:rsidR="4549D576" w:rsidRDefault="00D105D4" w:rsidP="4549D576">
            <w:r w:rsidRPr="00D105D4">
              <w:rPr>
                <w:rFonts w:ascii="Calibri" w:eastAsia="Calibri" w:hAnsi="Calibri" w:cs="Calibri"/>
              </w:rPr>
              <w:t xml:space="preserve">Agata Cieszewska </w:t>
            </w:r>
          </w:p>
        </w:tc>
      </w:tr>
    </w:tbl>
    <w:p w14:paraId="6B2CB23D" w14:textId="3B74215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14:paraId="1F322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FAD89" w14:textId="18785FB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Scenariusz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nr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9B4D8D" w14:textId="74EDDB05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D105D4">
              <w:rPr>
                <w:rFonts w:ascii="Calibri" w:eastAsia="Calibri" w:hAnsi="Calibri" w:cs="Calibri"/>
              </w:rPr>
              <w:t>01</w:t>
            </w:r>
          </w:p>
        </w:tc>
      </w:tr>
      <w:tr w:rsidR="4549D576" w14:paraId="4D393EB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BF4B67" w14:textId="31A952FC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Temat </w:t>
            </w:r>
            <w:proofErr w:type="spellStart"/>
            <w:r w:rsidRPr="4549D576">
              <w:rPr>
                <w:rFonts w:ascii="Calibri" w:eastAsia="Calibri" w:hAnsi="Calibri" w:cs="Calibri"/>
              </w:rPr>
              <w:t>zajęć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5818A6" w14:textId="22FF13C6" w:rsidR="4549D576" w:rsidRDefault="00D105D4" w:rsidP="4549D576">
            <w:r>
              <w:rPr>
                <w:rFonts w:ascii="Calibri" w:eastAsia="Calibri" w:hAnsi="Calibri" w:cs="Calibri"/>
              </w:rPr>
              <w:t xml:space="preserve">Analiza MPZP - </w:t>
            </w:r>
            <w:proofErr w:type="spellStart"/>
            <w:r w:rsidR="00ED629A" w:rsidRPr="00ED629A">
              <w:rPr>
                <w:rFonts w:ascii="Calibri" w:eastAsia="Calibri" w:hAnsi="Calibri" w:cs="Calibri"/>
              </w:rPr>
              <w:t>Przestrzeń</w:t>
            </w:r>
            <w:proofErr w:type="spellEnd"/>
            <w:r w:rsidR="00ED629A"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ED629A">
              <w:rPr>
                <w:rFonts w:ascii="Calibri" w:eastAsia="Calibri" w:hAnsi="Calibri" w:cs="Calibri"/>
              </w:rPr>
              <w:t>codzienna</w:t>
            </w:r>
            <w:proofErr w:type="spellEnd"/>
            <w:r w:rsidR="00ED629A" w:rsidRPr="00ED629A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="00ED629A" w:rsidRPr="00ED629A">
              <w:rPr>
                <w:rFonts w:ascii="Calibri" w:eastAsia="Calibri" w:hAnsi="Calibri" w:cs="Calibri"/>
              </w:rPr>
              <w:t>analizie</w:t>
            </w:r>
            <w:proofErr w:type="spellEnd"/>
            <w:r w:rsidR="00ED629A"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ED629A">
              <w:rPr>
                <w:rFonts w:ascii="Calibri" w:eastAsia="Calibri" w:hAnsi="Calibri" w:cs="Calibri"/>
              </w:rPr>
              <w:t>urbanistycznej</w:t>
            </w:r>
            <w:proofErr w:type="spellEnd"/>
          </w:p>
        </w:tc>
      </w:tr>
      <w:tr w:rsidR="4549D576" w14:paraId="339C660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D93557" w14:textId="73E5E7F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Forma </w:t>
            </w:r>
            <w:proofErr w:type="spellStart"/>
            <w:r w:rsidRPr="4549D576">
              <w:rPr>
                <w:rFonts w:ascii="Calibri" w:eastAsia="Calibri" w:hAnsi="Calibri" w:cs="Calibri"/>
              </w:rPr>
              <w:t>zajęć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AEFF6C" w14:textId="518C25EF" w:rsidR="4549D576" w:rsidRDefault="00D105D4" w:rsidP="4549D576">
            <w:proofErr w:type="spellStart"/>
            <w:r w:rsidRPr="00D105D4">
              <w:rPr>
                <w:rFonts w:ascii="Calibri" w:eastAsia="Calibri" w:hAnsi="Calibri" w:cs="Calibri"/>
              </w:rPr>
              <w:t>Ćwiczenia</w:t>
            </w:r>
            <w:proofErr w:type="spellEnd"/>
          </w:p>
        </w:tc>
      </w:tr>
      <w:tr w:rsidR="4549D576" w14:paraId="79BFCE16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858AFD" w14:textId="016E0F54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0C57A6" w14:textId="0A37112D" w:rsidR="4549D576" w:rsidRDefault="00D105D4" w:rsidP="4549D576">
            <w:r w:rsidRPr="00D105D4">
              <w:rPr>
                <w:rFonts w:ascii="Calibri" w:eastAsia="Calibri" w:hAnsi="Calibri" w:cs="Calibri"/>
              </w:rPr>
              <w:t>5</w:t>
            </w:r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D105D4">
              <w:rPr>
                <w:rFonts w:ascii="Calibri" w:eastAsia="Calibri" w:hAnsi="Calibri" w:cs="Calibri"/>
              </w:rPr>
              <w:t>jednostek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po 45 </w:t>
            </w:r>
            <w:proofErr w:type="spellStart"/>
            <w:r w:rsidR="4549D576" w:rsidRPr="00D105D4">
              <w:rPr>
                <w:rFonts w:ascii="Calibri" w:eastAsia="Calibri" w:hAnsi="Calibri" w:cs="Calibri"/>
              </w:rPr>
              <w:t>minut</w:t>
            </w:r>
            <w:proofErr w:type="spellEnd"/>
            <w:r w:rsidR="4549D576" w:rsidRPr="00D105D4"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4549D576" w14:paraId="109788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314166" w14:textId="71BAB04A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 </w:t>
            </w:r>
            <w:proofErr w:type="spellStart"/>
            <w:r w:rsidRPr="4549D576">
              <w:rPr>
                <w:rFonts w:ascii="Calibri" w:eastAsia="Calibri" w:hAnsi="Calibri" w:cs="Calibri"/>
              </w:rPr>
              <w:t>główny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614C63" w14:textId="27E74BBF" w:rsidR="00D105D4" w:rsidRDefault="00ED629A" w:rsidP="4549D576">
            <w:proofErr w:type="spellStart"/>
            <w:r w:rsidRPr="00ED629A">
              <w:rPr>
                <w:rFonts w:ascii="Calibri" w:eastAsia="Calibri" w:hAnsi="Calibri" w:cs="Calibri"/>
              </w:rPr>
              <w:t>Rozpoznanie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podstawowych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zależności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między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przestrzenią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mieszkania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D629A">
              <w:rPr>
                <w:rFonts w:ascii="Calibri" w:eastAsia="Calibri" w:hAnsi="Calibri" w:cs="Calibri"/>
              </w:rPr>
              <w:t>budynku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D629A">
              <w:rPr>
                <w:rFonts w:ascii="Calibri" w:eastAsia="Calibri" w:hAnsi="Calibri" w:cs="Calibri"/>
              </w:rPr>
              <w:t>osiedla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ED629A">
              <w:rPr>
                <w:rFonts w:ascii="Calibri" w:eastAsia="Calibri" w:hAnsi="Calibri" w:cs="Calibri"/>
              </w:rPr>
              <w:t>miasta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oraz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rozwijanie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umiejętności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schematycznego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przedstawiania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relacji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przestrzennych</w:t>
            </w:r>
            <w:proofErr w:type="spellEnd"/>
            <w:r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452D20ED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73F592" w14:textId="14BBC1ED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Cele </w:t>
            </w:r>
            <w:proofErr w:type="spellStart"/>
            <w:r w:rsidRPr="4549D576">
              <w:rPr>
                <w:rFonts w:ascii="Calibri" w:eastAsia="Calibri" w:hAnsi="Calibri" w:cs="Calibri"/>
              </w:rPr>
              <w:t>szczegółowe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bloku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tematycznego</w:t>
            </w:r>
            <w:proofErr w:type="spellEnd"/>
            <w:r w:rsidRPr="4549D576">
              <w:rPr>
                <w:rFonts w:ascii="Calibri" w:eastAsia="Calibri" w:hAnsi="Calibri" w:cs="Calibri"/>
              </w:rPr>
              <w:t>/</w:t>
            </w:r>
            <w:proofErr w:type="spellStart"/>
            <w:r w:rsidRPr="4549D576">
              <w:rPr>
                <w:rFonts w:ascii="Calibri" w:eastAsia="Calibri" w:hAnsi="Calibri" w:cs="Calibri"/>
              </w:rPr>
              <w:t>modułu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48A053" w14:textId="77777777" w:rsidR="00ED629A" w:rsidRPr="00ED629A" w:rsidRDefault="00ED629A" w:rsidP="00ED629A">
            <w:pPr>
              <w:rPr>
                <w:rFonts w:ascii="Calibri" w:eastAsia="Calibri" w:hAnsi="Calibri" w:cs="Calibri"/>
              </w:rPr>
            </w:pPr>
            <w:r w:rsidRPr="00ED629A">
              <w:rPr>
                <w:rFonts w:ascii="Calibri" w:eastAsia="Calibri" w:hAnsi="Calibri" w:cs="Calibri"/>
              </w:rPr>
              <w:t>Student:</w:t>
            </w:r>
          </w:p>
          <w:p w14:paraId="493B5B15" w14:textId="77777777" w:rsidR="00ED629A" w:rsidRPr="00ED629A" w:rsidRDefault="00ED629A" w:rsidP="008A5E95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ED629A">
              <w:rPr>
                <w:rFonts w:ascii="Calibri" w:eastAsia="Calibri" w:hAnsi="Calibri" w:cs="Calibri"/>
              </w:rPr>
              <w:t>identyfikuje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podstawowe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elementy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przestrzeni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codziennego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użytkowania</w:t>
            </w:r>
            <w:proofErr w:type="spellEnd"/>
            <w:r w:rsidRPr="00ED629A">
              <w:rPr>
                <w:rFonts w:ascii="Calibri" w:eastAsia="Calibri" w:hAnsi="Calibri" w:cs="Calibri"/>
              </w:rPr>
              <w:t>;</w:t>
            </w:r>
          </w:p>
          <w:p w14:paraId="052200AF" w14:textId="28107DF8" w:rsidR="00ED629A" w:rsidRPr="00ED629A" w:rsidRDefault="00ED629A" w:rsidP="008A5E95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ED629A">
              <w:rPr>
                <w:rFonts w:ascii="Calibri" w:eastAsia="Calibri" w:hAnsi="Calibri" w:cs="Calibri"/>
              </w:rPr>
              <w:t>rozpoznaje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relacje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ED629A">
              <w:rPr>
                <w:rFonts w:ascii="Calibri" w:eastAsia="Calibri" w:hAnsi="Calibri" w:cs="Calibri"/>
              </w:rPr>
              <w:t>zależności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między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mieszkaniem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D629A">
              <w:rPr>
                <w:rFonts w:ascii="Calibri" w:eastAsia="Calibri" w:hAnsi="Calibri" w:cs="Calibri"/>
              </w:rPr>
              <w:t>budynkiem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D629A">
              <w:rPr>
                <w:rFonts w:ascii="Calibri" w:eastAsia="Calibri" w:hAnsi="Calibri" w:cs="Calibri"/>
              </w:rPr>
              <w:t>przestrzenią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wspólną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ED629A">
              <w:rPr>
                <w:rFonts w:ascii="Calibri" w:eastAsia="Calibri" w:hAnsi="Calibri" w:cs="Calibri"/>
              </w:rPr>
              <w:t>komunikacją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ED629A">
              <w:rPr>
                <w:rFonts w:ascii="Calibri" w:eastAsia="Calibri" w:hAnsi="Calibri" w:cs="Calibri"/>
              </w:rPr>
              <w:t>usługami</w:t>
            </w:r>
            <w:proofErr w:type="spellEnd"/>
            <w:r w:rsidRPr="00ED629A">
              <w:rPr>
                <w:rFonts w:ascii="Calibri" w:eastAsia="Calibri" w:hAnsi="Calibri" w:cs="Calibri"/>
              </w:rPr>
              <w:t>;</w:t>
            </w:r>
          </w:p>
          <w:p w14:paraId="0480FB11" w14:textId="77777777" w:rsidR="00ED629A" w:rsidRPr="00ED629A" w:rsidRDefault="00ED629A" w:rsidP="008A5E95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ED629A">
              <w:rPr>
                <w:rFonts w:ascii="Calibri" w:eastAsia="Calibri" w:hAnsi="Calibri" w:cs="Calibri"/>
              </w:rPr>
              <w:t>przedstawia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obserwacje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ED629A">
              <w:rPr>
                <w:rFonts w:ascii="Calibri" w:eastAsia="Calibri" w:hAnsi="Calibri" w:cs="Calibri"/>
              </w:rPr>
              <w:t>formie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prostego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schematu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urbanistycznego</w:t>
            </w:r>
            <w:proofErr w:type="spellEnd"/>
            <w:r w:rsidRPr="00ED629A">
              <w:rPr>
                <w:rFonts w:ascii="Calibri" w:eastAsia="Calibri" w:hAnsi="Calibri" w:cs="Calibri"/>
              </w:rPr>
              <w:t>;</w:t>
            </w:r>
          </w:p>
          <w:p w14:paraId="270269CA" w14:textId="6C055D22" w:rsidR="4549D576" w:rsidRPr="00ED629A" w:rsidRDefault="00ED629A" w:rsidP="008A5E95">
            <w:pPr>
              <w:numPr>
                <w:ilvl w:val="0"/>
                <w:numId w:val="10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ED629A">
              <w:rPr>
                <w:rFonts w:ascii="Calibri" w:eastAsia="Calibri" w:hAnsi="Calibri" w:cs="Calibri"/>
              </w:rPr>
              <w:lastRenderedPageBreak/>
              <w:t>omawia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własne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wnioski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przed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grupą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ED629A">
              <w:rPr>
                <w:rFonts w:ascii="Calibri" w:eastAsia="Calibri" w:hAnsi="Calibri" w:cs="Calibri"/>
              </w:rPr>
              <w:t>porównuje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je z </w:t>
            </w:r>
            <w:proofErr w:type="spellStart"/>
            <w:r w:rsidRPr="00ED629A">
              <w:rPr>
                <w:rFonts w:ascii="Calibri" w:eastAsia="Calibri" w:hAnsi="Calibri" w:cs="Calibri"/>
              </w:rPr>
              <w:t>obserwacjami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innych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osób</w:t>
            </w:r>
            <w:proofErr w:type="spellEnd"/>
            <w:r w:rsidRPr="00ED629A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3E5F231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77D85" w14:textId="09ADB9DC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lastRenderedPageBreak/>
              <w:t>Wymagania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techniczne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jednostki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dydaktycznej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BCE0D2" w14:textId="20E0B14C" w:rsidR="4549D576" w:rsidRPr="00ED629A" w:rsidRDefault="00ED629A" w:rsidP="4549D576">
            <w:r w:rsidRPr="00ED629A">
              <w:rPr>
                <w:rFonts w:ascii="Calibri" w:eastAsia="Calibri" w:hAnsi="Calibri" w:cs="Calibri"/>
              </w:rPr>
              <w:t xml:space="preserve">Sala </w:t>
            </w:r>
            <w:proofErr w:type="spellStart"/>
            <w:r w:rsidRPr="00ED629A">
              <w:rPr>
                <w:rFonts w:ascii="Calibri" w:eastAsia="Calibri" w:hAnsi="Calibri" w:cs="Calibri"/>
              </w:rPr>
              <w:t>ćwiczeniowa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Pr="00ED629A">
              <w:rPr>
                <w:rFonts w:ascii="Calibri" w:eastAsia="Calibri" w:hAnsi="Calibri" w:cs="Calibri"/>
              </w:rPr>
              <w:t>możliwością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pracy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indywidualnej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ED629A">
              <w:rPr>
                <w:rFonts w:ascii="Calibri" w:eastAsia="Calibri" w:hAnsi="Calibri" w:cs="Calibri"/>
              </w:rPr>
              <w:t>dyskusji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grupowej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; </w:t>
            </w:r>
            <w:proofErr w:type="spellStart"/>
            <w:r w:rsidRPr="00ED629A">
              <w:rPr>
                <w:rFonts w:ascii="Calibri" w:eastAsia="Calibri" w:hAnsi="Calibri" w:cs="Calibri"/>
              </w:rPr>
              <w:t>rzutnik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lub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ekran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; </w:t>
            </w:r>
            <w:proofErr w:type="spellStart"/>
            <w:r w:rsidRPr="00ED629A">
              <w:rPr>
                <w:rFonts w:ascii="Calibri" w:eastAsia="Calibri" w:hAnsi="Calibri" w:cs="Calibri"/>
              </w:rPr>
              <w:t>kartki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A3,</w:t>
            </w: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dostęp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do map </w:t>
            </w:r>
            <w:proofErr w:type="spellStart"/>
            <w:r w:rsidRPr="00ED629A">
              <w:rPr>
                <w:rFonts w:ascii="Calibri" w:eastAsia="Calibri" w:hAnsi="Calibri" w:cs="Calibri"/>
              </w:rPr>
              <w:t>internetowych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lub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ortofotomapy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; </w:t>
            </w:r>
            <w:proofErr w:type="spellStart"/>
            <w:r w:rsidRPr="00ED629A">
              <w:rPr>
                <w:rFonts w:ascii="Calibri" w:eastAsia="Calibri" w:hAnsi="Calibri" w:cs="Calibri"/>
              </w:rPr>
              <w:t>komputer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prowadzącego</w:t>
            </w:r>
            <w:proofErr w:type="spellEnd"/>
          </w:p>
        </w:tc>
      </w:tr>
      <w:tr w:rsidR="4549D576" w14:paraId="44300459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1E9694" w14:textId="00FA2F4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Czynności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organizacyjne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4549D576">
              <w:rPr>
                <w:rFonts w:ascii="Calibri" w:eastAsia="Calibri" w:hAnsi="Calibri" w:cs="Calibri"/>
              </w:rPr>
              <w:t>przygotowawcze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D9DF34" w14:textId="77777777" w:rsidR="4549D576" w:rsidRPr="00ED629A" w:rsidRDefault="00ED629A" w:rsidP="4549D576">
            <w:pPr>
              <w:rPr>
                <w:rFonts w:ascii="Calibri" w:eastAsia="Calibri" w:hAnsi="Calibri" w:cs="Calibri"/>
              </w:rPr>
            </w:pPr>
            <w:proofErr w:type="spellStart"/>
            <w:r w:rsidRPr="00ED629A">
              <w:rPr>
                <w:rFonts w:ascii="Calibri" w:eastAsia="Calibri" w:hAnsi="Calibri" w:cs="Calibri"/>
              </w:rPr>
              <w:t>przygotowanie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materiałów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rysunkowych</w:t>
            </w:r>
            <w:proofErr w:type="spellEnd"/>
            <w:r w:rsidRPr="00ED629A">
              <w:rPr>
                <w:rFonts w:ascii="Calibri" w:eastAsia="Calibri" w:hAnsi="Calibri" w:cs="Calibri"/>
              </w:rPr>
              <w:t>:</w:t>
            </w:r>
            <w:r w:rsidRPr="00ED629A">
              <w:rPr>
                <w:rFonts w:ascii="Calibri" w:eastAsia="Calibri" w:hAnsi="Calibri" w:cs="Calibri"/>
              </w:rPr>
              <w:br/>
              <w:t xml:space="preserve">- </w:t>
            </w:r>
            <w:proofErr w:type="spellStart"/>
            <w:r w:rsidRPr="00ED629A">
              <w:rPr>
                <w:rFonts w:ascii="Calibri" w:eastAsia="Calibri" w:hAnsi="Calibri" w:cs="Calibri"/>
              </w:rPr>
              <w:t>kartki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A3 </w:t>
            </w:r>
            <w:proofErr w:type="spellStart"/>
            <w:r w:rsidRPr="00ED629A">
              <w:rPr>
                <w:rFonts w:ascii="Calibri" w:eastAsia="Calibri" w:hAnsi="Calibri" w:cs="Calibri"/>
              </w:rPr>
              <w:t>czyste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00ED629A">
              <w:rPr>
                <w:rFonts w:ascii="Calibri" w:eastAsia="Calibri" w:hAnsi="Calibri" w:cs="Calibri"/>
              </w:rPr>
              <w:t>schematów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ED629A">
              <w:rPr>
                <w:rFonts w:ascii="Calibri" w:eastAsia="Calibri" w:hAnsi="Calibri" w:cs="Calibri"/>
              </w:rPr>
              <w:t>skali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urbanistycznej</w:t>
            </w:r>
            <w:proofErr w:type="spellEnd"/>
            <w:r w:rsidRPr="00ED629A">
              <w:rPr>
                <w:rFonts w:ascii="Calibri" w:eastAsia="Calibri" w:hAnsi="Calibri" w:cs="Calibri"/>
              </w:rPr>
              <w:t>;</w:t>
            </w:r>
          </w:p>
          <w:p w14:paraId="08A90A15" w14:textId="77777777" w:rsidR="00ED629A" w:rsidRDefault="00ED629A" w:rsidP="4549D576">
            <w:pPr>
              <w:rPr>
                <w:rFonts w:ascii="Calibri" w:eastAsia="Calibri" w:hAnsi="Calibri" w:cs="Calibri"/>
              </w:rPr>
            </w:pPr>
            <w:r w:rsidRPr="00ED629A">
              <w:rPr>
                <w:rFonts w:ascii="Calibri" w:eastAsia="Calibri" w:hAnsi="Calibri" w:cs="Calibri"/>
              </w:rPr>
              <w:t xml:space="preserve">- </w:t>
            </w:r>
            <w:proofErr w:type="spellStart"/>
            <w:r w:rsidRPr="00ED629A">
              <w:rPr>
                <w:rFonts w:ascii="Calibri" w:eastAsia="Calibri" w:hAnsi="Calibri" w:cs="Calibri"/>
              </w:rPr>
              <w:t>kartki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A3 z </w:t>
            </w:r>
            <w:proofErr w:type="spellStart"/>
            <w:r w:rsidRPr="00ED629A">
              <w:rPr>
                <w:rFonts w:ascii="Calibri" w:eastAsia="Calibri" w:hAnsi="Calibri" w:cs="Calibri"/>
              </w:rPr>
              <w:t>wydrukowaną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ED629A">
              <w:rPr>
                <w:rFonts w:ascii="Calibri" w:eastAsia="Calibri" w:hAnsi="Calibri" w:cs="Calibri"/>
              </w:rPr>
              <w:t>szarym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kolorze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kratką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o </w:t>
            </w:r>
            <w:proofErr w:type="spellStart"/>
            <w:r w:rsidRPr="00ED629A">
              <w:rPr>
                <w:rFonts w:ascii="Calibri" w:eastAsia="Calibri" w:hAnsi="Calibri" w:cs="Calibri"/>
              </w:rPr>
              <w:t>oczkach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1cm x 1cm do </w:t>
            </w:r>
            <w:proofErr w:type="spellStart"/>
            <w:r w:rsidRPr="00ED629A">
              <w:rPr>
                <w:rFonts w:ascii="Calibri" w:eastAsia="Calibri" w:hAnsi="Calibri" w:cs="Calibri"/>
              </w:rPr>
              <w:t>schematów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ED629A">
              <w:rPr>
                <w:rFonts w:ascii="Calibri" w:eastAsia="Calibri" w:hAnsi="Calibri" w:cs="Calibri"/>
              </w:rPr>
              <w:t>skali</w:t>
            </w:r>
            <w:proofErr w:type="spellEnd"/>
            <w:r w:rsidRPr="00ED629A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ED629A">
              <w:rPr>
                <w:rFonts w:ascii="Calibri" w:eastAsia="Calibri" w:hAnsi="Calibri" w:cs="Calibri"/>
              </w:rPr>
              <w:t>architektonicznej</w:t>
            </w:r>
            <w:proofErr w:type="spellEnd"/>
            <w:r w:rsidRPr="00ED629A">
              <w:rPr>
                <w:rFonts w:ascii="Calibri" w:eastAsia="Calibri" w:hAnsi="Calibri" w:cs="Calibri"/>
              </w:rPr>
              <w:t>;</w:t>
            </w:r>
          </w:p>
          <w:p w14:paraId="6843C666" w14:textId="0DD5CB20" w:rsidR="00ED629A" w:rsidRDefault="00ED629A" w:rsidP="4549D576">
            <w:r>
              <w:rPr>
                <w:rFonts w:ascii="Calibri" w:eastAsia="Calibri" w:hAnsi="Calibri" w:cs="Calibri"/>
              </w:rPr>
              <w:t xml:space="preserve">- </w:t>
            </w:r>
            <w:proofErr w:type="spellStart"/>
            <w:r>
              <w:rPr>
                <w:rFonts w:ascii="Calibri" w:eastAsia="Calibri" w:hAnsi="Calibri" w:cs="Calibri"/>
              </w:rPr>
              <w:t>schematy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przykładowe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wykreślone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przez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prowadzącego</w:t>
            </w:r>
            <w:proofErr w:type="spellEnd"/>
          </w:p>
        </w:tc>
      </w:tr>
    </w:tbl>
    <w:p w14:paraId="457686D5" w14:textId="04D697B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Harmonogram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09B972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41B587" w14:textId="5F29A265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CC1170" w14:textId="530C0C34" w:rsidR="4549D576" w:rsidRPr="006C2DC2" w:rsidRDefault="00ED629A" w:rsidP="4549D576">
            <w:proofErr w:type="spellStart"/>
            <w:r w:rsidRPr="006C2DC2">
              <w:rPr>
                <w:rFonts w:ascii="Calibri" w:eastAsia="Calibri" w:hAnsi="Calibri" w:cs="Calibri"/>
              </w:rPr>
              <w:t>Schemat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mieszkania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6C2DC2">
              <w:rPr>
                <w:rFonts w:ascii="Calibri" w:eastAsia="Calibri" w:hAnsi="Calibri" w:cs="Calibri"/>
              </w:rPr>
              <w:t>najbliższego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otoczenia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urbanistycznego</w:t>
            </w:r>
            <w:proofErr w:type="spellEnd"/>
          </w:p>
        </w:tc>
      </w:tr>
      <w:tr w:rsidR="4549D576" w14:paraId="16784BF6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384DCE" w14:textId="6E0988A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EF8028" w14:textId="1EEA5849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6C2DC2" w:rsidRPr="006C2DC2">
              <w:rPr>
                <w:rFonts w:ascii="Calibri" w:eastAsia="Calibri" w:hAnsi="Calibri" w:cs="Calibri"/>
              </w:rPr>
              <w:t>45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545F9491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82AD27" w14:textId="32FE9230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Sekwencja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działań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4549D576">
              <w:rPr>
                <w:rFonts w:ascii="Calibri" w:eastAsia="Calibri" w:hAnsi="Calibri" w:cs="Calibri"/>
              </w:rPr>
              <w:t>zadań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lub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innych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aktywności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ramach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3D3D93" w14:textId="77777777" w:rsidR="4549D576" w:rsidRPr="006C2DC2" w:rsidRDefault="00ED629A" w:rsidP="006C2DC2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6C2DC2">
              <w:rPr>
                <w:rFonts w:ascii="Calibri" w:eastAsia="Calibri" w:hAnsi="Calibri" w:cs="Calibri"/>
              </w:rPr>
              <w:t>Krótkie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wprowadzenie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do </w:t>
            </w:r>
            <w:proofErr w:type="spellStart"/>
            <w:r w:rsidRPr="006C2DC2">
              <w:rPr>
                <w:rFonts w:ascii="Calibri" w:eastAsia="Calibri" w:hAnsi="Calibri" w:cs="Calibri"/>
              </w:rPr>
              <w:t>pojęcia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schematu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urbanistycznego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6C2DC2">
              <w:rPr>
                <w:rFonts w:ascii="Calibri" w:eastAsia="Calibri" w:hAnsi="Calibri" w:cs="Calibri"/>
              </w:rPr>
              <w:t>analizy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przestrzeni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codziennej</w:t>
            </w:r>
            <w:proofErr w:type="spellEnd"/>
          </w:p>
          <w:p w14:paraId="352618E8" w14:textId="77777777" w:rsidR="00ED629A" w:rsidRPr="006C2DC2" w:rsidRDefault="00ED629A" w:rsidP="006C2DC2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6C2DC2">
              <w:rPr>
                <w:rFonts w:ascii="Calibri" w:eastAsia="Calibri" w:hAnsi="Calibri" w:cs="Calibri"/>
              </w:rPr>
              <w:t>Prezentacja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przykładowych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schamtów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przygotowanych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przez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prowadzącego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wraz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Pr="006C2DC2">
              <w:rPr>
                <w:rFonts w:ascii="Calibri" w:eastAsia="Calibri" w:hAnsi="Calibri" w:cs="Calibri"/>
              </w:rPr>
              <w:t>omówieniem</w:t>
            </w:r>
            <w:proofErr w:type="spellEnd"/>
          </w:p>
          <w:p w14:paraId="4558643E" w14:textId="17B8FFE1" w:rsidR="00ED629A" w:rsidRPr="006C2DC2" w:rsidRDefault="00ED629A" w:rsidP="006C2DC2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6C2DC2">
              <w:rPr>
                <w:rFonts w:ascii="Calibri" w:eastAsia="Calibri" w:hAnsi="Calibri" w:cs="Calibri"/>
              </w:rPr>
              <w:t>Indywidualne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rysowanie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schematu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własnego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mieszkania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z </w:t>
            </w:r>
            <w:proofErr w:type="spellStart"/>
            <w:r w:rsidRPr="006C2DC2">
              <w:rPr>
                <w:rFonts w:ascii="Calibri" w:eastAsia="Calibri" w:hAnsi="Calibri" w:cs="Calibri"/>
              </w:rPr>
              <w:t>zaznaczeniem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układu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funkcji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wejść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relacji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wewnętrznych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6C2DC2">
              <w:rPr>
                <w:rFonts w:ascii="Calibri" w:eastAsia="Calibri" w:hAnsi="Calibri" w:cs="Calibri"/>
              </w:rPr>
              <w:t>sposobu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użytkowania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przestrzeni</w:t>
            </w:r>
            <w:proofErr w:type="spellEnd"/>
            <w:r w:rsidRPr="006C2DC2">
              <w:rPr>
                <w:rFonts w:ascii="Calibri" w:eastAsia="Calibri" w:hAnsi="Calibri" w:cs="Calibri"/>
              </w:rPr>
              <w:t>.</w:t>
            </w:r>
          </w:p>
          <w:p w14:paraId="6B0A8326" w14:textId="2E15DC81" w:rsidR="00ED629A" w:rsidRPr="006C2DC2" w:rsidRDefault="00ED629A" w:rsidP="006C2DC2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6C2DC2">
              <w:rPr>
                <w:rFonts w:ascii="Calibri" w:eastAsia="Calibri" w:hAnsi="Calibri" w:cs="Calibri"/>
              </w:rPr>
              <w:t>Rysowanie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schematu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najbliższego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otoczenia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: </w:t>
            </w:r>
            <w:proofErr w:type="spellStart"/>
            <w:r w:rsidRPr="006C2DC2">
              <w:rPr>
                <w:rFonts w:ascii="Calibri" w:eastAsia="Calibri" w:hAnsi="Calibri" w:cs="Calibri"/>
              </w:rPr>
              <w:t>budynku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podwórka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osiedla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ulic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dojść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pieszych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miejsc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spotkań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zieleni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usług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6C2DC2">
              <w:rPr>
                <w:rFonts w:ascii="Calibri" w:eastAsia="Calibri" w:hAnsi="Calibri" w:cs="Calibri"/>
              </w:rPr>
              <w:t>barier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przestrzennych</w:t>
            </w:r>
            <w:proofErr w:type="spellEnd"/>
            <w:r w:rsidRPr="006C2DC2">
              <w:rPr>
                <w:rFonts w:ascii="Calibri" w:eastAsia="Calibri" w:hAnsi="Calibri" w:cs="Calibri"/>
              </w:rPr>
              <w:t>.</w:t>
            </w:r>
          </w:p>
          <w:p w14:paraId="01FB0F28" w14:textId="58A408AA" w:rsidR="00ED629A" w:rsidRPr="00FC53B4" w:rsidRDefault="00ED629A" w:rsidP="00FC53B4">
            <w:pPr>
              <w:numPr>
                <w:ilvl w:val="0"/>
                <w:numId w:val="12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6C2DC2">
              <w:rPr>
                <w:rFonts w:ascii="Calibri" w:eastAsia="Calibri" w:hAnsi="Calibri" w:cs="Calibri"/>
              </w:rPr>
              <w:t>Zaznaczenie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elementów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istotnych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dla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komfortu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użytkowania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dostępności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6C2DC2">
              <w:rPr>
                <w:rFonts w:ascii="Calibri" w:eastAsia="Calibri" w:hAnsi="Calibri" w:cs="Calibri"/>
              </w:rPr>
              <w:t>orientacji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006C2DC2">
              <w:rPr>
                <w:rFonts w:ascii="Calibri" w:eastAsia="Calibri" w:hAnsi="Calibri" w:cs="Calibri"/>
              </w:rPr>
              <w:t>przestrzeni</w:t>
            </w:r>
            <w:proofErr w:type="spellEnd"/>
            <w:r w:rsidRPr="006C2DC2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43106AFA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32992" w14:textId="3BD5CDF2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F53AB9" w14:textId="4A4D71AD" w:rsidR="4549D576" w:rsidRPr="006C2DC2" w:rsidRDefault="00ED629A" w:rsidP="4549D576">
            <w:pPr>
              <w:rPr>
                <w:rFonts w:ascii="Calibri" w:eastAsia="Calibri" w:hAnsi="Calibri" w:cs="Calibri"/>
              </w:rPr>
            </w:pPr>
            <w:proofErr w:type="spellStart"/>
            <w:r w:rsidRPr="006C2DC2">
              <w:rPr>
                <w:rFonts w:ascii="Calibri" w:eastAsia="Calibri" w:hAnsi="Calibri" w:cs="Calibri"/>
                <w:b/>
                <w:bCs/>
              </w:rPr>
              <w:t>Omówienie</w:t>
            </w:r>
            <w:proofErr w:type="spellEnd"/>
            <w:r w:rsidRPr="006C2DC2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  <w:b/>
                <w:bCs/>
              </w:rPr>
              <w:t>schematów</w:t>
            </w:r>
            <w:proofErr w:type="spellEnd"/>
            <w:r w:rsidRPr="006C2DC2">
              <w:rPr>
                <w:rFonts w:ascii="Calibri" w:eastAsia="Calibri" w:hAnsi="Calibri" w:cs="Calibri"/>
                <w:b/>
                <w:bCs/>
              </w:rPr>
              <w:t xml:space="preserve"> i </w:t>
            </w:r>
            <w:proofErr w:type="spellStart"/>
            <w:r w:rsidRPr="006C2DC2">
              <w:rPr>
                <w:rFonts w:ascii="Calibri" w:eastAsia="Calibri" w:hAnsi="Calibri" w:cs="Calibri"/>
                <w:b/>
                <w:bCs/>
              </w:rPr>
              <w:t>poszukiwanie</w:t>
            </w:r>
            <w:proofErr w:type="spellEnd"/>
            <w:r w:rsidRPr="006C2DC2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  <w:b/>
                <w:bCs/>
              </w:rPr>
              <w:t>zależności</w:t>
            </w:r>
            <w:proofErr w:type="spellEnd"/>
            <w:r w:rsidRPr="006C2DC2">
              <w:rPr>
                <w:rFonts w:ascii="Calibri" w:eastAsia="Calibri" w:hAnsi="Calibri" w:cs="Calibri"/>
                <w:b/>
                <w:bCs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  <w:b/>
                <w:bCs/>
              </w:rPr>
              <w:t>przestrzennych</w:t>
            </w:r>
            <w:proofErr w:type="spellEnd"/>
          </w:p>
        </w:tc>
      </w:tr>
      <w:tr w:rsidR="4549D576" w14:paraId="531E2933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DDD3DB" w14:textId="1C0653F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58DD21C" w14:textId="5D040485" w:rsidR="4549D576" w:rsidRPr="006C2DC2" w:rsidRDefault="4549D576" w:rsidP="4549D576">
            <w:r w:rsidRPr="006C2DC2">
              <w:rPr>
                <w:rFonts w:ascii="Calibri" w:eastAsia="Calibri" w:hAnsi="Calibri" w:cs="Calibri"/>
              </w:rPr>
              <w:t xml:space="preserve"> </w:t>
            </w:r>
            <w:r w:rsidR="006C2DC2" w:rsidRPr="006C2DC2">
              <w:rPr>
                <w:rFonts w:ascii="Calibri" w:eastAsia="Calibri" w:hAnsi="Calibri" w:cs="Calibri"/>
              </w:rPr>
              <w:t>135</w:t>
            </w:r>
            <w:r w:rsidR="00ED629A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ED629A"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4549D576" w14:paraId="4184316D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8E2A81" w14:textId="7904654F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Sekwencja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działań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4549D576">
              <w:rPr>
                <w:rFonts w:ascii="Calibri" w:eastAsia="Calibri" w:hAnsi="Calibri" w:cs="Calibri"/>
              </w:rPr>
              <w:t>zadań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lub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innych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aktywności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ramach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25DAE1" w14:textId="408AF640" w:rsidR="00ED629A" w:rsidRPr="006C2DC2" w:rsidRDefault="00ED629A" w:rsidP="006C2DC2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6C2DC2">
              <w:rPr>
                <w:rFonts w:ascii="Calibri" w:eastAsia="Calibri" w:hAnsi="Calibri" w:cs="Calibri"/>
              </w:rPr>
              <w:t>Krótkie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prezentacje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studenckie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schematów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mieszkania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6C2DC2">
              <w:rPr>
                <w:rFonts w:ascii="Calibri" w:eastAsia="Calibri" w:hAnsi="Calibri" w:cs="Calibri"/>
              </w:rPr>
              <w:t>osiedla</w:t>
            </w:r>
            <w:proofErr w:type="spellEnd"/>
            <w:r w:rsidRPr="006C2DC2">
              <w:rPr>
                <w:rFonts w:ascii="Calibri" w:eastAsia="Calibri" w:hAnsi="Calibri" w:cs="Calibri"/>
              </w:rPr>
              <w:t>.</w:t>
            </w:r>
            <w:r w:rsidR="006C2DC2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6C2DC2" w:rsidRPr="006C2DC2">
              <w:rPr>
                <w:rFonts w:ascii="Calibri" w:eastAsia="Calibri" w:hAnsi="Calibri" w:cs="Calibri"/>
              </w:rPr>
              <w:t>Prezentacjom</w:t>
            </w:r>
            <w:proofErr w:type="spellEnd"/>
            <w:r w:rsidR="006C2DC2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6C2DC2" w:rsidRPr="006C2DC2">
              <w:rPr>
                <w:rFonts w:ascii="Calibri" w:eastAsia="Calibri" w:hAnsi="Calibri" w:cs="Calibri"/>
              </w:rPr>
              <w:t>towarzyszy</w:t>
            </w:r>
            <w:proofErr w:type="spellEnd"/>
            <w:r w:rsidR="006C2DC2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6C2DC2" w:rsidRPr="006C2DC2">
              <w:rPr>
                <w:rFonts w:ascii="Calibri" w:eastAsia="Calibri" w:hAnsi="Calibri" w:cs="Calibri"/>
              </w:rPr>
              <w:t>weryfikacja</w:t>
            </w:r>
            <w:proofErr w:type="spellEnd"/>
            <w:r w:rsidR="006C2DC2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6C2DC2" w:rsidRPr="006C2DC2">
              <w:rPr>
                <w:rFonts w:ascii="Calibri" w:eastAsia="Calibri" w:hAnsi="Calibri" w:cs="Calibri"/>
              </w:rPr>
              <w:t>mpzp</w:t>
            </w:r>
            <w:proofErr w:type="spellEnd"/>
            <w:r w:rsidR="006C2DC2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6C2DC2" w:rsidRPr="006C2DC2">
              <w:rPr>
                <w:rFonts w:ascii="Calibri" w:eastAsia="Calibri" w:hAnsi="Calibri" w:cs="Calibri"/>
              </w:rPr>
              <w:t>prezentowanego</w:t>
            </w:r>
            <w:proofErr w:type="spellEnd"/>
            <w:r w:rsidR="006C2DC2"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6C2DC2" w:rsidRPr="006C2DC2">
              <w:rPr>
                <w:rFonts w:ascii="Calibri" w:eastAsia="Calibri" w:hAnsi="Calibri" w:cs="Calibri"/>
              </w:rPr>
              <w:t>obszaru</w:t>
            </w:r>
            <w:proofErr w:type="spellEnd"/>
            <w:r w:rsidR="006C2DC2" w:rsidRPr="006C2DC2">
              <w:rPr>
                <w:rFonts w:ascii="Calibri" w:eastAsia="Calibri" w:hAnsi="Calibri" w:cs="Calibri"/>
              </w:rPr>
              <w:t>.</w:t>
            </w:r>
          </w:p>
          <w:p w14:paraId="2D4ABBB6" w14:textId="52AFE257" w:rsidR="00ED629A" w:rsidRPr="006C2DC2" w:rsidRDefault="00ED629A" w:rsidP="006C2DC2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</w:rPr>
            </w:pPr>
            <w:r w:rsidRPr="006C2DC2">
              <w:rPr>
                <w:rFonts w:ascii="Calibri" w:eastAsia="Calibri" w:hAnsi="Calibri" w:cs="Calibri"/>
              </w:rPr>
              <w:t xml:space="preserve">Dyskusja </w:t>
            </w:r>
            <w:proofErr w:type="spellStart"/>
            <w:r w:rsidRPr="006C2DC2">
              <w:rPr>
                <w:rFonts w:ascii="Calibri" w:eastAsia="Calibri" w:hAnsi="Calibri" w:cs="Calibri"/>
              </w:rPr>
              <w:t>nad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powtarzającymi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się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problemami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6C2DC2">
              <w:rPr>
                <w:rFonts w:ascii="Calibri" w:eastAsia="Calibri" w:hAnsi="Calibri" w:cs="Calibri"/>
              </w:rPr>
              <w:t>rozwiązaniami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: </w:t>
            </w:r>
            <w:proofErr w:type="spellStart"/>
            <w:r w:rsidRPr="006C2DC2">
              <w:rPr>
                <w:rFonts w:ascii="Calibri" w:eastAsia="Calibri" w:hAnsi="Calibri" w:cs="Calibri"/>
              </w:rPr>
              <w:t>dojścia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wejścia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przestrzenie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wspólne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parkingi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zieleń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usługi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bezpieczeństwo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czytelność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układu</w:t>
            </w:r>
            <w:proofErr w:type="spellEnd"/>
            <w:r w:rsidRPr="006C2DC2">
              <w:rPr>
                <w:rFonts w:ascii="Calibri" w:eastAsia="Calibri" w:hAnsi="Calibri" w:cs="Calibri"/>
              </w:rPr>
              <w:t>.</w:t>
            </w:r>
          </w:p>
          <w:p w14:paraId="71F5D736" w14:textId="2B9A8555" w:rsidR="4549D576" w:rsidRPr="006C2DC2" w:rsidRDefault="00ED629A" w:rsidP="006C2DC2">
            <w:pPr>
              <w:numPr>
                <w:ilvl w:val="0"/>
                <w:numId w:val="15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6C2DC2">
              <w:rPr>
                <w:rFonts w:ascii="Calibri" w:eastAsia="Calibri" w:hAnsi="Calibri" w:cs="Calibri"/>
              </w:rPr>
              <w:lastRenderedPageBreak/>
              <w:t>Porównanie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różnych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typów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układów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urbanistycznych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6C2DC2">
              <w:rPr>
                <w:rFonts w:ascii="Calibri" w:eastAsia="Calibri" w:hAnsi="Calibri" w:cs="Calibri"/>
              </w:rPr>
              <w:t>sposobów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funkcjonowania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przestrzeni</w:t>
            </w:r>
            <w:proofErr w:type="spellEnd"/>
            <w:r w:rsidRPr="006C2DC2">
              <w:rPr>
                <w:rFonts w:ascii="Calibri" w:eastAsia="Calibri" w:hAnsi="Calibri" w:cs="Calibri"/>
              </w:rPr>
              <w:t>.</w:t>
            </w:r>
          </w:p>
        </w:tc>
      </w:tr>
      <w:tr w:rsidR="00ED629A" w14:paraId="33536DA2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7B5D2C" w14:textId="793E5FC6" w:rsidR="00ED629A" w:rsidRPr="4549D576" w:rsidRDefault="00ED629A" w:rsidP="00ED629A">
            <w:pPr>
              <w:rPr>
                <w:rFonts w:ascii="Calibri" w:eastAsia="Calibri" w:hAnsi="Calibri" w:cs="Calibri"/>
              </w:rPr>
            </w:pPr>
            <w:r w:rsidRPr="4549D576">
              <w:rPr>
                <w:rFonts w:ascii="Calibri" w:eastAsia="Calibri" w:hAnsi="Calibri" w:cs="Calibri"/>
              </w:rPr>
              <w:lastRenderedPageBreak/>
              <w:t xml:space="preserve">Nazwa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B246D0" w14:textId="73613702" w:rsidR="00ED629A" w:rsidRPr="006C2DC2" w:rsidRDefault="00ED629A" w:rsidP="00ED629A">
            <w:pPr>
              <w:rPr>
                <w:rFonts w:ascii="Calibri" w:eastAsia="Calibri" w:hAnsi="Calibri" w:cs="Calibri"/>
              </w:rPr>
            </w:pPr>
            <w:proofErr w:type="spellStart"/>
            <w:r w:rsidRPr="006C2DC2">
              <w:rPr>
                <w:rFonts w:ascii="Calibri" w:eastAsia="Calibri" w:hAnsi="Calibri" w:cs="Calibri"/>
              </w:rPr>
              <w:t>Podsumowanie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wyników</w:t>
            </w:r>
            <w:proofErr w:type="spellEnd"/>
          </w:p>
        </w:tc>
      </w:tr>
      <w:tr w:rsidR="00ED629A" w14:paraId="7CE7D4FF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2A1B20D" w14:textId="24673C89" w:rsidR="00ED629A" w:rsidRPr="4549D576" w:rsidRDefault="00ED629A" w:rsidP="00ED629A">
            <w:pPr>
              <w:rPr>
                <w:rFonts w:ascii="Calibri" w:eastAsia="Calibri" w:hAnsi="Calibri" w:cs="Calibri"/>
              </w:rPr>
            </w:pPr>
            <w:proofErr w:type="spellStart"/>
            <w:r w:rsidRPr="4549D576">
              <w:rPr>
                <w:rFonts w:ascii="Calibri" w:eastAsia="Calibri" w:hAnsi="Calibri" w:cs="Calibri"/>
              </w:rPr>
              <w:t>Planowany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czas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0385A2A" w14:textId="7097054B" w:rsidR="00ED629A" w:rsidRPr="006C2DC2" w:rsidRDefault="00ED629A" w:rsidP="00ED629A">
            <w:pPr>
              <w:rPr>
                <w:rFonts w:ascii="Calibri" w:eastAsia="Calibri" w:hAnsi="Calibri" w:cs="Calibri"/>
              </w:rPr>
            </w:pPr>
            <w:r w:rsidRPr="006C2DC2">
              <w:rPr>
                <w:rFonts w:ascii="Calibri" w:eastAsia="Calibri" w:hAnsi="Calibri" w:cs="Calibri"/>
              </w:rPr>
              <w:t xml:space="preserve">45 </w:t>
            </w:r>
            <w:proofErr w:type="spellStart"/>
            <w:r w:rsidRPr="006C2DC2">
              <w:rPr>
                <w:rFonts w:ascii="Calibri" w:eastAsia="Calibri" w:hAnsi="Calibri" w:cs="Calibri"/>
              </w:rPr>
              <w:t>minut</w:t>
            </w:r>
            <w:proofErr w:type="spellEnd"/>
          </w:p>
        </w:tc>
      </w:tr>
      <w:tr w:rsidR="00ED629A" w14:paraId="0007F128" w14:textId="77777777" w:rsidTr="00ED629A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E32F60" w14:textId="6DFC7FAF" w:rsidR="00ED629A" w:rsidRPr="4549D576" w:rsidRDefault="00ED629A" w:rsidP="00ED629A">
            <w:pPr>
              <w:rPr>
                <w:rFonts w:ascii="Calibri" w:eastAsia="Calibri" w:hAnsi="Calibri" w:cs="Calibri"/>
              </w:rPr>
            </w:pPr>
            <w:proofErr w:type="spellStart"/>
            <w:r w:rsidRPr="4549D576">
              <w:rPr>
                <w:rFonts w:ascii="Calibri" w:eastAsia="Calibri" w:hAnsi="Calibri" w:cs="Calibri"/>
              </w:rPr>
              <w:t>Sekwencja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działań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4549D576">
              <w:rPr>
                <w:rFonts w:ascii="Calibri" w:eastAsia="Calibri" w:hAnsi="Calibri" w:cs="Calibri"/>
              </w:rPr>
              <w:t>zadań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ćwiczeń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lub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innych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aktywności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w </w:t>
            </w:r>
            <w:proofErr w:type="spellStart"/>
            <w:r w:rsidRPr="4549D576">
              <w:rPr>
                <w:rFonts w:ascii="Calibri" w:eastAsia="Calibri" w:hAnsi="Calibri" w:cs="Calibri"/>
              </w:rPr>
              <w:t>ramach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zagadnienia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3D5DC0" w14:textId="78AAFCC4" w:rsidR="006C2DC2" w:rsidRPr="006C2DC2" w:rsidRDefault="006C2DC2" w:rsidP="006C2DC2">
            <w:pPr>
              <w:numPr>
                <w:ilvl w:val="0"/>
                <w:numId w:val="14"/>
              </w:numPr>
              <w:ind w:left="314" w:hanging="283"/>
              <w:rPr>
                <w:rFonts w:ascii="Calibri" w:eastAsia="Calibri" w:hAnsi="Calibri" w:cs="Calibri"/>
              </w:rPr>
            </w:pPr>
            <w:proofErr w:type="spellStart"/>
            <w:r w:rsidRPr="006C2DC2">
              <w:rPr>
                <w:rFonts w:ascii="Calibri" w:eastAsia="Calibri" w:hAnsi="Calibri" w:cs="Calibri"/>
              </w:rPr>
              <w:t>Wspólne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sformułowanie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listy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elementów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które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powinny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być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przedmiotem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dalszych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analiz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urbanistycznych</w:t>
            </w:r>
            <w:proofErr w:type="spellEnd"/>
            <w:r w:rsidRPr="006C2DC2">
              <w:rPr>
                <w:rFonts w:ascii="Calibri" w:eastAsia="Calibri" w:hAnsi="Calibri" w:cs="Calibri"/>
              </w:rPr>
              <w:t>.</w:t>
            </w:r>
          </w:p>
          <w:p w14:paraId="7A9D4FB6" w14:textId="577EF2FE" w:rsidR="00ED629A" w:rsidRPr="006C2DC2" w:rsidRDefault="006C2DC2" w:rsidP="006C2DC2">
            <w:pPr>
              <w:numPr>
                <w:ilvl w:val="0"/>
                <w:numId w:val="14"/>
              </w:numPr>
              <w:ind w:left="314" w:hanging="283"/>
              <w:rPr>
                <w:rFonts w:eastAsiaTheme="minorHAnsi"/>
              </w:rPr>
            </w:pPr>
            <w:proofErr w:type="spellStart"/>
            <w:r w:rsidRPr="006C2DC2">
              <w:rPr>
                <w:rFonts w:ascii="Calibri" w:eastAsia="Calibri" w:hAnsi="Calibri" w:cs="Calibri"/>
              </w:rPr>
              <w:t>Podsumowanie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zajęć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6C2DC2">
              <w:rPr>
                <w:rFonts w:ascii="Calibri" w:eastAsia="Calibri" w:hAnsi="Calibri" w:cs="Calibri"/>
              </w:rPr>
              <w:t>wskazanie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powiązania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między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obserwacją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przestrzeni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a </w:t>
            </w:r>
            <w:proofErr w:type="spellStart"/>
            <w:r w:rsidRPr="006C2DC2">
              <w:rPr>
                <w:rFonts w:ascii="Calibri" w:eastAsia="Calibri" w:hAnsi="Calibri" w:cs="Calibri"/>
              </w:rPr>
              <w:t>późniejszą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analizą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MPZP.</w:t>
            </w:r>
          </w:p>
        </w:tc>
      </w:tr>
    </w:tbl>
    <w:p w14:paraId="14C20F08" w14:textId="0BE51400" w:rsidR="551F1297" w:rsidRDefault="551F1297" w:rsidP="4549D576">
      <w:pPr>
        <w:pStyle w:val="Nagwek1"/>
      </w:pPr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Metody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4E0B8211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F067DB" w14:textId="112BA0F3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Wykorzystane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metody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B79D4EA" w14:textId="037CF2EB" w:rsidR="4549D576" w:rsidRDefault="006C2DC2" w:rsidP="4549D576">
            <w:r w:rsidRPr="006C2DC2">
              <w:rPr>
                <w:rFonts w:ascii="Calibri" w:eastAsia="Calibri" w:hAnsi="Calibri" w:cs="Calibri"/>
              </w:rPr>
              <w:t xml:space="preserve">Dyskusja, </w:t>
            </w:r>
            <w:proofErr w:type="spellStart"/>
            <w:r w:rsidRPr="006C2DC2">
              <w:rPr>
                <w:rFonts w:ascii="Calibri" w:eastAsia="Calibri" w:hAnsi="Calibri" w:cs="Calibri"/>
              </w:rPr>
              <w:t>burza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mózgów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prezentacja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analiza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porównawcza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metoda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problemowa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praca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indywidualna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wnioskowanie</w:t>
            </w:r>
            <w:proofErr w:type="spellEnd"/>
          </w:p>
        </w:tc>
      </w:tr>
      <w:tr w:rsidR="4549D576" w14:paraId="3E803007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6941D3" w14:textId="6305F4EA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Narzędzia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183C8" w14:textId="391BAFBE" w:rsidR="4549D576" w:rsidRPr="006C2DC2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Schematy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rysunkowe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mapy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internetowe</w:t>
            </w:r>
            <w:proofErr w:type="spellEnd"/>
          </w:p>
        </w:tc>
      </w:tr>
      <w:tr w:rsidR="4549D576" w14:paraId="2E5E8D7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E758B0" w14:textId="04C6788B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Formy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604B48" w14:textId="1C32E8F2" w:rsidR="4549D576" w:rsidRPr="006C2DC2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Praca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indywidualna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prezentacja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indywidualna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dyskusja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grupowa</w:t>
            </w:r>
            <w:proofErr w:type="spellEnd"/>
          </w:p>
        </w:tc>
      </w:tr>
      <w:tr w:rsidR="4549D576" w14:paraId="0FAC14BB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52618" w14:textId="43174B51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Literatura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inne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46B34D" w14:textId="77777777" w:rsidR="00FC53B4" w:rsidRDefault="00FC53B4" w:rsidP="00FC53B4">
            <w:pPr>
              <w:spacing w:after="19" w:line="265" w:lineRule="auto"/>
              <w:rPr>
                <w:color w:val="000000" w:themeColor="text1"/>
                <w:szCs w:val="18"/>
              </w:rPr>
            </w:pPr>
            <w:r w:rsidRPr="1618E3BB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Chwalibóg K. (2009), Polska polityka architektoniczna. Warszawa: SARP: Urbanista</w:t>
            </w:r>
          </w:p>
          <w:p w14:paraId="26595B88" w14:textId="523D6087" w:rsidR="00FC53B4" w:rsidRDefault="00FC53B4" w:rsidP="00FC53B4">
            <w:pPr>
              <w:spacing w:after="19" w:line="265" w:lineRule="auto"/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</w:pPr>
            <w:r w:rsidRPr="1618E3BB">
              <w:rPr>
                <w:rFonts w:ascii="DejaVu Sans" w:eastAsia="DejaVu Sans" w:hAnsi="DejaVu Sans" w:cs="DejaVu Sans"/>
                <w:color w:val="000000" w:themeColor="text1"/>
                <w:sz w:val="18"/>
                <w:szCs w:val="18"/>
                <w:lang w:val="pl-PL"/>
              </w:rPr>
              <w:t>Kowalewski A., Markowski T., Śleszyński P. (red.), 2018, Studia nad chaosem przestrzennym, Studia KPZK PAN, 182, Warszawa. Tom I: A. Kowalewski, M. J. Nowak, Chaos przestrzenny i prawo. Uwarunkowania, procesy, skutki, rekomendacje, 173 s. Tom II: Kowalewski A., Markowski T., Śleszyński P. (red.), Koszty chaosu przestrzennego, 437 s. Tom III: Synteza. Uwarunkowania, skutki i propozycje naprawy chaosu przestrzennego, 231</w:t>
            </w:r>
          </w:p>
          <w:p w14:paraId="1C90C527" w14:textId="58B6622C" w:rsidR="00FC53B4" w:rsidRPr="00FC53B4" w:rsidRDefault="00FC53B4" w:rsidP="4549D576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Geoportal.pl</w:t>
            </w:r>
          </w:p>
        </w:tc>
      </w:tr>
      <w:tr w:rsidR="4549D576" w14:paraId="0A91B36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A3AF24" w14:textId="787EFBE1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Uwagi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71E96E" w14:textId="1ED04D6F" w:rsidR="4549D576" w:rsidRPr="006C2DC2" w:rsidRDefault="006C2DC2" w:rsidP="4549D576">
            <w:pPr>
              <w:rPr>
                <w:rFonts w:ascii="Calibri" w:eastAsia="Calibri" w:hAnsi="Calibri" w:cs="Calibri"/>
              </w:rPr>
            </w:pPr>
            <w:proofErr w:type="spellStart"/>
            <w:r w:rsidRPr="006C2DC2">
              <w:rPr>
                <w:rFonts w:ascii="Calibri" w:eastAsia="Calibri" w:hAnsi="Calibri" w:cs="Calibri"/>
              </w:rPr>
              <w:t>Ćwiczenie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ma </w:t>
            </w:r>
            <w:proofErr w:type="spellStart"/>
            <w:r w:rsidRPr="006C2DC2">
              <w:rPr>
                <w:rFonts w:ascii="Calibri" w:eastAsia="Calibri" w:hAnsi="Calibri" w:cs="Calibri"/>
              </w:rPr>
              <w:t>charakter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wprowadzający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. Nie </w:t>
            </w:r>
            <w:proofErr w:type="spellStart"/>
            <w:r w:rsidRPr="006C2DC2">
              <w:rPr>
                <w:rFonts w:ascii="Calibri" w:eastAsia="Calibri" w:hAnsi="Calibri" w:cs="Calibri"/>
              </w:rPr>
              <w:t>wymaga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znajomości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zapisów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konkretnego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MPZP</w:t>
            </w:r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przed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prezentacją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, </w:t>
            </w:r>
            <w:proofErr w:type="spellStart"/>
            <w:r w:rsidRPr="006C2DC2">
              <w:rPr>
                <w:rFonts w:ascii="Calibri" w:eastAsia="Calibri" w:hAnsi="Calibri" w:cs="Calibri"/>
              </w:rPr>
              <w:t>lecz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wymaga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od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studentów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refleksji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na</w:t>
            </w:r>
            <w:r w:rsidRPr="006C2DC2">
              <w:rPr>
                <w:rFonts w:ascii="Calibri" w:eastAsia="Calibri" w:hAnsi="Calibri" w:cs="Calibri"/>
              </w:rPr>
              <w:t>d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czytani</w:t>
            </w:r>
            <w:r>
              <w:rPr>
                <w:rFonts w:ascii="Calibri" w:eastAsia="Calibri" w:hAnsi="Calibri" w:cs="Calibri"/>
              </w:rPr>
              <w:t>em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przestrzeni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przez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użytkownika</w:t>
            </w:r>
            <w:proofErr w:type="spellEnd"/>
            <w:r>
              <w:rPr>
                <w:rFonts w:ascii="Calibri" w:eastAsia="Calibri" w:hAnsi="Calibri" w:cs="Calibri"/>
              </w:rPr>
              <w:t xml:space="preserve">, a </w:t>
            </w:r>
            <w:proofErr w:type="spellStart"/>
            <w:r>
              <w:rPr>
                <w:rFonts w:ascii="Calibri" w:eastAsia="Calibri" w:hAnsi="Calibri" w:cs="Calibri"/>
              </w:rPr>
              <w:t>konsekwencjami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dokumentów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planistycznych</w:t>
            </w:r>
            <w:proofErr w:type="spellEnd"/>
            <w:r w:rsidRPr="006C2DC2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7916ABF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B242D6E" w14:textId="628EF307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2B3DE68" w14:textId="38B4D384" w:rsidR="4549D576" w:rsidRDefault="006C2DC2" w:rsidP="4549D576">
            <w:proofErr w:type="spellStart"/>
            <w:r w:rsidRPr="006C2DC2">
              <w:rPr>
                <w:rFonts w:ascii="Calibri" w:eastAsia="Calibri" w:hAnsi="Calibri" w:cs="Calibri"/>
              </w:rPr>
              <w:t>brak</w:t>
            </w:r>
            <w:proofErr w:type="spellEnd"/>
          </w:p>
        </w:tc>
      </w:tr>
    </w:tbl>
    <w:p w14:paraId="42C7293F" w14:textId="134F267B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Ocena</w:t>
      </w:r>
      <w:proofErr w:type="spellEnd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i </w:t>
      </w: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6CC5F37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F286173" w14:textId="40B4C49C" w:rsidR="4549D576" w:rsidRDefault="4549D576" w:rsidP="4549D576">
            <w:proofErr w:type="spellStart"/>
            <w:r w:rsidRPr="4549D576">
              <w:rPr>
                <w:rFonts w:ascii="Calibri" w:eastAsia="Calibri" w:hAnsi="Calibri" w:cs="Calibri"/>
              </w:rPr>
              <w:t>Efekty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uczenia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F636E7A" w14:textId="10C02AC2" w:rsidR="4549D576" w:rsidRPr="006C2DC2" w:rsidRDefault="006C2DC2" w:rsidP="4549D576">
            <w:r w:rsidRPr="006C2DC2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r w:rsidRPr="006C2DC2">
              <w:rPr>
                <w:rFonts w:ascii="Calibri" w:eastAsia="Calibri" w:hAnsi="Calibri" w:cs="Calibri"/>
              </w:rPr>
              <w:t>zna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t>i</w:t>
            </w:r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6C2DC2">
              <w:rPr>
                <w:rFonts w:ascii="Calibri" w:eastAsia="Calibri" w:hAnsi="Calibri" w:cs="Calibri"/>
              </w:rPr>
              <w:t>rozumie</w:t>
            </w:r>
            <w:proofErr w:type="spellEnd"/>
            <w:r w:rsidRPr="006C2DC2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proces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prowadzenia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analizy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istniejących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uwarunkowań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i </w:t>
            </w:r>
            <w:proofErr w:type="spellStart"/>
            <w:r w:rsidRPr="008A5E95">
              <w:rPr>
                <w:rFonts w:ascii="Calibri" w:eastAsia="Calibri" w:hAnsi="Calibri" w:cs="Calibri"/>
              </w:rPr>
              <w:t>powiązań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lokalnych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oraz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ponadlokalnych</w:t>
            </w:r>
            <w:proofErr w:type="spellEnd"/>
            <w:r w:rsidRPr="008A5E95">
              <w:rPr>
                <w:rFonts w:ascii="Calibri" w:eastAsia="Calibri" w:hAnsi="Calibri" w:cs="Calibri"/>
              </w:rPr>
              <w:t>.</w:t>
            </w:r>
            <w:r>
              <w:rPr>
                <w:rFonts w:ascii="DejaVu Sans" w:eastAsia="DejaVu Sans" w:hAnsi="DejaVu Sans" w:cs="DejaVu Sans"/>
                <w:sz w:val="18"/>
                <w:szCs w:val="18"/>
              </w:rPr>
              <w:br/>
            </w:r>
            <w:r w:rsidRPr="008A5E95">
              <w:rPr>
                <w:rFonts w:ascii="Calibri" w:eastAsia="Calibri" w:hAnsi="Calibri" w:cs="Calibri"/>
              </w:rPr>
              <w:t xml:space="preserve">Student </w:t>
            </w:r>
            <w:proofErr w:type="spellStart"/>
            <w:r w:rsidRPr="008A5E95">
              <w:rPr>
                <w:rFonts w:ascii="Calibri" w:eastAsia="Calibri" w:hAnsi="Calibri" w:cs="Calibri"/>
              </w:rPr>
              <w:t>potrafi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krytycznie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wskazywać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008A5E95">
              <w:rPr>
                <w:rFonts w:ascii="Calibri" w:eastAsia="Calibri" w:hAnsi="Calibri" w:cs="Calibri"/>
              </w:rPr>
              <w:t>braki</w:t>
            </w:r>
            <w:proofErr w:type="spellEnd"/>
            <w:r w:rsidRP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8A5E95">
              <w:rPr>
                <w:rFonts w:ascii="Calibri" w:eastAsia="Calibri" w:hAnsi="Calibri" w:cs="Calibri"/>
              </w:rPr>
              <w:t>mpzp</w:t>
            </w:r>
            <w:proofErr w:type="spellEnd"/>
            <w:r w:rsidR="008A5E95">
              <w:rPr>
                <w:rFonts w:ascii="Calibri" w:eastAsia="Calibri" w:hAnsi="Calibri" w:cs="Calibri"/>
              </w:rPr>
              <w:t>.</w:t>
            </w:r>
            <w:r w:rsidR="008A5E95">
              <w:rPr>
                <w:rFonts w:ascii="Calibri" w:eastAsia="Calibri" w:hAnsi="Calibri" w:cs="Calibri"/>
              </w:rPr>
              <w:br/>
            </w:r>
            <w:r w:rsidR="008A5E95" w:rsidRPr="008A5E95">
              <w:rPr>
                <w:rFonts w:ascii="Calibri" w:eastAsia="Calibri" w:hAnsi="Calibri" w:cs="Calibri"/>
              </w:rPr>
              <w:t xml:space="preserve">Student jest </w:t>
            </w:r>
            <w:proofErr w:type="spellStart"/>
            <w:r w:rsidR="008A5E95" w:rsidRPr="008A5E95">
              <w:rPr>
                <w:rFonts w:ascii="Calibri" w:eastAsia="Calibri" w:hAnsi="Calibri" w:cs="Calibri"/>
              </w:rPr>
              <w:t>gotów</w:t>
            </w:r>
            <w:proofErr w:type="spellEnd"/>
            <w:r w:rsidR="008A5E95" w:rsidRPr="008A5E95">
              <w:rPr>
                <w:rFonts w:ascii="Calibri" w:eastAsia="Calibri" w:hAnsi="Calibri" w:cs="Calibri"/>
              </w:rPr>
              <w:t xml:space="preserve"> do</w:t>
            </w:r>
            <w:r w:rsid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8A5E95">
              <w:rPr>
                <w:rFonts w:ascii="Calibri" w:eastAsia="Calibri" w:hAnsi="Calibri" w:cs="Calibri"/>
              </w:rPr>
              <w:t>prezentacji</w:t>
            </w:r>
            <w:proofErr w:type="spellEnd"/>
            <w:r w:rsid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8A5E95">
              <w:rPr>
                <w:rFonts w:ascii="Calibri" w:eastAsia="Calibri" w:hAnsi="Calibri" w:cs="Calibri"/>
              </w:rPr>
              <w:t>publicznej</w:t>
            </w:r>
            <w:proofErr w:type="spellEnd"/>
            <w:r w:rsidR="008A5E95">
              <w:rPr>
                <w:rFonts w:ascii="Calibri" w:eastAsia="Calibri" w:hAnsi="Calibri" w:cs="Calibri"/>
              </w:rPr>
              <w:t xml:space="preserve"> </w:t>
            </w:r>
            <w:r w:rsidR="001F0683">
              <w:rPr>
                <w:rFonts w:ascii="Calibri" w:eastAsia="Calibri" w:hAnsi="Calibri" w:cs="Calibri"/>
              </w:rPr>
              <w:t xml:space="preserve">I </w:t>
            </w:r>
            <w:proofErr w:type="spellStart"/>
            <w:r w:rsidR="008A5E95">
              <w:rPr>
                <w:rFonts w:ascii="Calibri" w:eastAsia="Calibri" w:hAnsi="Calibri" w:cs="Calibri"/>
              </w:rPr>
              <w:t>krytycznej</w:t>
            </w:r>
            <w:proofErr w:type="spellEnd"/>
            <w:r w:rsid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8A5E95">
              <w:rPr>
                <w:rFonts w:ascii="Calibri" w:eastAsia="Calibri" w:hAnsi="Calibri" w:cs="Calibri"/>
              </w:rPr>
              <w:t>analizy</w:t>
            </w:r>
            <w:proofErr w:type="spellEnd"/>
            <w:r w:rsid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8A5E95">
              <w:rPr>
                <w:rFonts w:ascii="Calibri" w:eastAsia="Calibri" w:hAnsi="Calibri" w:cs="Calibri"/>
              </w:rPr>
              <w:t>rozwiązań</w:t>
            </w:r>
            <w:proofErr w:type="spellEnd"/>
            <w:r w:rsidR="008A5E95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="008A5E95">
              <w:rPr>
                <w:rFonts w:ascii="Calibri" w:eastAsia="Calibri" w:hAnsi="Calibri" w:cs="Calibri"/>
              </w:rPr>
              <w:t>projektowych</w:t>
            </w:r>
            <w:proofErr w:type="spellEnd"/>
            <w:r w:rsidR="008A5E95">
              <w:rPr>
                <w:rFonts w:ascii="Calibri" w:eastAsia="Calibri" w:hAnsi="Calibri" w:cs="Calibri"/>
              </w:rPr>
              <w:t>.</w:t>
            </w:r>
          </w:p>
        </w:tc>
      </w:tr>
      <w:tr w:rsidR="4549D576" w14:paraId="66E94F5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7D9C2EE" w14:textId="2F7FF948" w:rsidR="4549D576" w:rsidRDefault="4549D576" w:rsidP="4549D576">
            <w:r w:rsidRPr="4549D576">
              <w:rPr>
                <w:rFonts w:ascii="Calibri" w:eastAsia="Calibri" w:hAnsi="Calibri" w:cs="Calibri"/>
              </w:rPr>
              <w:lastRenderedPageBreak/>
              <w:t xml:space="preserve">Metody </w:t>
            </w:r>
            <w:proofErr w:type="spellStart"/>
            <w:r w:rsidRPr="4549D576">
              <w:rPr>
                <w:rFonts w:ascii="Calibri" w:eastAsia="Calibri" w:hAnsi="Calibri" w:cs="Calibri"/>
              </w:rPr>
              <w:t>weryfikacji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efektów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uczenia</w:t>
            </w:r>
            <w:proofErr w:type="spellEnd"/>
            <w:r w:rsidRPr="4549D576">
              <w:rPr>
                <w:rFonts w:ascii="Calibri" w:eastAsia="Calibri" w:hAnsi="Calibri" w:cs="Calibri"/>
              </w:rPr>
              <w:t xml:space="preserve"> </w:t>
            </w:r>
            <w:proofErr w:type="spellStart"/>
            <w:r w:rsidRPr="4549D576">
              <w:rPr>
                <w:rFonts w:ascii="Calibri" w:eastAsia="Calibri" w:hAnsi="Calibri" w:cs="Calibr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518F107" w14:textId="24CFF766" w:rsidR="4549D576" w:rsidRDefault="008A5E95" w:rsidP="4549D576">
            <w:proofErr w:type="spellStart"/>
            <w:r w:rsidRPr="008A5E95">
              <w:rPr>
                <w:rFonts w:ascii="Calibri" w:eastAsia="Calibri" w:hAnsi="Calibri" w:cs="Calibri"/>
              </w:rPr>
              <w:t>Prezentacja</w:t>
            </w:r>
            <w:proofErr w:type="spellEnd"/>
          </w:p>
        </w:tc>
      </w:tr>
    </w:tbl>
    <w:p w14:paraId="38469E4A" w14:textId="7772762A" w:rsidR="551F1297" w:rsidRDefault="551F1297" w:rsidP="4549D576">
      <w:pPr>
        <w:pStyle w:val="Nagwek1"/>
      </w:pPr>
      <w:proofErr w:type="spellStart"/>
      <w:r w:rsidRPr="4549D576">
        <w:rPr>
          <w:rFonts w:ascii="Calibri" w:eastAsia="Calibri" w:hAnsi="Calibri" w:cs="Calibri"/>
          <w:color w:val="000000" w:themeColor="text1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14:paraId="7FC18C9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9CA08F2" w14:textId="5EEF0524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4549D576">
              <w:rPr>
                <w:rFonts w:ascii="Calibri" w:eastAsia="Calibri" w:hAnsi="Calibri" w:cs="Calibr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4244F" w14:textId="67B3D80B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  <w:r w:rsidR="00854C21">
              <w:rPr>
                <w:rFonts w:ascii="Calibri" w:eastAsia="Calibri" w:hAnsi="Calibri" w:cs="Calibri"/>
              </w:rPr>
              <w:t>Alicja Kozarzewska</w:t>
            </w:r>
          </w:p>
        </w:tc>
      </w:tr>
      <w:tr w:rsidR="4549D576" w14:paraId="274786C2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DB2C21" w14:textId="47CDC704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Autor </w:t>
            </w:r>
            <w:proofErr w:type="spellStart"/>
            <w:r w:rsidRPr="4549D576">
              <w:rPr>
                <w:rFonts w:ascii="Calibri" w:eastAsia="Calibri" w:hAnsi="Calibri" w:cs="Calibr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B38AD0" w14:textId="587CA77C" w:rsidR="4549D576" w:rsidRDefault="4549D576" w:rsidP="4549D576">
            <w:r w:rsidRPr="4549D576"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14:paraId="5B862A50" w14:textId="38EF437C" w:rsidR="4549D576" w:rsidRDefault="4549D576" w:rsidP="4549D576">
      <w:pPr>
        <w:spacing w:after="0"/>
        <w:rPr>
          <w:rFonts w:ascii="Calibri" w:eastAsia="Calibri" w:hAnsi="Calibri" w:cs="Calibri"/>
          <w:sz w:val="24"/>
          <w:szCs w:val="24"/>
        </w:rPr>
      </w:pPr>
    </w:p>
    <w:p w14:paraId="50C74F68" w14:textId="6515037C" w:rsidR="4549D576" w:rsidRDefault="4549D576" w:rsidP="4549D576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14:paraId="75348FBE" w14:textId="77777777" w:rsidTr="4549D576">
        <w:tc>
          <w:tcPr>
            <w:tcW w:w="4316" w:type="dxa"/>
          </w:tcPr>
          <w:p w14:paraId="6E671BA3" w14:textId="47FFD31E" w:rsidR="00E316F3" w:rsidRPr="00E316F3" w:rsidRDefault="00E316F3" w:rsidP="00FD4E44">
            <w:pPr>
              <w:rPr>
                <w:lang w:val="pl-PL"/>
              </w:rPr>
            </w:pPr>
            <w:r w:rsidRPr="00E316F3">
              <w:rPr>
                <w:lang w:val="pl-PL"/>
              </w:rPr>
              <w:t>PRZEDMIOT</w:t>
            </w:r>
          </w:p>
        </w:tc>
        <w:tc>
          <w:tcPr>
            <w:tcW w:w="4314" w:type="dxa"/>
          </w:tcPr>
          <w:p w14:paraId="049C2498" w14:textId="0A732820" w:rsidR="00E316F3" w:rsidRDefault="00854C21" w:rsidP="00FD4E44">
            <w:proofErr w:type="spellStart"/>
            <w:r>
              <w:t>Nachylenie</w:t>
            </w:r>
            <w:proofErr w:type="spellEnd"/>
            <w:r>
              <w:t xml:space="preserve"> </w:t>
            </w:r>
            <w:proofErr w:type="spellStart"/>
            <w:r>
              <w:t>Specjalizacyjne</w:t>
            </w:r>
            <w:proofErr w:type="spellEnd"/>
            <w:r>
              <w:t xml:space="preserve"> 2</w:t>
            </w:r>
          </w:p>
        </w:tc>
      </w:tr>
    </w:tbl>
    <w:p w14:paraId="2367E859" w14:textId="77777777" w:rsidR="003F7E21" w:rsidRDefault="003F7E21" w:rsidP="003F7E21">
      <w:r>
        <w:rPr>
          <w:rFonts w:ascii="Segoe UI Symbol" w:hAnsi="Segoe UI Symbol" w:cs="Segoe UI Symbol"/>
        </w:rPr>
        <w:t>🅭</w:t>
      </w:r>
      <w:r>
        <w:t xml:space="preserve"> </w:t>
      </w:r>
      <w:r>
        <w:rPr>
          <w:rFonts w:ascii="Segoe UI Symbol" w:hAnsi="Segoe UI Symbol" w:cs="Segoe UI Symbol"/>
        </w:rPr>
        <w:t>🅯</w:t>
      </w:r>
    </w:p>
    <w:p w14:paraId="644957A6" w14:textId="77777777" w:rsidR="003F7E21" w:rsidRDefault="003F7E21" w:rsidP="003F7E21">
      <w:proofErr w:type="spellStart"/>
      <w:r>
        <w:t>Materiał</w:t>
      </w:r>
      <w:proofErr w:type="spellEnd"/>
      <w:r>
        <w:t xml:space="preserve"> jest </w:t>
      </w:r>
      <w:proofErr w:type="spellStart"/>
      <w:r>
        <w:t>udostępniony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licencji</w:t>
      </w:r>
      <w:proofErr w:type="spellEnd"/>
      <w:r>
        <w:t xml:space="preserve"> Creative Commons </w:t>
      </w:r>
      <w:proofErr w:type="spellStart"/>
      <w:r>
        <w:t>Uznanie</w:t>
      </w:r>
      <w:proofErr w:type="spellEnd"/>
      <w:r>
        <w:t xml:space="preserve"> </w:t>
      </w:r>
      <w:proofErr w:type="spellStart"/>
      <w:r>
        <w:t>autorstwa</w:t>
      </w:r>
      <w:proofErr w:type="spellEnd"/>
      <w:r>
        <w:t xml:space="preserve"> CC BY 4.0</w:t>
      </w:r>
    </w:p>
    <w:p w14:paraId="6CB479C8" w14:textId="77777777" w:rsidR="003F7E21" w:rsidRDefault="003F7E21" w:rsidP="003F7E21">
      <w:r>
        <w:t>https://creativecommons.org/licenses/by/4.0/deed.pl</w:t>
      </w:r>
    </w:p>
    <w:p w14:paraId="62B0DEDF" w14:textId="77777777" w:rsidR="003F7E21" w:rsidRDefault="003F7E21" w:rsidP="003F7E21">
      <w:proofErr w:type="spellStart"/>
      <w:r>
        <w:t>Materiał</w:t>
      </w:r>
      <w:proofErr w:type="spellEnd"/>
      <w:r>
        <w:t xml:space="preserve"> </w:t>
      </w:r>
      <w:proofErr w:type="spellStart"/>
      <w:r>
        <w:t>opracowany</w:t>
      </w:r>
      <w:proofErr w:type="spellEnd"/>
      <w:r>
        <w:t xml:space="preserve"> w </w:t>
      </w:r>
      <w:proofErr w:type="spellStart"/>
      <w:r>
        <w:t>związku</w:t>
      </w:r>
      <w:proofErr w:type="spellEnd"/>
      <w:r>
        <w:t xml:space="preserve"> z </w:t>
      </w:r>
      <w:proofErr w:type="spellStart"/>
      <w:r>
        <w:t>realizacją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 „</w:t>
      </w:r>
      <w:proofErr w:type="spellStart"/>
      <w:r>
        <w:t>GreenTechEducation</w:t>
      </w:r>
      <w:proofErr w:type="spellEnd"/>
      <w:r>
        <w:t xml:space="preserve"> - SGGW </w:t>
      </w:r>
      <w:proofErr w:type="spellStart"/>
      <w:r>
        <w:t>dla</w:t>
      </w:r>
      <w:proofErr w:type="spellEnd"/>
    </w:p>
    <w:p w14:paraId="58C11033" w14:textId="3662FC89" w:rsidR="00735EDA" w:rsidRDefault="003F7E21" w:rsidP="003F7E21">
      <w:proofErr w:type="spellStart"/>
      <w:r>
        <w:t>gospodarki</w:t>
      </w:r>
      <w:proofErr w:type="spellEnd"/>
      <w:r>
        <w:t xml:space="preserve"> </w:t>
      </w:r>
      <w:proofErr w:type="spellStart"/>
      <w:r>
        <w:t>przyszłości</w:t>
      </w:r>
      <w:proofErr w:type="spellEnd"/>
      <w:r>
        <w:t>” FERS.01.05-IP08-0330/23</w:t>
      </w:r>
    </w:p>
    <w:sectPr w:rsidR="00735EDA" w:rsidSect="00034616">
      <w:headerReference w:type="default" r:id="rId11"/>
      <w:footerReference w:type="defaul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A56942" w14:textId="77777777" w:rsidR="00886E82" w:rsidRDefault="00886E82" w:rsidP="00521628">
      <w:pPr>
        <w:spacing w:after="0" w:line="240" w:lineRule="auto"/>
      </w:pPr>
      <w:r>
        <w:separator/>
      </w:r>
    </w:p>
  </w:endnote>
  <w:endnote w:type="continuationSeparator" w:id="0">
    <w:p w14:paraId="451B9490" w14:textId="77777777" w:rsidR="00886E82" w:rsidRDefault="00886E82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DejaVu Sans">
    <w:panose1 w:val="020B0603030804020204"/>
    <w:charset w:val="EE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6C9A9" w14:textId="3573F18F" w:rsidR="00521628" w:rsidRPr="006667E5" w:rsidRDefault="006667E5" w:rsidP="006667E5">
    <w:pPr>
      <w:pStyle w:val="Stopka"/>
    </w:pPr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Projekt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współfinansowany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z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Plus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ramach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Programu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Fundusze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Europejskie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dla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Rozwoju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Społecznego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2021-2027,</w:t>
    </w:r>
    <w:r>
      <w:rPr>
        <w:rStyle w:val="scxw74171613"/>
        <w:rFonts w:ascii="Calibri" w:hAnsi="Calibri" w:cs="Calibri"/>
        <w:color w:val="000000"/>
        <w:shd w:val="clear" w:color="auto" w:fill="FFFFFF"/>
      </w:rPr>
      <w:t> </w:t>
    </w:r>
    <w:r>
      <w:rPr>
        <w:rFonts w:ascii="Calibri" w:hAnsi="Calibri" w:cs="Calibri"/>
        <w:color w:val="000000"/>
        <w:shd w:val="clear" w:color="auto" w:fill="FFFFFF"/>
      </w:rPr>
      <w:br/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Priorytet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1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,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Działanie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01.05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Umiejętności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w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szkolnictwie</w:t>
    </w:r>
    <w:proofErr w:type="spellEnd"/>
    <w:r>
      <w:rPr>
        <w:rStyle w:val="normaltextrun"/>
        <w:rFonts w:ascii="Calibri" w:hAnsi="Calibri" w:cs="Calibri"/>
        <w:color w:val="000000"/>
        <w:shd w:val="clear" w:color="auto" w:fill="FFFFFF"/>
      </w:rPr>
      <w:t xml:space="preserve"> </w:t>
    </w:r>
    <w:proofErr w:type="spellStart"/>
    <w:r>
      <w:rPr>
        <w:rStyle w:val="normaltextrun"/>
        <w:rFonts w:ascii="Calibri" w:hAnsi="Calibri" w:cs="Calibri"/>
        <w:color w:val="000000"/>
        <w:shd w:val="clear" w:color="auto" w:fill="FFFFFF"/>
      </w:rPr>
      <w:t>wyższym</w:t>
    </w:r>
    <w:proofErr w:type="spellEnd"/>
    <w:r>
      <w:rPr>
        <w:rStyle w:val="eop"/>
        <w:rFonts w:ascii="Calibri" w:hAnsi="Calibri" w:cs="Calibri"/>
        <w:color w:val="000000"/>
        <w:shd w:val="clear" w:color="auto" w:fill="FFFFFF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A56D" w14:textId="77777777" w:rsidR="00886E82" w:rsidRDefault="00886E82" w:rsidP="00521628">
      <w:pPr>
        <w:spacing w:after="0" w:line="240" w:lineRule="auto"/>
      </w:pPr>
      <w:r>
        <w:separator/>
      </w:r>
    </w:p>
  </w:footnote>
  <w:footnote w:type="continuationSeparator" w:id="0">
    <w:p w14:paraId="7BAD5EAE" w14:textId="77777777" w:rsidR="00886E82" w:rsidRDefault="00886E82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D4217" w14:textId="4D1ACAD5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A991"/>
    <w:multiLevelType w:val="multilevel"/>
    <w:tmpl w:val="9C12C90A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00A99411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1" w15:restartNumberingAfterBreak="0">
    <w:nsid w:val="0EA16E63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2" w15:restartNumberingAfterBreak="0">
    <w:nsid w:val="36A63E75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62BB8E6B"/>
    <w:multiLevelType w:val="hybridMultilevel"/>
    <w:tmpl w:val="D07A514E"/>
    <w:lvl w:ilvl="0" w:tplc="A2923AEC">
      <w:start w:val="1"/>
      <w:numFmt w:val="decimal"/>
      <w:lvlText w:val="%1."/>
      <w:lvlJc w:val="left"/>
      <w:pPr>
        <w:ind w:left="720" w:hanging="360"/>
      </w:pPr>
    </w:lvl>
    <w:lvl w:ilvl="1" w:tplc="E6C6BAFE">
      <w:start w:val="1"/>
      <w:numFmt w:val="lowerLetter"/>
      <w:lvlText w:val="%2."/>
      <w:lvlJc w:val="left"/>
      <w:pPr>
        <w:ind w:left="1440" w:hanging="360"/>
      </w:pPr>
    </w:lvl>
    <w:lvl w:ilvl="2" w:tplc="5B0E8DFC">
      <w:start w:val="1"/>
      <w:numFmt w:val="lowerRoman"/>
      <w:lvlText w:val="%3."/>
      <w:lvlJc w:val="right"/>
      <w:pPr>
        <w:ind w:left="2160" w:hanging="180"/>
      </w:pPr>
    </w:lvl>
    <w:lvl w:ilvl="3" w:tplc="7116EAAE">
      <w:start w:val="1"/>
      <w:numFmt w:val="decimal"/>
      <w:lvlText w:val="%4."/>
      <w:lvlJc w:val="left"/>
      <w:pPr>
        <w:ind w:left="2880" w:hanging="360"/>
      </w:pPr>
    </w:lvl>
    <w:lvl w:ilvl="4" w:tplc="A3602940">
      <w:start w:val="1"/>
      <w:numFmt w:val="lowerLetter"/>
      <w:lvlText w:val="%5."/>
      <w:lvlJc w:val="left"/>
      <w:pPr>
        <w:ind w:left="3600" w:hanging="360"/>
      </w:pPr>
    </w:lvl>
    <w:lvl w:ilvl="5" w:tplc="E6F279A4">
      <w:start w:val="1"/>
      <w:numFmt w:val="lowerRoman"/>
      <w:lvlText w:val="%6."/>
      <w:lvlJc w:val="right"/>
      <w:pPr>
        <w:ind w:left="4320" w:hanging="180"/>
      </w:pPr>
    </w:lvl>
    <w:lvl w:ilvl="6" w:tplc="20FA6218">
      <w:start w:val="1"/>
      <w:numFmt w:val="decimal"/>
      <w:lvlText w:val="%7."/>
      <w:lvlJc w:val="left"/>
      <w:pPr>
        <w:ind w:left="5040" w:hanging="360"/>
      </w:pPr>
    </w:lvl>
    <w:lvl w:ilvl="7" w:tplc="AEE40742">
      <w:start w:val="1"/>
      <w:numFmt w:val="lowerLetter"/>
      <w:lvlText w:val="%8."/>
      <w:lvlJc w:val="left"/>
      <w:pPr>
        <w:ind w:left="5760" w:hanging="360"/>
      </w:pPr>
    </w:lvl>
    <w:lvl w:ilvl="8" w:tplc="D5B4194C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854BC6"/>
    <w:multiLevelType w:val="multilevel"/>
    <w:tmpl w:val="093A34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5" w15:restartNumberingAfterBreak="0">
    <w:nsid w:val="6D05347A"/>
    <w:multiLevelType w:val="hybridMultilevel"/>
    <w:tmpl w:val="7816473C"/>
    <w:lvl w:ilvl="0" w:tplc="1FB47F0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119044">
    <w:abstractNumId w:val="8"/>
  </w:num>
  <w:num w:numId="2" w16cid:durableId="1936862309">
    <w:abstractNumId w:val="6"/>
  </w:num>
  <w:num w:numId="3" w16cid:durableId="1729189087">
    <w:abstractNumId w:val="5"/>
  </w:num>
  <w:num w:numId="4" w16cid:durableId="544174845">
    <w:abstractNumId w:val="4"/>
  </w:num>
  <w:num w:numId="5" w16cid:durableId="111753658">
    <w:abstractNumId w:val="7"/>
  </w:num>
  <w:num w:numId="6" w16cid:durableId="1304701995">
    <w:abstractNumId w:val="3"/>
  </w:num>
  <w:num w:numId="7" w16cid:durableId="1295792041">
    <w:abstractNumId w:val="2"/>
  </w:num>
  <w:num w:numId="8" w16cid:durableId="1255355800">
    <w:abstractNumId w:val="1"/>
  </w:num>
  <w:num w:numId="9" w16cid:durableId="1166481295">
    <w:abstractNumId w:val="0"/>
  </w:num>
  <w:num w:numId="10" w16cid:durableId="1719088947">
    <w:abstractNumId w:val="9"/>
  </w:num>
  <w:num w:numId="11" w16cid:durableId="990013859">
    <w:abstractNumId w:val="15"/>
  </w:num>
  <w:num w:numId="12" w16cid:durableId="17330433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301368">
    <w:abstractNumId w:val="12"/>
  </w:num>
  <w:num w:numId="14" w16cid:durableId="466053106">
    <w:abstractNumId w:val="14"/>
  </w:num>
  <w:num w:numId="15" w16cid:durableId="930354485">
    <w:abstractNumId w:val="11"/>
  </w:num>
  <w:num w:numId="16" w16cid:durableId="132377968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043"/>
    <w:rsid w:val="00091956"/>
    <w:rsid w:val="000F1F39"/>
    <w:rsid w:val="001210B4"/>
    <w:rsid w:val="0015074B"/>
    <w:rsid w:val="001839BA"/>
    <w:rsid w:val="001C2198"/>
    <w:rsid w:val="001F0683"/>
    <w:rsid w:val="0029639D"/>
    <w:rsid w:val="00326F90"/>
    <w:rsid w:val="003628CD"/>
    <w:rsid w:val="003F7E21"/>
    <w:rsid w:val="0044797C"/>
    <w:rsid w:val="004B726D"/>
    <w:rsid w:val="004D57F4"/>
    <w:rsid w:val="005105A2"/>
    <w:rsid w:val="005143E8"/>
    <w:rsid w:val="00521628"/>
    <w:rsid w:val="0058212E"/>
    <w:rsid w:val="00612384"/>
    <w:rsid w:val="006667E5"/>
    <w:rsid w:val="006C2DC2"/>
    <w:rsid w:val="00735EDA"/>
    <w:rsid w:val="00854C21"/>
    <w:rsid w:val="00886E82"/>
    <w:rsid w:val="008A5E95"/>
    <w:rsid w:val="00973BAC"/>
    <w:rsid w:val="00976B8B"/>
    <w:rsid w:val="00AA1D8D"/>
    <w:rsid w:val="00AC1286"/>
    <w:rsid w:val="00B47730"/>
    <w:rsid w:val="00B734AA"/>
    <w:rsid w:val="00BA4DD9"/>
    <w:rsid w:val="00BE192A"/>
    <w:rsid w:val="00C5174D"/>
    <w:rsid w:val="00C551F5"/>
    <w:rsid w:val="00C66032"/>
    <w:rsid w:val="00C77A9F"/>
    <w:rsid w:val="00CB0664"/>
    <w:rsid w:val="00D054A7"/>
    <w:rsid w:val="00D105D4"/>
    <w:rsid w:val="00D64982"/>
    <w:rsid w:val="00E316F3"/>
    <w:rsid w:val="00E41A6D"/>
    <w:rsid w:val="00ED629A"/>
    <w:rsid w:val="00F5150A"/>
    <w:rsid w:val="00F64836"/>
    <w:rsid w:val="00F945C1"/>
    <w:rsid w:val="00FB01ED"/>
    <w:rsid w:val="00FC53B4"/>
    <w:rsid w:val="00FC693F"/>
    <w:rsid w:val="00FD3E5E"/>
    <w:rsid w:val="4549D576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E60F7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paragraph" w:customStyle="1" w:styleId="Compact">
    <w:name w:val="Compact"/>
    <w:basedOn w:val="Tekstpodstawowy"/>
    <w:qFormat/>
    <w:rsid w:val="00ED629A"/>
    <w:pPr>
      <w:spacing w:before="36" w:after="36" w:line="240" w:lineRule="auto"/>
    </w:pPr>
    <w:rPr>
      <w:rFonts w:eastAsiaTheme="minorHAns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785</Words>
  <Characters>4716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Michalska</cp:lastModifiedBy>
  <cp:revision>7</cp:revision>
  <dcterms:created xsi:type="dcterms:W3CDTF">2026-06-15T15:19:00Z</dcterms:created>
  <dcterms:modified xsi:type="dcterms:W3CDTF">2026-07-22T09:18:00Z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14411308-2065-4580-bb29-8fa3844c59d5</vt:lpwstr>
  </property>
</Properties>
</file>