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75E55" w14:textId="77777777" w:rsidR="00521628" w:rsidRPr="000315EC" w:rsidRDefault="00521628" w:rsidP="00521628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l-PL"/>
        </w:rPr>
      </w:pPr>
    </w:p>
    <w:p w14:paraId="7658D01D" w14:textId="5AEDEFCB" w:rsidR="00521628" w:rsidRPr="000315EC" w:rsidRDefault="00521628" w:rsidP="00521628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0315E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l-PL"/>
        </w:rPr>
        <w:t xml:space="preserve">SCENARIUSZ ZAJĘĆ </w:t>
      </w:r>
      <w:r w:rsidRPr="000315E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l-PL"/>
        </w:rPr>
        <w:br/>
      </w: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REALIZOWANYCH W RAMACH PROJEKTU </w:t>
      </w: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br/>
        <w:t xml:space="preserve">„Zrównoważony Kampus SGGW - kształcenie na rzecz branż kluczowych ” </w:t>
      </w: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br/>
        <w:t>nr FERS.01.05-IP.08-0067/23</w:t>
      </w:r>
    </w:p>
    <w:p w14:paraId="17453D47" w14:textId="3F450DD1" w:rsidR="00E316F3" w:rsidRPr="000315EC" w:rsidRDefault="00E316F3">
      <w:pPr>
        <w:pStyle w:val="Nagwek1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Informacje </w:t>
      </w:r>
      <w:r w:rsidR="004B726D"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0315EC" w:rsidRPr="000315EC" w14:paraId="75348FBE" w14:textId="77777777" w:rsidTr="00E316F3">
        <w:tc>
          <w:tcPr>
            <w:tcW w:w="4316" w:type="dxa"/>
          </w:tcPr>
          <w:p w14:paraId="6E671BA3" w14:textId="47FFD31E" w:rsidR="00E316F3" w:rsidRPr="000315EC" w:rsidRDefault="00E316F3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PRZEDMIOT</w:t>
            </w:r>
          </w:p>
        </w:tc>
        <w:tc>
          <w:tcPr>
            <w:tcW w:w="4314" w:type="dxa"/>
          </w:tcPr>
          <w:p w14:paraId="049C2498" w14:textId="091F8DFC" w:rsidR="00E316F3" w:rsidRPr="000315EC" w:rsidRDefault="0021697B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Wiedza akademicka</w:t>
            </w:r>
          </w:p>
        </w:tc>
      </w:tr>
      <w:tr w:rsidR="000315EC" w:rsidRPr="000315EC" w14:paraId="529177FD" w14:textId="77777777" w:rsidTr="00E316F3">
        <w:tc>
          <w:tcPr>
            <w:tcW w:w="4316" w:type="dxa"/>
          </w:tcPr>
          <w:p w14:paraId="7C7B5286" w14:textId="57EA5EAB" w:rsidR="00E316F3" w:rsidRPr="000315EC" w:rsidRDefault="00E316F3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KIERUNEK STUDIÓW</w:t>
            </w:r>
          </w:p>
        </w:tc>
        <w:tc>
          <w:tcPr>
            <w:tcW w:w="4314" w:type="dxa"/>
          </w:tcPr>
          <w:p w14:paraId="2219CB1A" w14:textId="2C079572" w:rsidR="00E316F3" w:rsidRPr="000315EC" w:rsidRDefault="00B56493" w:rsidP="00FD4E44">
            <w:pPr>
              <w:rPr>
                <w:color w:val="000000" w:themeColor="text1"/>
              </w:rPr>
            </w:pPr>
            <w:proofErr w:type="spellStart"/>
            <w:r w:rsidRPr="000315EC">
              <w:rPr>
                <w:color w:val="000000" w:themeColor="text1"/>
              </w:rPr>
              <w:t>Zootechnika</w:t>
            </w:r>
            <w:proofErr w:type="spellEnd"/>
          </w:p>
        </w:tc>
      </w:tr>
      <w:tr w:rsidR="000315EC" w:rsidRPr="000315EC" w14:paraId="0ACE69FF" w14:textId="77777777" w:rsidTr="00E316F3">
        <w:tc>
          <w:tcPr>
            <w:tcW w:w="4316" w:type="dxa"/>
          </w:tcPr>
          <w:p w14:paraId="31B5130E" w14:textId="1FBB21C1" w:rsidR="00E316F3" w:rsidRPr="000315EC" w:rsidRDefault="0044797C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 xml:space="preserve">POZIOM STUDIÓW </w:t>
            </w:r>
          </w:p>
        </w:tc>
        <w:tc>
          <w:tcPr>
            <w:tcW w:w="4314" w:type="dxa"/>
          </w:tcPr>
          <w:p w14:paraId="0AA8DA61" w14:textId="5C110129" w:rsidR="00E316F3" w:rsidRPr="000315EC" w:rsidRDefault="003628CD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I stopnia</w:t>
            </w:r>
          </w:p>
        </w:tc>
      </w:tr>
      <w:tr w:rsidR="000315EC" w:rsidRPr="000315EC" w14:paraId="57C1A066" w14:textId="77777777" w:rsidTr="00E316F3">
        <w:tc>
          <w:tcPr>
            <w:tcW w:w="4316" w:type="dxa"/>
          </w:tcPr>
          <w:p w14:paraId="2BC51C4D" w14:textId="6C3B05B5" w:rsidR="00E316F3" w:rsidRPr="000315EC" w:rsidRDefault="00E316F3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SEMESTR</w:t>
            </w:r>
          </w:p>
        </w:tc>
        <w:tc>
          <w:tcPr>
            <w:tcW w:w="4314" w:type="dxa"/>
          </w:tcPr>
          <w:p w14:paraId="43DB8672" w14:textId="13667164" w:rsidR="00E316F3" w:rsidRPr="000315EC" w:rsidRDefault="00B56493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1</w:t>
            </w:r>
          </w:p>
        </w:tc>
      </w:tr>
      <w:tr w:rsidR="000315EC" w:rsidRPr="000315EC" w14:paraId="02E83E64" w14:textId="77777777" w:rsidTr="00E316F3">
        <w:tc>
          <w:tcPr>
            <w:tcW w:w="4316" w:type="dxa"/>
          </w:tcPr>
          <w:p w14:paraId="3A3352DB" w14:textId="539433BB" w:rsidR="00E316F3" w:rsidRPr="000315EC" w:rsidRDefault="00E316F3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 xml:space="preserve">JEDNOSTKA ORGANIZACYJNA </w:t>
            </w:r>
          </w:p>
        </w:tc>
        <w:tc>
          <w:tcPr>
            <w:tcW w:w="4314" w:type="dxa"/>
          </w:tcPr>
          <w:p w14:paraId="3D54F927" w14:textId="77777777" w:rsidR="00E316F3" w:rsidRPr="000315EC" w:rsidRDefault="003628CD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Instytut</w:t>
            </w:r>
            <w:r w:rsidR="00B56493" w:rsidRPr="000315EC">
              <w:rPr>
                <w:color w:val="000000" w:themeColor="text1"/>
              </w:rPr>
              <w:t xml:space="preserve"> Nauk o Zwierzętach</w:t>
            </w:r>
          </w:p>
          <w:p w14:paraId="5DFE6151" w14:textId="41A4C666" w:rsidR="00575700" w:rsidRPr="000315EC" w:rsidRDefault="00575700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 xml:space="preserve">Katedra Hodowli i </w:t>
            </w:r>
            <w:proofErr w:type="spellStart"/>
            <w:r w:rsidRPr="000315EC">
              <w:rPr>
                <w:color w:val="000000" w:themeColor="text1"/>
              </w:rPr>
              <w:t>Żywienia</w:t>
            </w:r>
            <w:proofErr w:type="spellEnd"/>
            <w:r w:rsidRPr="000315EC">
              <w:rPr>
                <w:color w:val="000000" w:themeColor="text1"/>
              </w:rPr>
              <w:t xml:space="preserve"> </w:t>
            </w:r>
            <w:proofErr w:type="spellStart"/>
            <w:r w:rsidRPr="000315EC">
              <w:rPr>
                <w:color w:val="000000" w:themeColor="text1"/>
              </w:rPr>
              <w:t>Zwierząt</w:t>
            </w:r>
            <w:proofErr w:type="spellEnd"/>
          </w:p>
        </w:tc>
      </w:tr>
      <w:tr w:rsidR="000315EC" w:rsidRPr="000315EC" w14:paraId="3DACD115" w14:textId="77777777" w:rsidTr="00E316F3">
        <w:tc>
          <w:tcPr>
            <w:tcW w:w="4316" w:type="dxa"/>
          </w:tcPr>
          <w:p w14:paraId="22AE2D44" w14:textId="2CE2EFD1" w:rsidR="00E316F3" w:rsidRPr="000315EC" w:rsidRDefault="00E316F3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LICZBA GODZIN (ŁĄCZNIE):</w:t>
            </w:r>
          </w:p>
        </w:tc>
        <w:tc>
          <w:tcPr>
            <w:tcW w:w="4314" w:type="dxa"/>
          </w:tcPr>
          <w:p w14:paraId="0F0B4042" w14:textId="08DEF6F3" w:rsidR="00E316F3" w:rsidRPr="000315EC" w:rsidRDefault="00575700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20</w:t>
            </w:r>
          </w:p>
        </w:tc>
      </w:tr>
      <w:tr w:rsidR="000315EC" w:rsidRPr="000315EC" w14:paraId="53BD7B78" w14:textId="77777777" w:rsidTr="00E316F3">
        <w:tc>
          <w:tcPr>
            <w:tcW w:w="4316" w:type="dxa"/>
          </w:tcPr>
          <w:p w14:paraId="43C2F5E1" w14:textId="6017CE44" w:rsidR="0044797C" w:rsidRPr="000315EC" w:rsidRDefault="0044797C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 xml:space="preserve">LICZBA </w:t>
            </w:r>
            <w:r w:rsidR="004B726D" w:rsidRPr="000315EC">
              <w:rPr>
                <w:color w:val="000000" w:themeColor="text1"/>
                <w:lang w:val="pl-PL"/>
              </w:rPr>
              <w:t>SCENARIUSZY W PRZEDMIOCIE</w:t>
            </w:r>
          </w:p>
        </w:tc>
        <w:tc>
          <w:tcPr>
            <w:tcW w:w="4314" w:type="dxa"/>
          </w:tcPr>
          <w:p w14:paraId="295F9AAC" w14:textId="6CB47A2D" w:rsidR="0044797C" w:rsidRPr="000315EC" w:rsidRDefault="00575700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3</w:t>
            </w:r>
          </w:p>
        </w:tc>
      </w:tr>
      <w:tr w:rsidR="000315EC" w:rsidRPr="000315EC" w14:paraId="7F256FA1" w14:textId="77777777" w:rsidTr="00E316F3">
        <w:tc>
          <w:tcPr>
            <w:tcW w:w="4316" w:type="dxa"/>
          </w:tcPr>
          <w:p w14:paraId="29DDF9CF" w14:textId="1DE008ED" w:rsidR="00E316F3" w:rsidRPr="000315EC" w:rsidRDefault="00E316F3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LICZBA GODZIN WYKŁADÓW</w:t>
            </w:r>
          </w:p>
        </w:tc>
        <w:tc>
          <w:tcPr>
            <w:tcW w:w="4314" w:type="dxa"/>
          </w:tcPr>
          <w:p w14:paraId="43C5323F" w14:textId="7D1F84C7" w:rsidR="00E316F3" w:rsidRPr="000315EC" w:rsidRDefault="00575700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12</w:t>
            </w:r>
          </w:p>
        </w:tc>
      </w:tr>
      <w:tr w:rsidR="000315EC" w:rsidRPr="000315EC" w14:paraId="22284530" w14:textId="77777777" w:rsidTr="00E316F3">
        <w:tc>
          <w:tcPr>
            <w:tcW w:w="4316" w:type="dxa"/>
          </w:tcPr>
          <w:p w14:paraId="5A385E09" w14:textId="755E9BAA" w:rsidR="00E316F3" w:rsidRPr="000315EC" w:rsidRDefault="00E316F3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LICZBA GODZIN ĆWICZEŃ</w:t>
            </w:r>
          </w:p>
        </w:tc>
        <w:tc>
          <w:tcPr>
            <w:tcW w:w="4314" w:type="dxa"/>
          </w:tcPr>
          <w:p w14:paraId="3F7C647F" w14:textId="1D92C09B" w:rsidR="00E316F3" w:rsidRPr="000315EC" w:rsidRDefault="0021697B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8</w:t>
            </w:r>
          </w:p>
        </w:tc>
      </w:tr>
      <w:tr w:rsidR="000315EC" w:rsidRPr="000315EC" w14:paraId="3DB332A5" w14:textId="77777777" w:rsidTr="00E316F3">
        <w:tc>
          <w:tcPr>
            <w:tcW w:w="4316" w:type="dxa"/>
          </w:tcPr>
          <w:p w14:paraId="7DF30F3C" w14:textId="4EC20630" w:rsidR="00E316F3" w:rsidRPr="000315EC" w:rsidRDefault="00E316F3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LICZBA ECTS</w:t>
            </w:r>
          </w:p>
        </w:tc>
        <w:tc>
          <w:tcPr>
            <w:tcW w:w="4314" w:type="dxa"/>
          </w:tcPr>
          <w:p w14:paraId="709C77F7" w14:textId="3D35B9FC" w:rsidR="00E316F3" w:rsidRPr="000315EC" w:rsidRDefault="00575700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1</w:t>
            </w:r>
          </w:p>
        </w:tc>
      </w:tr>
      <w:tr w:rsidR="000315EC" w:rsidRPr="000315EC" w14:paraId="783836E7" w14:textId="77777777" w:rsidTr="00E316F3">
        <w:tc>
          <w:tcPr>
            <w:tcW w:w="4316" w:type="dxa"/>
          </w:tcPr>
          <w:p w14:paraId="1EAABDC8" w14:textId="525D125A" w:rsidR="00E316F3" w:rsidRPr="000315EC" w:rsidRDefault="003628CD" w:rsidP="00FD4E44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 xml:space="preserve">KOORDYNATOR </w:t>
            </w:r>
            <w:r w:rsidR="00E316F3" w:rsidRPr="000315EC">
              <w:rPr>
                <w:color w:val="000000" w:themeColor="text1"/>
                <w:lang w:val="pl-PL"/>
              </w:rPr>
              <w:t>PRZEDMIOT</w:t>
            </w:r>
            <w:r w:rsidRPr="000315EC">
              <w:rPr>
                <w:color w:val="000000" w:themeColor="text1"/>
                <w:lang w:val="pl-PL"/>
              </w:rPr>
              <w:t>U</w:t>
            </w:r>
          </w:p>
        </w:tc>
        <w:tc>
          <w:tcPr>
            <w:tcW w:w="4314" w:type="dxa"/>
          </w:tcPr>
          <w:p w14:paraId="173F7355" w14:textId="119AD445" w:rsidR="00E316F3" w:rsidRPr="000315EC" w:rsidRDefault="00575700" w:rsidP="00FD4E44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 xml:space="preserve">Dr </w:t>
            </w:r>
            <w:proofErr w:type="spellStart"/>
            <w:r w:rsidRPr="000315EC">
              <w:rPr>
                <w:color w:val="000000" w:themeColor="text1"/>
              </w:rPr>
              <w:t>inż</w:t>
            </w:r>
            <w:proofErr w:type="spellEnd"/>
            <w:r w:rsidRPr="000315EC">
              <w:rPr>
                <w:color w:val="000000" w:themeColor="text1"/>
              </w:rPr>
              <w:t xml:space="preserve"> Małgorzata Kunowska-Slósarz</w:t>
            </w:r>
          </w:p>
        </w:tc>
      </w:tr>
    </w:tbl>
    <w:p w14:paraId="3A6FE425" w14:textId="69E671B8" w:rsidR="005143E8" w:rsidRPr="000315EC" w:rsidRDefault="00FD3E5E">
      <w:pPr>
        <w:pStyle w:val="Nagwek1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17"/>
        <w:gridCol w:w="4313"/>
      </w:tblGrid>
      <w:tr w:rsidR="000315EC" w:rsidRPr="000315EC" w14:paraId="7DA4F01F" w14:textId="77777777" w:rsidTr="00E316F3">
        <w:tc>
          <w:tcPr>
            <w:tcW w:w="4317" w:type="dxa"/>
          </w:tcPr>
          <w:p w14:paraId="53A89F52" w14:textId="7CC94FB1" w:rsidR="004B726D" w:rsidRPr="000315EC" w:rsidRDefault="004B726D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SCENARIUSZ NR</w:t>
            </w:r>
          </w:p>
        </w:tc>
        <w:tc>
          <w:tcPr>
            <w:tcW w:w="4313" w:type="dxa"/>
          </w:tcPr>
          <w:p w14:paraId="06F4EFEC" w14:textId="7BCE077F" w:rsidR="004B726D" w:rsidRPr="000315EC" w:rsidRDefault="00575700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3</w:t>
            </w:r>
          </w:p>
        </w:tc>
      </w:tr>
      <w:tr w:rsidR="000315EC" w:rsidRPr="000315EC" w14:paraId="5BBF6802" w14:textId="77777777" w:rsidTr="00E316F3">
        <w:tc>
          <w:tcPr>
            <w:tcW w:w="4317" w:type="dxa"/>
          </w:tcPr>
          <w:p w14:paraId="67BF08CA" w14:textId="5CA92E03" w:rsidR="0044797C" w:rsidRPr="000315EC" w:rsidRDefault="0044797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TEMAT ZAJĘĆ</w:t>
            </w:r>
            <w:r w:rsidR="004B726D" w:rsidRPr="000315EC">
              <w:rPr>
                <w:color w:val="000000" w:themeColor="text1"/>
                <w:lang w:val="pl-PL"/>
              </w:rPr>
              <w:t>/BLOK TEMATYCZNY</w:t>
            </w:r>
          </w:p>
        </w:tc>
        <w:tc>
          <w:tcPr>
            <w:tcW w:w="4313" w:type="dxa"/>
          </w:tcPr>
          <w:p w14:paraId="26C12BF0" w14:textId="5C82DFE1" w:rsidR="0044797C" w:rsidRPr="000315EC" w:rsidRDefault="00100361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Praktyczne zastosowanie narzędzi Microsoft 365 oraz podstawy pracy z tekstami naukowymi</w:t>
            </w:r>
          </w:p>
        </w:tc>
      </w:tr>
      <w:tr w:rsidR="000315EC" w:rsidRPr="000315EC" w14:paraId="0B15DD11" w14:textId="77777777" w:rsidTr="00E316F3">
        <w:tc>
          <w:tcPr>
            <w:tcW w:w="4317" w:type="dxa"/>
          </w:tcPr>
          <w:p w14:paraId="71904544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FORMA ZAJĘĆ</w:t>
            </w:r>
          </w:p>
        </w:tc>
        <w:tc>
          <w:tcPr>
            <w:tcW w:w="4313" w:type="dxa"/>
          </w:tcPr>
          <w:p w14:paraId="46BE3C23" w14:textId="7A3A26C0" w:rsidR="005143E8" w:rsidRPr="000315EC" w:rsidRDefault="0021697B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Ćwiczenia w Sali komputerowej</w:t>
            </w:r>
          </w:p>
        </w:tc>
      </w:tr>
      <w:tr w:rsidR="000315EC" w:rsidRPr="000315EC" w14:paraId="67644E18" w14:textId="77777777" w:rsidTr="00E316F3">
        <w:tc>
          <w:tcPr>
            <w:tcW w:w="4317" w:type="dxa"/>
          </w:tcPr>
          <w:p w14:paraId="60CE7A30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CZAS REALIZACJI JEDNOSTKI DYDAKTYCZNEJ/BLOKU TEMATYCZNEGO</w:t>
            </w:r>
          </w:p>
        </w:tc>
        <w:tc>
          <w:tcPr>
            <w:tcW w:w="4313" w:type="dxa"/>
          </w:tcPr>
          <w:p w14:paraId="6C32794C" w14:textId="0AB4F860" w:rsidR="005143E8" w:rsidRPr="000315EC" w:rsidRDefault="00C551F5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45 minut, </w:t>
            </w:r>
            <w:r w:rsidR="00100361"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4</w:t>
            </w: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 bloki po 45 minut etc.</w:t>
            </w:r>
          </w:p>
        </w:tc>
      </w:tr>
      <w:tr w:rsidR="000315EC" w:rsidRPr="000315EC" w14:paraId="5C54AAAA" w14:textId="77777777" w:rsidTr="00E316F3">
        <w:tc>
          <w:tcPr>
            <w:tcW w:w="4317" w:type="dxa"/>
          </w:tcPr>
          <w:p w14:paraId="0E14E7BB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CEL GŁÓWNY JEDNOSTKI DYDAKTYCZNEJ/BLOKU TEMATYCZNEGO</w:t>
            </w:r>
          </w:p>
        </w:tc>
        <w:tc>
          <w:tcPr>
            <w:tcW w:w="4313" w:type="dxa"/>
          </w:tcPr>
          <w:p w14:paraId="530AB1D2" w14:textId="789C9665" w:rsidR="005143E8" w:rsidRPr="000315EC" w:rsidRDefault="00100361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Nabycie praktycznych umiejętności korzystania z narzędzi Microsoft 365 oraz rozwijanie kompetencji informacyjnych: wyszukiwanie, cytowanie i opracowanie źródeł naukowych.</w:t>
            </w:r>
          </w:p>
        </w:tc>
      </w:tr>
      <w:tr w:rsidR="000315EC" w:rsidRPr="000315EC" w14:paraId="70415E78" w14:textId="77777777" w:rsidTr="00E316F3">
        <w:tc>
          <w:tcPr>
            <w:tcW w:w="4317" w:type="dxa"/>
          </w:tcPr>
          <w:p w14:paraId="372432BF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CELE SZCZEGÓŁOWE JEDNOSTKI DYDAKTYCZNEJ/BLOKU TEMATYCZNEGO/MODUŁU</w:t>
            </w:r>
          </w:p>
        </w:tc>
        <w:tc>
          <w:tcPr>
            <w:tcW w:w="4313" w:type="dxa"/>
          </w:tcPr>
          <w:p w14:paraId="75DF30E3" w14:textId="3A0A95F0" w:rsidR="00100361" w:rsidRPr="000315EC" w:rsidRDefault="00100361" w:rsidP="00100361">
            <w:pPr>
              <w:pStyle w:val="Akapitzlist"/>
              <w:numPr>
                <w:ilvl w:val="0"/>
                <w:numId w:val="10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Umiejętność wysyłania e-maili z załącznikami (Outlook)</w:t>
            </w:r>
          </w:p>
          <w:p w14:paraId="0E63696E" w14:textId="4326ED28" w:rsidR="00100361" w:rsidRPr="000315EC" w:rsidRDefault="00100361" w:rsidP="00100361">
            <w:pPr>
              <w:pStyle w:val="Akapitzlist"/>
              <w:numPr>
                <w:ilvl w:val="0"/>
                <w:numId w:val="10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Przechowywanie i udostępnianie plików w OneDrive</w:t>
            </w:r>
          </w:p>
          <w:p w14:paraId="16D06945" w14:textId="4764F09F" w:rsidR="00100361" w:rsidRPr="000315EC" w:rsidRDefault="00100361" w:rsidP="00100361">
            <w:pPr>
              <w:pStyle w:val="Akapitzlist"/>
              <w:numPr>
                <w:ilvl w:val="0"/>
                <w:numId w:val="10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Współpraca grupowa online w Microsoft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Teams</w:t>
            </w:r>
            <w:proofErr w:type="spellEnd"/>
          </w:p>
          <w:p w14:paraId="54633A68" w14:textId="5C0A086D" w:rsidR="00100361" w:rsidRPr="000315EC" w:rsidRDefault="00100361" w:rsidP="00100361">
            <w:pPr>
              <w:pStyle w:val="Akapitzlist"/>
              <w:numPr>
                <w:ilvl w:val="0"/>
                <w:numId w:val="10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Wyszukiwanie i selekcja artykułów naukowych (Google Scholar, biblioteki cyfrowe)</w:t>
            </w:r>
          </w:p>
          <w:p w14:paraId="7DC4866A" w14:textId="381690F4" w:rsidR="00100361" w:rsidRPr="000315EC" w:rsidRDefault="00100361" w:rsidP="00100361">
            <w:pPr>
              <w:pStyle w:val="Akapitzlist"/>
              <w:numPr>
                <w:ilvl w:val="0"/>
                <w:numId w:val="10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lastRenderedPageBreak/>
              <w:t>Poprawne cytowanie źródeł w wybranych stylach</w:t>
            </w:r>
          </w:p>
          <w:p w14:paraId="77657A27" w14:textId="70A490E3" w:rsidR="00100361" w:rsidRPr="000315EC" w:rsidRDefault="00100361" w:rsidP="00100361">
            <w:pPr>
              <w:pStyle w:val="Akapitzlist"/>
              <w:numPr>
                <w:ilvl w:val="0"/>
                <w:numId w:val="10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Tworzenie wspólnej prezentacji na podstawie pozyskanych źródeł</w:t>
            </w:r>
          </w:p>
          <w:p w14:paraId="02BB8DF3" w14:textId="1828F22C" w:rsidR="005143E8" w:rsidRPr="000315EC" w:rsidRDefault="005143E8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7774728C" w14:textId="77777777" w:rsidTr="00E316F3">
        <w:tc>
          <w:tcPr>
            <w:tcW w:w="4317" w:type="dxa"/>
          </w:tcPr>
          <w:p w14:paraId="16D20E78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4313" w:type="dxa"/>
          </w:tcPr>
          <w:p w14:paraId="1381D927" w14:textId="62F0380D" w:rsidR="005143E8" w:rsidRPr="000315EC" w:rsidRDefault="00C551F5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komputer, projektor, dostęp do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internetu</w:t>
            </w:r>
            <w:proofErr w:type="spellEnd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,</w:t>
            </w:r>
            <w:r w:rsidR="00100361"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 konta Microsoft 365</w:t>
            </w:r>
          </w:p>
        </w:tc>
      </w:tr>
      <w:tr w:rsidR="000315EC" w:rsidRPr="000315EC" w14:paraId="0F34C728" w14:textId="77777777" w:rsidTr="00E316F3">
        <w:tc>
          <w:tcPr>
            <w:tcW w:w="4317" w:type="dxa"/>
          </w:tcPr>
          <w:p w14:paraId="495B6CB4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CZYNNOŚCI ORGANIZACYJNE I PRZYGOTOWAWCZE</w:t>
            </w:r>
          </w:p>
        </w:tc>
        <w:tc>
          <w:tcPr>
            <w:tcW w:w="4313" w:type="dxa"/>
          </w:tcPr>
          <w:p w14:paraId="0DF92567" w14:textId="04EC8285" w:rsidR="00784997" w:rsidRPr="000315EC" w:rsidRDefault="00784997" w:rsidP="00784997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Sprawdzenie dostępu do kont Microsoft 365 dla studentów</w:t>
            </w:r>
          </w:p>
          <w:p w14:paraId="2A1C9445" w14:textId="701230F1" w:rsidR="00784997" w:rsidRPr="000315EC" w:rsidRDefault="00784997" w:rsidP="00784997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Przygotowanie instrukcji logowania i korzystania z aplikacji</w:t>
            </w:r>
          </w:p>
          <w:p w14:paraId="2570E938" w14:textId="1F2D33D9" w:rsidR="00784997" w:rsidRPr="000315EC" w:rsidRDefault="00784997" w:rsidP="00784997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Sprawdzenie działania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internetu</w:t>
            </w:r>
            <w:proofErr w:type="spellEnd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 i sprzętu komputerowego</w:t>
            </w:r>
          </w:p>
          <w:p w14:paraId="53661B5E" w14:textId="7E47A506" w:rsidR="005143E8" w:rsidRPr="000315EC" w:rsidRDefault="005143E8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</w:tbl>
    <w:p w14:paraId="76C9137C" w14:textId="12670B99" w:rsidR="005143E8" w:rsidRPr="000315EC" w:rsidRDefault="00521628">
      <w:pPr>
        <w:pStyle w:val="Nagwek1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14"/>
        <w:gridCol w:w="4316"/>
      </w:tblGrid>
      <w:tr w:rsidR="000315EC" w:rsidRPr="000315EC" w14:paraId="2BDD7936" w14:textId="77777777" w:rsidTr="0048506A">
        <w:tc>
          <w:tcPr>
            <w:tcW w:w="4314" w:type="dxa"/>
          </w:tcPr>
          <w:p w14:paraId="1AFD609A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NAZWA ZAGADNIENIA 1</w:t>
            </w:r>
          </w:p>
        </w:tc>
        <w:tc>
          <w:tcPr>
            <w:tcW w:w="4316" w:type="dxa"/>
          </w:tcPr>
          <w:p w14:paraId="056FC4CC" w14:textId="23ABC330" w:rsidR="005143E8" w:rsidRPr="000315EC" w:rsidRDefault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Komunikacja e-mailowa w środowisku akademickim (Outlook)</w:t>
            </w:r>
          </w:p>
        </w:tc>
      </w:tr>
      <w:tr w:rsidR="000315EC" w:rsidRPr="000315EC" w14:paraId="66A23A84" w14:textId="77777777" w:rsidTr="0048506A">
        <w:tc>
          <w:tcPr>
            <w:tcW w:w="4314" w:type="dxa"/>
          </w:tcPr>
          <w:p w14:paraId="6A7FE1CF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PLANOWANY CZAS REALIZACJI</w:t>
            </w:r>
          </w:p>
        </w:tc>
        <w:tc>
          <w:tcPr>
            <w:tcW w:w="4316" w:type="dxa"/>
          </w:tcPr>
          <w:p w14:paraId="4706B032" w14:textId="71C4E0F2" w:rsidR="005143E8" w:rsidRPr="000315EC" w:rsidRDefault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2 jednostki dydaktyczne (2x45 min)</w:t>
            </w:r>
          </w:p>
        </w:tc>
      </w:tr>
      <w:tr w:rsidR="000315EC" w:rsidRPr="000315EC" w14:paraId="32C40733" w14:textId="77777777" w:rsidTr="0048506A">
        <w:tc>
          <w:tcPr>
            <w:tcW w:w="4314" w:type="dxa"/>
          </w:tcPr>
          <w:p w14:paraId="78ABB750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4316" w:type="dxa"/>
          </w:tcPr>
          <w:p w14:paraId="005F7486" w14:textId="537E9A3E" w:rsidR="0048506A" w:rsidRPr="000315EC" w:rsidRDefault="0048506A" w:rsidP="0048506A">
            <w:pPr>
              <w:pStyle w:val="Akapitzlist"/>
              <w:numPr>
                <w:ilvl w:val="0"/>
                <w:numId w:val="11"/>
              </w:numPr>
              <w:ind w:left="252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Logowanie do konta Microsoft 365 (domeny SGGW)</w:t>
            </w:r>
          </w:p>
          <w:p w14:paraId="6905DA78" w14:textId="1AB0A2C3" w:rsidR="0048506A" w:rsidRPr="000315EC" w:rsidRDefault="0048506A" w:rsidP="0048506A">
            <w:pPr>
              <w:pStyle w:val="Akapitzlist"/>
              <w:numPr>
                <w:ilvl w:val="0"/>
                <w:numId w:val="11"/>
              </w:numPr>
              <w:ind w:left="252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Omówienie zasad formalnej komunikacji mailowej</w:t>
            </w:r>
          </w:p>
          <w:p w14:paraId="209B2ABA" w14:textId="0560E51D" w:rsidR="0048506A" w:rsidRPr="000315EC" w:rsidRDefault="0048506A" w:rsidP="0048506A">
            <w:pPr>
              <w:pStyle w:val="Akapitzlist"/>
              <w:numPr>
                <w:ilvl w:val="0"/>
                <w:numId w:val="11"/>
              </w:numPr>
              <w:ind w:left="252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Tworzenie wiadomości e-mail z odpowiednim formatowaniem tekstu (czcionka, wyrównanie, akapity – podstawy edycji tekstu z Worda)</w:t>
            </w:r>
          </w:p>
          <w:p w14:paraId="7BC2F077" w14:textId="71424DF1" w:rsidR="0048506A" w:rsidRPr="000315EC" w:rsidRDefault="0048506A" w:rsidP="0048506A">
            <w:pPr>
              <w:pStyle w:val="Akapitzlist"/>
              <w:numPr>
                <w:ilvl w:val="0"/>
                <w:numId w:val="11"/>
              </w:numPr>
              <w:ind w:left="252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Dodanie załącznika (np. dokument Word lub Excel)</w:t>
            </w:r>
          </w:p>
          <w:p w14:paraId="00900FB4" w14:textId="17B51089" w:rsidR="0048506A" w:rsidRPr="000315EC" w:rsidRDefault="0048506A" w:rsidP="0048506A">
            <w:pPr>
              <w:pStyle w:val="Akapitzlist"/>
              <w:numPr>
                <w:ilvl w:val="0"/>
                <w:numId w:val="11"/>
              </w:numPr>
              <w:ind w:left="252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Odbieranie i odpowiadanie na wiadomości, ćwiczenie uprzejmej i rzeczowej korespondencji</w:t>
            </w:r>
          </w:p>
          <w:p w14:paraId="6EA45E56" w14:textId="6C61D619" w:rsidR="005143E8" w:rsidRPr="000315EC" w:rsidRDefault="005143E8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27AD7EA3" w14:textId="77777777" w:rsidTr="0048506A">
        <w:tc>
          <w:tcPr>
            <w:tcW w:w="4314" w:type="dxa"/>
          </w:tcPr>
          <w:p w14:paraId="2554F00B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NAZWA ZAGADNIENIA 2</w:t>
            </w:r>
          </w:p>
        </w:tc>
        <w:tc>
          <w:tcPr>
            <w:tcW w:w="4316" w:type="dxa"/>
          </w:tcPr>
          <w:p w14:paraId="46899888" w14:textId="163F0F86" w:rsidR="005143E8" w:rsidRPr="000315EC" w:rsidRDefault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Zarządzanie plikami i współdzielenie zasobów (OneDrive)</w:t>
            </w:r>
          </w:p>
        </w:tc>
      </w:tr>
      <w:tr w:rsidR="000315EC" w:rsidRPr="000315EC" w14:paraId="04D652A8" w14:textId="77777777" w:rsidTr="0048506A">
        <w:tc>
          <w:tcPr>
            <w:tcW w:w="4314" w:type="dxa"/>
          </w:tcPr>
          <w:p w14:paraId="45DFF5E7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PLANOWANY CZAS REALIZACJI</w:t>
            </w:r>
          </w:p>
        </w:tc>
        <w:tc>
          <w:tcPr>
            <w:tcW w:w="4316" w:type="dxa"/>
          </w:tcPr>
          <w:p w14:paraId="3BE96BB8" w14:textId="1E0409FC" w:rsidR="005143E8" w:rsidRPr="000315EC" w:rsidRDefault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2 jednostki dydaktyczne (2x45 min)</w:t>
            </w:r>
          </w:p>
        </w:tc>
      </w:tr>
      <w:tr w:rsidR="000315EC" w:rsidRPr="000315EC" w14:paraId="217390E1" w14:textId="77777777" w:rsidTr="0048506A">
        <w:tc>
          <w:tcPr>
            <w:tcW w:w="4314" w:type="dxa"/>
          </w:tcPr>
          <w:p w14:paraId="2D2D9E38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4316" w:type="dxa"/>
          </w:tcPr>
          <w:p w14:paraId="4F1862CF" w14:textId="77777777" w:rsidR="0048506A" w:rsidRPr="000315EC" w:rsidRDefault="0048506A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Logowanie do konta Microsoft 365 (domeny SGGW)</w:t>
            </w:r>
          </w:p>
          <w:p w14:paraId="15301AF4" w14:textId="09182050" w:rsidR="0048506A" w:rsidRPr="000315EC" w:rsidRDefault="0048506A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Tworzenie folderu i przesyłanie plików (np. Word, Excel, PowerPoint)</w:t>
            </w:r>
          </w:p>
          <w:p w14:paraId="7186AD7F" w14:textId="7D9C3FC0" w:rsidR="0048506A" w:rsidRPr="000315EC" w:rsidRDefault="0048506A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Udostępnianie plików współpracownikom (z edycją i komentarzem)</w:t>
            </w:r>
          </w:p>
          <w:p w14:paraId="56BADD71" w14:textId="6E46ACC5" w:rsidR="0048506A" w:rsidRPr="000315EC" w:rsidRDefault="0048506A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Wspólna praca nad dokumentem Word: edycja tekstu, wstawianie tabel, listy punktowane</w:t>
            </w:r>
          </w:p>
          <w:p w14:paraId="3286C92E" w14:textId="4ADCB112" w:rsidR="00585744" w:rsidRPr="000315EC" w:rsidRDefault="00585744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Wspólna edycja arkusza Excel: wstawianie danych i tworzenie prostego wykresu (np. słupkowego</w:t>
            </w:r>
          </w:p>
          <w:p w14:paraId="2468DAC3" w14:textId="5D46CBDB" w:rsidR="00585744" w:rsidRPr="000315EC" w:rsidRDefault="0048506A" w:rsidP="00585744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Przegląd historii wersji dokumentów i śledzenie zmian</w:t>
            </w:r>
          </w:p>
          <w:p w14:paraId="4A1BA41C" w14:textId="12688739" w:rsidR="005143E8" w:rsidRPr="000315EC" w:rsidRDefault="005143E8" w:rsidP="0048506A">
            <w:p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0A22B412" w14:textId="77777777" w:rsidTr="0048506A">
        <w:tc>
          <w:tcPr>
            <w:tcW w:w="4314" w:type="dxa"/>
          </w:tcPr>
          <w:p w14:paraId="2918DD1F" w14:textId="296165F6" w:rsidR="0048506A" w:rsidRPr="000315EC" w:rsidRDefault="0048506A" w:rsidP="004850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NAZWA ZAGADNIENIA 3</w:t>
            </w:r>
          </w:p>
        </w:tc>
        <w:tc>
          <w:tcPr>
            <w:tcW w:w="4316" w:type="dxa"/>
          </w:tcPr>
          <w:p w14:paraId="39E7BBF7" w14:textId="7AAF3A63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Współpraca online z wykorzystaniem Microsoft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Teams</w:t>
            </w:r>
            <w:proofErr w:type="spellEnd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 I OneDrive</w:t>
            </w:r>
          </w:p>
        </w:tc>
      </w:tr>
      <w:tr w:rsidR="000315EC" w:rsidRPr="000315EC" w14:paraId="6CEBF8D0" w14:textId="77777777" w:rsidTr="0048506A">
        <w:tc>
          <w:tcPr>
            <w:tcW w:w="4314" w:type="dxa"/>
          </w:tcPr>
          <w:p w14:paraId="4172473D" w14:textId="6AE39832" w:rsidR="0048506A" w:rsidRPr="000315EC" w:rsidRDefault="0048506A" w:rsidP="004850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PLANOWANY CZAS REALIZACJI</w:t>
            </w:r>
          </w:p>
        </w:tc>
        <w:tc>
          <w:tcPr>
            <w:tcW w:w="4316" w:type="dxa"/>
          </w:tcPr>
          <w:p w14:paraId="5823B538" w14:textId="75D17EDF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2 jednostki dydaktyczne (2x45 min)</w:t>
            </w:r>
          </w:p>
        </w:tc>
      </w:tr>
      <w:tr w:rsidR="000315EC" w:rsidRPr="000315EC" w14:paraId="68E45A50" w14:textId="77777777" w:rsidTr="0048506A">
        <w:tc>
          <w:tcPr>
            <w:tcW w:w="4314" w:type="dxa"/>
          </w:tcPr>
          <w:p w14:paraId="6E583E2D" w14:textId="32623864" w:rsidR="0048506A" w:rsidRPr="000315EC" w:rsidRDefault="0048506A" w:rsidP="004850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SEKWENCJA DZIAŁAŃ, ZADAŃ ĆWICZEŃ LUB INNYCH AKTYWNOŚCI W RAMACH ZAGADNIENIA 3</w:t>
            </w:r>
          </w:p>
        </w:tc>
        <w:tc>
          <w:tcPr>
            <w:tcW w:w="4316" w:type="dxa"/>
          </w:tcPr>
          <w:p w14:paraId="22565F7E" w14:textId="77777777" w:rsidR="00585744" w:rsidRPr="000315EC" w:rsidRDefault="00585744" w:rsidP="00585744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Wprowadzenie do Google Scholar i bibliotek cyfrowych</w:t>
            </w:r>
          </w:p>
          <w:p w14:paraId="669A29C8" w14:textId="77777777" w:rsidR="00585744" w:rsidRPr="000315EC" w:rsidRDefault="00585744" w:rsidP="00585744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Wyszukiwanie artykułów naukowych i kopiowanie danych do dokumentu Word</w:t>
            </w:r>
          </w:p>
          <w:p w14:paraId="4A563963" w14:textId="54159F39" w:rsidR="0048506A" w:rsidRPr="000315EC" w:rsidRDefault="00585744" w:rsidP="00585744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Ćwiczenia z cytowaniem – tworzenie przypisów w stylu APA lub MLA w Wordzie</w:t>
            </w:r>
          </w:p>
        </w:tc>
      </w:tr>
      <w:tr w:rsidR="000315EC" w:rsidRPr="000315EC" w14:paraId="1E7E4816" w14:textId="77777777" w:rsidTr="0048506A">
        <w:tc>
          <w:tcPr>
            <w:tcW w:w="4314" w:type="dxa"/>
          </w:tcPr>
          <w:p w14:paraId="5D771A03" w14:textId="554A58D9" w:rsidR="0048506A" w:rsidRPr="000315EC" w:rsidRDefault="0048506A" w:rsidP="004850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NAZWA ZAGADNIENIA 4</w:t>
            </w:r>
          </w:p>
        </w:tc>
        <w:tc>
          <w:tcPr>
            <w:tcW w:w="4316" w:type="dxa"/>
          </w:tcPr>
          <w:p w14:paraId="3D2DBB7C" w14:textId="09F127DE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Wyszukiwanie i cytowanie artykułów naukowych oraz praca projektowa</w:t>
            </w:r>
          </w:p>
        </w:tc>
      </w:tr>
      <w:tr w:rsidR="000315EC" w:rsidRPr="000315EC" w14:paraId="732EBBA9" w14:textId="77777777" w:rsidTr="0048506A">
        <w:tc>
          <w:tcPr>
            <w:tcW w:w="4314" w:type="dxa"/>
          </w:tcPr>
          <w:p w14:paraId="1E62DC8C" w14:textId="196214DC" w:rsidR="0048506A" w:rsidRPr="000315EC" w:rsidRDefault="0048506A" w:rsidP="004850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PLANOWANY CZAS REALIZACJI</w:t>
            </w:r>
          </w:p>
        </w:tc>
        <w:tc>
          <w:tcPr>
            <w:tcW w:w="4316" w:type="dxa"/>
          </w:tcPr>
          <w:p w14:paraId="51B3A0DA" w14:textId="77C84D15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2 jednostki dydaktyczne (2x45 min)</w:t>
            </w:r>
          </w:p>
        </w:tc>
      </w:tr>
      <w:tr w:rsidR="000315EC" w:rsidRPr="000315EC" w14:paraId="2228B831" w14:textId="77777777" w:rsidTr="0048506A">
        <w:tc>
          <w:tcPr>
            <w:tcW w:w="4314" w:type="dxa"/>
          </w:tcPr>
          <w:p w14:paraId="2837F4EF" w14:textId="3B0C1DB7" w:rsidR="0048506A" w:rsidRPr="000315EC" w:rsidRDefault="0048506A" w:rsidP="004850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SEKWENCJA DZIAŁAŃ, ZADAŃ ĆWICZEŃ LUB INNYCH AKTYWNOŚCI W RAMACH ZAGADNIENIA 4</w:t>
            </w:r>
          </w:p>
        </w:tc>
        <w:tc>
          <w:tcPr>
            <w:tcW w:w="4316" w:type="dxa"/>
          </w:tcPr>
          <w:p w14:paraId="40FB17B5" w14:textId="656CEA04" w:rsidR="0048506A" w:rsidRPr="000315EC" w:rsidRDefault="0048506A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Praca w grupach nad prezentacją w PowerPoint:</w:t>
            </w:r>
          </w:p>
          <w:p w14:paraId="7BC963E0" w14:textId="77777777" w:rsidR="0048506A" w:rsidRPr="000315EC" w:rsidRDefault="0048506A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Przygotowanie slajdów z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cytowaniami</w:t>
            </w:r>
            <w:proofErr w:type="spellEnd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 i wykresami (z Excela)</w:t>
            </w:r>
          </w:p>
          <w:p w14:paraId="78098281" w14:textId="77777777" w:rsidR="0048506A" w:rsidRPr="000315EC" w:rsidRDefault="0048506A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Formatowanie treści i spójność wizualna</w:t>
            </w:r>
          </w:p>
          <w:p w14:paraId="1FE09211" w14:textId="691DC734" w:rsidR="0048506A" w:rsidRPr="000315EC" w:rsidRDefault="0048506A" w:rsidP="0048506A">
            <w:pPr>
              <w:pStyle w:val="Akapitzlist"/>
              <w:numPr>
                <w:ilvl w:val="0"/>
                <w:numId w:val="12"/>
              </w:numPr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Udostępnienie prezentacji przez OneDrive i prezentacja przez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Teams</w:t>
            </w:r>
            <w:proofErr w:type="spellEnd"/>
          </w:p>
          <w:p w14:paraId="05BC417B" w14:textId="77777777" w:rsidR="0048506A" w:rsidRPr="000315EC" w:rsidRDefault="0048506A" w:rsidP="0048506A">
            <w:pPr>
              <w:pStyle w:val="Akapitzlist"/>
              <w:ind w:left="394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</w:tbl>
    <w:p w14:paraId="4B829B26" w14:textId="77777777" w:rsidR="005143E8" w:rsidRPr="000315EC" w:rsidRDefault="00FD3E5E">
      <w:pPr>
        <w:pStyle w:val="Nagwek1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13"/>
        <w:gridCol w:w="4317"/>
      </w:tblGrid>
      <w:tr w:rsidR="000315EC" w:rsidRPr="000315EC" w14:paraId="5D5252C5" w14:textId="77777777">
        <w:tc>
          <w:tcPr>
            <w:tcW w:w="4320" w:type="dxa"/>
          </w:tcPr>
          <w:p w14:paraId="6C86E61B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WYKORZYSTANE METODY DYDAKTYCZNE</w:t>
            </w:r>
          </w:p>
        </w:tc>
        <w:tc>
          <w:tcPr>
            <w:tcW w:w="4320" w:type="dxa"/>
          </w:tcPr>
          <w:p w14:paraId="7D6B7A90" w14:textId="6EA4C426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Mini wykład wprowadzający</w:t>
            </w:r>
          </w:p>
          <w:p w14:paraId="12A23457" w14:textId="279AEC64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Demonstracja</w:t>
            </w:r>
          </w:p>
          <w:p w14:paraId="00019F6F" w14:textId="61CD0E15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Ćwiczenia praktyczne</w:t>
            </w:r>
          </w:p>
          <w:p w14:paraId="594E1CC5" w14:textId="73BEB8FB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Praca projektowa w grupach</w:t>
            </w:r>
          </w:p>
          <w:p w14:paraId="24B29B4B" w14:textId="76CB6B0B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Dyskusja kierowana</w:t>
            </w:r>
          </w:p>
          <w:p w14:paraId="0E3689D4" w14:textId="6E8DAC3F" w:rsidR="005143E8" w:rsidRPr="000315EC" w:rsidRDefault="005143E8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2855D8A6" w14:textId="77777777">
        <w:tc>
          <w:tcPr>
            <w:tcW w:w="4320" w:type="dxa"/>
          </w:tcPr>
          <w:p w14:paraId="3A3E37B8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NARZĘDZIA DYDAKTYCZNE</w:t>
            </w:r>
          </w:p>
        </w:tc>
        <w:tc>
          <w:tcPr>
            <w:tcW w:w="4320" w:type="dxa"/>
          </w:tcPr>
          <w:p w14:paraId="7ADBB22B" w14:textId="72215801" w:rsidR="0048506A" w:rsidRPr="000315EC" w:rsidRDefault="0048506A" w:rsidP="0048506A">
            <w:pPr>
              <w:pStyle w:val="Akapitzlist"/>
              <w:numPr>
                <w:ilvl w:val="0"/>
                <w:numId w:val="14"/>
              </w:numPr>
              <w:ind w:left="390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Komputery z dostępem do Internetu</w:t>
            </w:r>
          </w:p>
          <w:p w14:paraId="594F0C76" w14:textId="56ACA5CF" w:rsidR="0048506A" w:rsidRPr="000315EC" w:rsidRDefault="0048506A" w:rsidP="0048506A">
            <w:pPr>
              <w:pStyle w:val="Akapitzlist"/>
              <w:numPr>
                <w:ilvl w:val="0"/>
                <w:numId w:val="14"/>
              </w:numPr>
              <w:ind w:left="390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Microsoft Outlook, OneDrive, Teams, Word, Excel, PowerPoint</w:t>
            </w:r>
          </w:p>
          <w:p w14:paraId="489DF9FC" w14:textId="02FF0ECE" w:rsidR="0048506A" w:rsidRPr="000315EC" w:rsidRDefault="0048506A" w:rsidP="0048506A">
            <w:pPr>
              <w:pStyle w:val="Akapitzlist"/>
              <w:numPr>
                <w:ilvl w:val="0"/>
                <w:numId w:val="14"/>
              </w:numPr>
              <w:ind w:left="390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Google Scholar, biblioteki cyfrowe (np.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Academica</w:t>
            </w:r>
            <w:proofErr w:type="spellEnd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,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BazEkon</w:t>
            </w:r>
            <w:proofErr w:type="spellEnd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)</w:t>
            </w:r>
          </w:p>
          <w:p w14:paraId="6F8C20B2" w14:textId="6A214DF2" w:rsidR="0048506A" w:rsidRPr="000315EC" w:rsidRDefault="0048506A" w:rsidP="0048506A">
            <w:pPr>
              <w:pStyle w:val="Akapitzlist"/>
              <w:numPr>
                <w:ilvl w:val="0"/>
                <w:numId w:val="14"/>
              </w:numPr>
              <w:ind w:left="390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Prezentacja multimedialna (wprowadzająca)</w:t>
            </w:r>
          </w:p>
          <w:p w14:paraId="6DCF38EF" w14:textId="330B55EE" w:rsidR="0048506A" w:rsidRPr="000315EC" w:rsidRDefault="0048506A" w:rsidP="0048506A">
            <w:pPr>
              <w:pStyle w:val="Akapitzlist"/>
              <w:numPr>
                <w:ilvl w:val="0"/>
                <w:numId w:val="14"/>
              </w:numPr>
              <w:ind w:left="390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Udostępnione szablony plików (Word, Excel, PowerPoint)</w:t>
            </w:r>
          </w:p>
          <w:p w14:paraId="7FEC53C0" w14:textId="43B110BB" w:rsidR="005143E8" w:rsidRPr="000315EC" w:rsidRDefault="005143E8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0586052E" w14:textId="77777777">
        <w:tc>
          <w:tcPr>
            <w:tcW w:w="4320" w:type="dxa"/>
          </w:tcPr>
          <w:p w14:paraId="5F42B7CC" w14:textId="3BA12A22" w:rsidR="00521628" w:rsidRPr="000315EC" w:rsidRDefault="005216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FORMY PRACY</w:t>
            </w:r>
          </w:p>
        </w:tc>
        <w:tc>
          <w:tcPr>
            <w:tcW w:w="4320" w:type="dxa"/>
          </w:tcPr>
          <w:p w14:paraId="589BFF2F" w14:textId="610659F9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Praca indywidualna (np. wyszukiwanie źródeł, wysyłka maili)</w:t>
            </w:r>
          </w:p>
          <w:p w14:paraId="739982ED" w14:textId="2A33ACE4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Praca w parach (np. współdzielenie plików, odpowiadanie na wiadomości)</w:t>
            </w:r>
          </w:p>
          <w:p w14:paraId="6340C651" w14:textId="2635EBBB" w:rsidR="0048506A" w:rsidRPr="000315EC" w:rsidRDefault="0048506A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Praca grupowa (przygotowanie prezentacji z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cytowaniami</w:t>
            </w:r>
            <w:proofErr w:type="spellEnd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)</w:t>
            </w:r>
          </w:p>
          <w:p w14:paraId="1D9202E6" w14:textId="18643D9A" w:rsidR="00521628" w:rsidRPr="000315EC" w:rsidRDefault="00521628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004C956C" w14:textId="77777777">
        <w:tc>
          <w:tcPr>
            <w:tcW w:w="4320" w:type="dxa"/>
          </w:tcPr>
          <w:p w14:paraId="0065215D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LITERATURA INNE ŹRÓDŁA</w:t>
            </w:r>
          </w:p>
        </w:tc>
        <w:tc>
          <w:tcPr>
            <w:tcW w:w="4320" w:type="dxa"/>
          </w:tcPr>
          <w:p w14:paraId="23B8117A" w14:textId="16297A24" w:rsidR="005143E8" w:rsidRPr="000315EC" w:rsidRDefault="00463A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hyperlink r:id="rId8" w:history="1">
              <w:r w:rsidRPr="000315EC">
                <w:rPr>
                  <w:rStyle w:val="Hipercze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pl-PL"/>
                </w:rPr>
                <w:t>https://outlook.office.com/mail/</w:t>
              </w:r>
            </w:hyperlink>
          </w:p>
          <w:p w14:paraId="0A9FBC45" w14:textId="196D7017" w:rsidR="007B528E" w:rsidRPr="000315EC" w:rsidRDefault="00923A7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hyperlink r:id="rId9" w:history="1">
              <w:r w:rsidRPr="000315EC">
                <w:rPr>
                  <w:rStyle w:val="Hipercze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pl-PL"/>
                </w:rPr>
                <w:t>https://scholar.google.com/</w:t>
              </w:r>
            </w:hyperlink>
          </w:p>
          <w:p w14:paraId="7D1486C5" w14:textId="6FBC641B" w:rsidR="00923A7C" w:rsidRPr="000315EC" w:rsidRDefault="005841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hyperlink r:id="rId10" w:history="1">
              <w:r w:rsidRPr="000315EC">
                <w:rPr>
                  <w:rStyle w:val="Hipercze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pl-PL"/>
                </w:rPr>
                <w:t>https://www.researchgate.net/</w:t>
              </w:r>
            </w:hyperlink>
          </w:p>
          <w:p w14:paraId="42BDA415" w14:textId="53EA0059" w:rsidR="005841F5" w:rsidRPr="000315EC" w:rsidRDefault="005841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2940E155" w14:textId="77777777">
        <w:tc>
          <w:tcPr>
            <w:tcW w:w="4320" w:type="dxa"/>
          </w:tcPr>
          <w:p w14:paraId="51C78C68" w14:textId="0CD5FDF0" w:rsidR="00521628" w:rsidRPr="000315EC" w:rsidRDefault="005216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UWAGI DODATKOWE</w:t>
            </w:r>
          </w:p>
        </w:tc>
        <w:tc>
          <w:tcPr>
            <w:tcW w:w="4320" w:type="dxa"/>
          </w:tcPr>
          <w:p w14:paraId="6F624D6A" w14:textId="77777777" w:rsidR="00521628" w:rsidRPr="000315EC" w:rsidRDefault="005216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61597B97" w14:textId="77777777">
        <w:tc>
          <w:tcPr>
            <w:tcW w:w="4320" w:type="dxa"/>
          </w:tcPr>
          <w:p w14:paraId="150CFF4B" w14:textId="77777777" w:rsidR="005143E8" w:rsidRPr="000315EC" w:rsidRDefault="00FD3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ZAŁĄCZNIKI</w:t>
            </w:r>
          </w:p>
        </w:tc>
        <w:tc>
          <w:tcPr>
            <w:tcW w:w="4320" w:type="dxa"/>
          </w:tcPr>
          <w:p w14:paraId="2EAA966C" w14:textId="7DA13B66" w:rsidR="005143E8" w:rsidRPr="000315EC" w:rsidRDefault="005143E8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</w:tbl>
    <w:p w14:paraId="3D6C4257" w14:textId="77777777" w:rsidR="00C66032" w:rsidRPr="000315EC" w:rsidRDefault="00C66032" w:rsidP="00C66032">
      <w:pPr>
        <w:pStyle w:val="Nagwek1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14"/>
        <w:gridCol w:w="4316"/>
      </w:tblGrid>
      <w:tr w:rsidR="000315EC" w:rsidRPr="000315EC" w14:paraId="6AF78666" w14:textId="77777777" w:rsidTr="008A6413">
        <w:tc>
          <w:tcPr>
            <w:tcW w:w="4320" w:type="dxa"/>
          </w:tcPr>
          <w:p w14:paraId="7D39C83D" w14:textId="77777777" w:rsidR="00C66032" w:rsidRPr="000315EC" w:rsidRDefault="00C66032" w:rsidP="008A641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EFEKTY UCZENIA SIĘ</w:t>
            </w:r>
          </w:p>
        </w:tc>
        <w:tc>
          <w:tcPr>
            <w:tcW w:w="4320" w:type="dxa"/>
          </w:tcPr>
          <w:p w14:paraId="3ED8EA9F" w14:textId="1E107E64" w:rsidR="0048506A" w:rsidRPr="000315EC" w:rsidRDefault="0048506A" w:rsidP="0048506A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Student potrafi korzystać z poczty e-mail z zachowaniem zasad formalnej komunikacji</w:t>
            </w:r>
          </w:p>
          <w:p w14:paraId="22ADA603" w14:textId="453D3448" w:rsidR="0048506A" w:rsidRPr="000315EC" w:rsidRDefault="0048506A" w:rsidP="0048506A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Student potrafi współdzielić i edytować pliki w środowisku Microsoft 365</w:t>
            </w:r>
          </w:p>
          <w:p w14:paraId="7AC6892B" w14:textId="0FDEA634" w:rsidR="0048506A" w:rsidRPr="000315EC" w:rsidRDefault="0048506A" w:rsidP="0048506A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Student zna podstawy obsługi programów Word, Excel i PowerPoint</w:t>
            </w:r>
          </w:p>
          <w:p w14:paraId="2D892CC9" w14:textId="2A4C8CA1" w:rsidR="0048506A" w:rsidRPr="000315EC" w:rsidRDefault="0048506A" w:rsidP="0048506A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Student potrafi wyszukiwać i cytować źródła naukowe zgodnie z wybranym stylem </w:t>
            </w:r>
          </w:p>
          <w:p w14:paraId="0287DFBC" w14:textId="3626A177" w:rsidR="0048506A" w:rsidRPr="000315EC" w:rsidRDefault="0048506A" w:rsidP="0048506A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Student potrafi współtworzyć projekt w środowisku cyfrowym i zaprezentować go z wykorzystaniem </w:t>
            </w:r>
            <w:proofErr w:type="spellStart"/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Teams</w:t>
            </w:r>
            <w:proofErr w:type="spellEnd"/>
          </w:p>
          <w:p w14:paraId="2CC3B4B0" w14:textId="6873D5AB" w:rsidR="00C66032" w:rsidRPr="000315EC" w:rsidRDefault="00C66032" w:rsidP="008A6413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0315EC" w:rsidRPr="000315EC" w14:paraId="3A4FC8F7" w14:textId="77777777" w:rsidTr="008A6413">
        <w:tc>
          <w:tcPr>
            <w:tcW w:w="4320" w:type="dxa"/>
          </w:tcPr>
          <w:p w14:paraId="34EBD551" w14:textId="77777777" w:rsidR="00C66032" w:rsidRPr="000315EC" w:rsidRDefault="00C66032" w:rsidP="008A641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METODY WERYFIKACJI EFEKTÓW UCZENIA SIĘ</w:t>
            </w:r>
          </w:p>
        </w:tc>
        <w:tc>
          <w:tcPr>
            <w:tcW w:w="4320" w:type="dxa"/>
          </w:tcPr>
          <w:p w14:paraId="56634B62" w14:textId="79677886" w:rsidR="00C66032" w:rsidRPr="000315EC" w:rsidRDefault="00132D23" w:rsidP="0048506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</w:pPr>
            <w:r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>Indywidualne</w:t>
            </w:r>
            <w:r w:rsidR="0048506A" w:rsidRPr="000315E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pl-PL"/>
              </w:rPr>
              <w:t xml:space="preserve"> przygotowanie projektu  </w:t>
            </w:r>
          </w:p>
        </w:tc>
      </w:tr>
    </w:tbl>
    <w:p w14:paraId="509801EC" w14:textId="0C5FB16D" w:rsidR="00C66032" w:rsidRPr="000315EC" w:rsidRDefault="004B726D" w:rsidP="004B726D">
      <w:pPr>
        <w:pStyle w:val="Nagwek1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0315EC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0315EC" w:rsidRPr="000315EC" w14:paraId="09DB5F36" w14:textId="77777777" w:rsidTr="00D67957">
        <w:tc>
          <w:tcPr>
            <w:tcW w:w="4316" w:type="dxa"/>
          </w:tcPr>
          <w:p w14:paraId="33250185" w14:textId="77777777" w:rsidR="004B726D" w:rsidRPr="000315EC" w:rsidRDefault="004B726D" w:rsidP="00D67957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AUTOR SCENARIUSZA</w:t>
            </w:r>
          </w:p>
        </w:tc>
        <w:tc>
          <w:tcPr>
            <w:tcW w:w="4314" w:type="dxa"/>
          </w:tcPr>
          <w:p w14:paraId="2DB813C6" w14:textId="7B24249C" w:rsidR="004B726D" w:rsidRPr="000315EC" w:rsidRDefault="00132D23" w:rsidP="00D67957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Grzegorz Grodkowski</w:t>
            </w:r>
          </w:p>
        </w:tc>
      </w:tr>
      <w:tr w:rsidR="004B726D" w:rsidRPr="000315EC" w14:paraId="01DA8EC0" w14:textId="77777777" w:rsidTr="00D67957">
        <w:tc>
          <w:tcPr>
            <w:tcW w:w="4316" w:type="dxa"/>
          </w:tcPr>
          <w:p w14:paraId="3FE04AA6" w14:textId="77777777" w:rsidR="004B726D" w:rsidRPr="000315EC" w:rsidRDefault="004B726D" w:rsidP="00D67957">
            <w:pPr>
              <w:rPr>
                <w:color w:val="000000" w:themeColor="text1"/>
                <w:lang w:val="pl-PL"/>
              </w:rPr>
            </w:pPr>
            <w:r w:rsidRPr="000315EC">
              <w:rPr>
                <w:color w:val="000000" w:themeColor="text1"/>
                <w:lang w:val="pl-PL"/>
              </w:rPr>
              <w:t>AUTOR ZAŁĄCZNIKÓW</w:t>
            </w:r>
          </w:p>
        </w:tc>
        <w:tc>
          <w:tcPr>
            <w:tcW w:w="4314" w:type="dxa"/>
          </w:tcPr>
          <w:p w14:paraId="1A9C8658" w14:textId="22786385" w:rsidR="004B726D" w:rsidRPr="000315EC" w:rsidRDefault="00015C67" w:rsidP="00D67957">
            <w:pPr>
              <w:rPr>
                <w:color w:val="000000" w:themeColor="text1"/>
              </w:rPr>
            </w:pPr>
            <w:r w:rsidRPr="000315EC">
              <w:rPr>
                <w:color w:val="000000" w:themeColor="text1"/>
              </w:rPr>
              <w:t>Grzegorz Grodkowski</w:t>
            </w:r>
          </w:p>
        </w:tc>
      </w:tr>
    </w:tbl>
    <w:p w14:paraId="4E266CB4" w14:textId="77777777" w:rsidR="004B726D" w:rsidRPr="000315EC" w:rsidRDefault="004B726D" w:rsidP="004B726D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</w:p>
    <w:sectPr w:rsidR="004B726D" w:rsidRPr="000315EC" w:rsidSect="00034616">
      <w:headerReference w:type="default" r:id="rId11"/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9BE48" w14:textId="77777777" w:rsidR="006B4DBE" w:rsidRDefault="006B4DBE" w:rsidP="00521628">
      <w:pPr>
        <w:spacing w:after="0" w:line="240" w:lineRule="auto"/>
      </w:pPr>
      <w:r>
        <w:separator/>
      </w:r>
    </w:p>
  </w:endnote>
  <w:endnote w:type="continuationSeparator" w:id="0">
    <w:p w14:paraId="74072297" w14:textId="77777777" w:rsidR="006B4DBE" w:rsidRDefault="006B4DBE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6C9A9" w14:textId="0714C3A0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CC69C8" w14:textId="77777777" w:rsidR="006B4DBE" w:rsidRDefault="006B4DBE" w:rsidP="00521628">
      <w:pPr>
        <w:spacing w:after="0" w:line="240" w:lineRule="auto"/>
      </w:pPr>
      <w:r>
        <w:separator/>
      </w:r>
    </w:p>
  </w:footnote>
  <w:footnote w:type="continuationSeparator" w:id="0">
    <w:p w14:paraId="19481B89" w14:textId="77777777" w:rsidR="006B4DBE" w:rsidRDefault="006B4DBE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D4217" w14:textId="4D1ACAD5" w:rsidR="00521628" w:rsidRDefault="00521628" w:rsidP="00521628">
    <w:pPr>
      <w:pStyle w:val="Nagwek"/>
      <w:ind w:left="-1560"/>
    </w:pPr>
    <w:r>
      <w:rPr>
        <w:noProof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8DD2ADF"/>
    <w:multiLevelType w:val="hybridMultilevel"/>
    <w:tmpl w:val="C2DAAD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BE5628"/>
    <w:multiLevelType w:val="hybridMultilevel"/>
    <w:tmpl w:val="20C464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A53F45"/>
    <w:multiLevelType w:val="hybridMultilevel"/>
    <w:tmpl w:val="0100A0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F57F33"/>
    <w:multiLevelType w:val="multilevel"/>
    <w:tmpl w:val="36387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430649"/>
    <w:multiLevelType w:val="hybridMultilevel"/>
    <w:tmpl w:val="B1905D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122C1B"/>
    <w:multiLevelType w:val="hybridMultilevel"/>
    <w:tmpl w:val="60B6BB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7A4EBA"/>
    <w:multiLevelType w:val="hybridMultilevel"/>
    <w:tmpl w:val="F65E26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6018548">
    <w:abstractNumId w:val="8"/>
  </w:num>
  <w:num w:numId="2" w16cid:durableId="652103593">
    <w:abstractNumId w:val="6"/>
  </w:num>
  <w:num w:numId="3" w16cid:durableId="1525745549">
    <w:abstractNumId w:val="5"/>
  </w:num>
  <w:num w:numId="4" w16cid:durableId="891964326">
    <w:abstractNumId w:val="4"/>
  </w:num>
  <w:num w:numId="5" w16cid:durableId="477234675">
    <w:abstractNumId w:val="7"/>
  </w:num>
  <w:num w:numId="6" w16cid:durableId="889614086">
    <w:abstractNumId w:val="3"/>
  </w:num>
  <w:num w:numId="7" w16cid:durableId="1953629841">
    <w:abstractNumId w:val="2"/>
  </w:num>
  <w:num w:numId="8" w16cid:durableId="1450002871">
    <w:abstractNumId w:val="1"/>
  </w:num>
  <w:num w:numId="9" w16cid:durableId="149443444">
    <w:abstractNumId w:val="0"/>
  </w:num>
  <w:num w:numId="10" w16cid:durableId="423965702">
    <w:abstractNumId w:val="11"/>
  </w:num>
  <w:num w:numId="11" w16cid:durableId="1207571873">
    <w:abstractNumId w:val="9"/>
  </w:num>
  <w:num w:numId="12" w16cid:durableId="557865686">
    <w:abstractNumId w:val="10"/>
  </w:num>
  <w:num w:numId="13" w16cid:durableId="1349986988">
    <w:abstractNumId w:val="12"/>
  </w:num>
  <w:num w:numId="14" w16cid:durableId="1381591645">
    <w:abstractNumId w:val="14"/>
  </w:num>
  <w:num w:numId="15" w16cid:durableId="1687098039">
    <w:abstractNumId w:val="15"/>
  </w:num>
  <w:num w:numId="16" w16cid:durableId="12348959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5C67"/>
    <w:rsid w:val="000315EC"/>
    <w:rsid w:val="00034616"/>
    <w:rsid w:val="0006063C"/>
    <w:rsid w:val="00077043"/>
    <w:rsid w:val="00084D8A"/>
    <w:rsid w:val="00091956"/>
    <w:rsid w:val="000F1F39"/>
    <w:rsid w:val="00100361"/>
    <w:rsid w:val="001210B4"/>
    <w:rsid w:val="00132D23"/>
    <w:rsid w:val="0015074B"/>
    <w:rsid w:val="0021697B"/>
    <w:rsid w:val="0029639D"/>
    <w:rsid w:val="00316819"/>
    <w:rsid w:val="00326F90"/>
    <w:rsid w:val="003628CD"/>
    <w:rsid w:val="0044797C"/>
    <w:rsid w:val="00463A54"/>
    <w:rsid w:val="0048506A"/>
    <w:rsid w:val="004960E5"/>
    <w:rsid w:val="004B726D"/>
    <w:rsid w:val="005143E8"/>
    <w:rsid w:val="00521628"/>
    <w:rsid w:val="00575700"/>
    <w:rsid w:val="005841F5"/>
    <w:rsid w:val="00585744"/>
    <w:rsid w:val="00612384"/>
    <w:rsid w:val="006B4DBE"/>
    <w:rsid w:val="0070728F"/>
    <w:rsid w:val="00784997"/>
    <w:rsid w:val="007B528E"/>
    <w:rsid w:val="007E1D6F"/>
    <w:rsid w:val="00923A7C"/>
    <w:rsid w:val="009568A2"/>
    <w:rsid w:val="00976B8B"/>
    <w:rsid w:val="00AA1D8D"/>
    <w:rsid w:val="00B47730"/>
    <w:rsid w:val="00B56493"/>
    <w:rsid w:val="00B734AA"/>
    <w:rsid w:val="00BA4DD9"/>
    <w:rsid w:val="00BA4F5B"/>
    <w:rsid w:val="00BE192A"/>
    <w:rsid w:val="00C44D43"/>
    <w:rsid w:val="00C5174D"/>
    <w:rsid w:val="00C551F5"/>
    <w:rsid w:val="00C66032"/>
    <w:rsid w:val="00CB0664"/>
    <w:rsid w:val="00CE7720"/>
    <w:rsid w:val="00D054A7"/>
    <w:rsid w:val="00D2341F"/>
    <w:rsid w:val="00D64982"/>
    <w:rsid w:val="00E316F3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AE60F7"/>
  <w14:defaultImageDpi w14:val="300"/>
  <w15:docId w15:val="{56769A87-72FB-4000-A415-6D2D61B8C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463A5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63A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2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utlook.office.com/mail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researchgate.ne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.google.com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0474EF4-983C-4BB7-93B0-2E0C53438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775</Words>
  <Characters>4653</Characters>
  <Application>Microsoft Office Word</Application>
  <DocSecurity>0</DocSecurity>
  <Lines>38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Beata Grzesiak</cp:lastModifiedBy>
  <cp:revision>2</cp:revision>
  <dcterms:created xsi:type="dcterms:W3CDTF">2025-12-19T10:53:00Z</dcterms:created>
  <dcterms:modified xsi:type="dcterms:W3CDTF">2025-12-19T10:53:00Z</dcterms:modified>
  <cp:category/>
</cp:coreProperties>
</file>