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963D6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19</w:t>
            </w:r>
          </w:p>
        </w:tc>
      </w:tr>
      <w:tr w:rsidR="0044797C" w:rsidRPr="00963D60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963D6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Praca z dokumentem wielostronicowym w edytorze tekstu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963D6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963D6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963D60" w:rsidRPr="00963D60" w:rsidRDefault="00963D60" w:rsidP="00963D6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1.</w:t>
            </w:r>
            <w:r w:rsidRPr="00963D60">
              <w:rPr>
                <w:rFonts w:asciiTheme="majorHAnsi" w:hAnsiTheme="majorHAnsi" w:cstheme="majorHAnsi"/>
                <w:lang w:val="pl-PL"/>
              </w:rPr>
              <w:tab/>
              <w:t>Nabycie umiejętności tworzenia oraz edycji dokumentów wielostronicowych.</w:t>
            </w:r>
          </w:p>
          <w:p w:rsidR="00963D60" w:rsidRPr="00963D60" w:rsidRDefault="00963D60" w:rsidP="00963D6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2.</w:t>
            </w:r>
            <w:r w:rsidRPr="00963D60">
              <w:rPr>
                <w:rFonts w:asciiTheme="majorHAnsi" w:hAnsiTheme="majorHAnsi" w:cstheme="majorHAnsi"/>
                <w:lang w:val="pl-PL"/>
              </w:rPr>
              <w:tab/>
              <w:t>Zapoznanie studentów z zasadami organizacji rozbudowanych dokumentów, w tym zastosowaniem stylów, spisu treści oraz przypisów.</w:t>
            </w:r>
          </w:p>
          <w:p w:rsidR="00963D60" w:rsidRPr="00963D60" w:rsidRDefault="00963D60" w:rsidP="00963D6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3.</w:t>
            </w:r>
            <w:r w:rsidRPr="00963D60">
              <w:rPr>
                <w:rFonts w:asciiTheme="majorHAnsi" w:hAnsiTheme="majorHAnsi" w:cstheme="majorHAnsi"/>
                <w:lang w:val="pl-PL"/>
              </w:rPr>
              <w:tab/>
              <w:t>Przygotowanie do tworzenia raportów, projektów i prac zaliczeniowych zgodnie z zasadami edytorskimi i akademickimi.</w:t>
            </w:r>
          </w:p>
          <w:p w:rsidR="005143E8" w:rsidRPr="000E45CD" w:rsidRDefault="00963D60" w:rsidP="00963D6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4.</w:t>
            </w:r>
            <w:r w:rsidRPr="00963D60">
              <w:rPr>
                <w:rFonts w:asciiTheme="majorHAnsi" w:hAnsiTheme="majorHAnsi" w:cstheme="majorHAnsi"/>
                <w:lang w:val="pl-PL"/>
              </w:rPr>
              <w:tab/>
              <w:t>Rozwijanie umiejętności stosowania narzędzi automatyzujących pracę nad dokumentami.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Projektor multimedialny.</w:t>
            </w:r>
          </w:p>
        </w:tc>
      </w:tr>
      <w:tr w:rsidR="005143E8" w:rsidRPr="00963D6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963D6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963D60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Wprowadzenie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963D6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963D6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963D60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Przedstawienie celów zajęć, omówienie znaczenia dokumentów wielostronicowych w pracy akademickiej i zawodowej.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963D6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Instruktaż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963D6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702450" w:rsidRPr="00963D6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0E45CD" w:rsidRDefault="00963D6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 xml:space="preserve">Pokaz tworzenia spisu treści, stosowania stylów, wstawiania przypisów i indeksów oraz </w:t>
            </w:r>
            <w:proofErr w:type="spellStart"/>
            <w:r w:rsidRPr="00963D60">
              <w:rPr>
                <w:rFonts w:asciiTheme="majorHAnsi" w:hAnsiTheme="majorHAnsi" w:cstheme="majorHAnsi"/>
                <w:lang w:val="pl-PL"/>
              </w:rPr>
              <w:t>odwołań</w:t>
            </w:r>
            <w:proofErr w:type="spellEnd"/>
            <w:r w:rsidRPr="00963D60">
              <w:rPr>
                <w:rFonts w:asciiTheme="majorHAnsi" w:hAnsiTheme="majorHAnsi" w:cstheme="majorHAnsi"/>
                <w:lang w:val="pl-PL"/>
              </w:rPr>
              <w:t xml:space="preserve"> wewnętrznych.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963D6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Ćwiczenia praktyczne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963D6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50</w:t>
            </w:r>
          </w:p>
        </w:tc>
      </w:tr>
      <w:tr w:rsidR="00702450" w:rsidRPr="00963D6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702450" w:rsidRPr="000E45CD" w:rsidRDefault="00963D60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 xml:space="preserve">Samodzielna praca studentów nad przygotowaniem dokumentu wielostronicowego z zastosowaniem spisu treści, przypisów, indeksów oraz </w:t>
            </w:r>
            <w:proofErr w:type="spellStart"/>
            <w:r w:rsidRPr="00963D60">
              <w:rPr>
                <w:rFonts w:asciiTheme="majorHAnsi" w:hAnsiTheme="majorHAnsi" w:cstheme="majorHAnsi"/>
                <w:lang w:val="pl-PL"/>
              </w:rPr>
              <w:t>odwołań</w:t>
            </w:r>
            <w:proofErr w:type="spellEnd"/>
            <w:r w:rsidRPr="00963D60">
              <w:rPr>
                <w:rFonts w:asciiTheme="majorHAnsi" w:hAnsiTheme="majorHAnsi" w:cstheme="majorHAnsi"/>
                <w:lang w:val="pl-PL"/>
              </w:rPr>
              <w:t xml:space="preserve"> do tabel i rysunków.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963D6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Podsumowanie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963D6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963D6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702450" w:rsidRPr="000E45CD" w:rsidRDefault="00963D60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Omówienie postępów, wskazanie najczęstszych błędów oraz przypomnienie kluczowych zasad pracy z dokumentami wielostronicowymi.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963D6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963D6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604F71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963D60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963D6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•</w:t>
            </w:r>
            <w:r w:rsidRPr="00963D60">
              <w:rPr>
                <w:rFonts w:asciiTheme="majorHAnsi" w:hAnsiTheme="majorHAnsi" w:cstheme="majorHAnsi"/>
                <w:lang w:val="pl-PL"/>
              </w:rPr>
              <w:tab/>
              <w:t>Obecność oraz wykonanie zadania jest obowiązkowe i podlega ocenie w ramach zaliczenia ćwiczeń laboratoryjnych.</w:t>
            </w:r>
          </w:p>
        </w:tc>
      </w:tr>
      <w:tr w:rsidR="005143E8" w:rsidRPr="00963D6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963D60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963D60" w:rsidRPr="00963D60" w:rsidRDefault="00963D60" w:rsidP="00963D6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•</w:t>
            </w:r>
            <w:r w:rsidRPr="00963D60">
              <w:rPr>
                <w:rFonts w:asciiTheme="majorHAnsi" w:hAnsiTheme="majorHAnsi" w:cstheme="majorHAnsi"/>
                <w:lang w:val="pl-PL"/>
              </w:rPr>
              <w:tab/>
              <w:t>U2: Student potrafi stosować narzędzia edytora tekstu do profesjonalnego formatowania dokumentów, w tym dokumentów wielostronicowych.</w:t>
            </w:r>
          </w:p>
          <w:p w:rsidR="00C66032" w:rsidRPr="000E45CD" w:rsidRDefault="00963D60" w:rsidP="00963D60">
            <w:pPr>
              <w:rPr>
                <w:rFonts w:asciiTheme="majorHAnsi" w:hAnsiTheme="majorHAnsi" w:cstheme="majorHAnsi"/>
                <w:lang w:val="pl-PL"/>
              </w:rPr>
            </w:pPr>
            <w:r w:rsidRPr="00963D60">
              <w:rPr>
                <w:rFonts w:asciiTheme="majorHAnsi" w:hAnsiTheme="majorHAnsi" w:cstheme="majorHAnsi"/>
                <w:lang w:val="pl-PL"/>
              </w:rPr>
              <w:t>•</w:t>
            </w:r>
            <w:r w:rsidRPr="00963D60">
              <w:rPr>
                <w:rFonts w:asciiTheme="majorHAnsi" w:hAnsiTheme="majorHAnsi" w:cstheme="majorHAnsi"/>
                <w:lang w:val="pl-PL"/>
              </w:rPr>
              <w:tab/>
              <w:t>U3: Student potrafi przygotowywać raporty i wizualizacje podstawowych danych z wykorzystaniem edytora tekstu.</w:t>
            </w:r>
            <w:bookmarkStart w:id="0" w:name="_GoBack"/>
            <w:bookmarkEnd w:id="0"/>
          </w:p>
        </w:tc>
      </w:tr>
      <w:tr w:rsidR="00C66032" w:rsidRPr="00963D60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  <w:r w:rsidR="00E34B39">
              <w:rPr>
                <w:rFonts w:asciiTheme="majorHAnsi" w:hAnsiTheme="majorHAnsi" w:cstheme="majorHAnsi"/>
                <w:lang w:val="pl-PL"/>
              </w:rPr>
              <w:t xml:space="preserve">po zakończeniu całego cyklu </w:t>
            </w:r>
            <w:r w:rsidR="005C0AFE">
              <w:rPr>
                <w:rFonts w:asciiTheme="majorHAnsi" w:hAnsiTheme="majorHAnsi" w:cstheme="majorHAnsi"/>
                <w:lang w:val="pl-PL"/>
              </w:rPr>
              <w:t>tematycznego ćwiczeń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4F71" w:rsidRDefault="00604F71" w:rsidP="00521628">
      <w:pPr>
        <w:spacing w:after="0" w:line="240" w:lineRule="auto"/>
      </w:pPr>
      <w:r>
        <w:separator/>
      </w:r>
    </w:p>
  </w:endnote>
  <w:endnote w:type="continuationSeparator" w:id="0">
    <w:p w:rsidR="00604F71" w:rsidRDefault="00604F71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4F71" w:rsidRDefault="00604F71" w:rsidP="00521628">
      <w:pPr>
        <w:spacing w:after="0" w:line="240" w:lineRule="auto"/>
      </w:pPr>
      <w:r>
        <w:separator/>
      </w:r>
    </w:p>
  </w:footnote>
  <w:footnote w:type="continuationSeparator" w:id="0">
    <w:p w:rsidR="00604F71" w:rsidRDefault="00604F71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2B22"/>
    <w:rsid w:val="00222E85"/>
    <w:rsid w:val="00224AE9"/>
    <w:rsid w:val="00271106"/>
    <w:rsid w:val="0029639D"/>
    <w:rsid w:val="002F6513"/>
    <w:rsid w:val="00326F90"/>
    <w:rsid w:val="00347765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C0AFE"/>
    <w:rsid w:val="005C39B5"/>
    <w:rsid w:val="00604F71"/>
    <w:rsid w:val="00612384"/>
    <w:rsid w:val="00661996"/>
    <w:rsid w:val="006C25E1"/>
    <w:rsid w:val="00702450"/>
    <w:rsid w:val="0070550E"/>
    <w:rsid w:val="00725ADB"/>
    <w:rsid w:val="00741AA1"/>
    <w:rsid w:val="007C4DE5"/>
    <w:rsid w:val="008239E6"/>
    <w:rsid w:val="0092286B"/>
    <w:rsid w:val="00947699"/>
    <w:rsid w:val="00963D60"/>
    <w:rsid w:val="00976B8B"/>
    <w:rsid w:val="009B0817"/>
    <w:rsid w:val="00A17B5E"/>
    <w:rsid w:val="00A317F1"/>
    <w:rsid w:val="00A9308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D48F021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89DCAE7-D763-48B3-824B-41DE85399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39</TotalTime>
  <Pages>3</Pages>
  <Words>580</Words>
  <Characters>3485</Characters>
  <Application>Microsoft Office Word</Application>
  <DocSecurity>0</DocSecurity>
  <Lines>29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4057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16</cp:revision>
  <dcterms:created xsi:type="dcterms:W3CDTF">2025-10-02T19:35:00Z</dcterms:created>
  <dcterms:modified xsi:type="dcterms:W3CDTF">2025-11-16T12:55:00Z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