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628" w:rsidRPr="000E45CD" w:rsidRDefault="000E633D" w:rsidP="00C04DF8">
      <w:pPr>
        <w:pStyle w:val="Tytu"/>
        <w:rPr>
          <w:rFonts w:cstheme="majorHAnsi"/>
          <w:color w:val="000000" w:themeColor="text1"/>
          <w:sz w:val="28"/>
          <w:szCs w:val="28"/>
          <w:lang w:val="pl-PL"/>
        </w:rPr>
      </w:pP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t xml:space="preserve">Scenariusz zajęć </w:t>
      </w: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br/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realizowanych w ramach projektu </w:t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br/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„Zrównoważony Kampus SGGW - kształcenie na rzecz branż kluczowych ” </w:t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br/>
        <w:t>nr FERS.01.05-IP.08-0067/23</w:t>
      </w:r>
    </w:p>
    <w:p w:rsidR="00E316F3" w:rsidRPr="000E45CD" w:rsidRDefault="00E316F3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 xml:space="preserve">Informacje </w:t>
      </w:r>
      <w:r w:rsidR="004B726D" w:rsidRPr="000E45CD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:rsidR="00E316F3" w:rsidRPr="000E45CD" w:rsidRDefault="0092286B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Technologie informacyjne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rolnictwo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Pierwszy (zimowy)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Instytut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Rolnictwa</w:t>
            </w:r>
            <w:r w:rsidRPr="000E45CD">
              <w:rPr>
                <w:rFonts w:asciiTheme="majorHAnsi" w:hAnsiTheme="majorHAnsi" w:cstheme="majorHAnsi"/>
                <w:lang w:val="pl-PL"/>
              </w:rPr>
              <w:t xml:space="preserve">, 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>K</w:t>
            </w:r>
            <w:r w:rsidRPr="000E45CD">
              <w:rPr>
                <w:rFonts w:asciiTheme="majorHAnsi" w:hAnsiTheme="majorHAnsi" w:cstheme="majorHAnsi"/>
                <w:lang w:val="pl-PL"/>
              </w:rPr>
              <w:t>atedra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Biometrii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45</w:t>
            </w:r>
          </w:p>
        </w:tc>
      </w:tr>
      <w:tr w:rsidR="0044797C" w:rsidRPr="000E45CD" w:rsidTr="007C4DE5">
        <w:tc>
          <w:tcPr>
            <w:tcW w:w="3539" w:type="dxa"/>
          </w:tcPr>
          <w:p w:rsidR="0044797C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:rsidR="0044797C" w:rsidRPr="000E45CD" w:rsidRDefault="002F6513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23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15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30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4E79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Liczba </w:t>
            </w:r>
            <w:r w:rsidR="004E79EF" w:rsidRPr="000E45CD">
              <w:rPr>
                <w:rFonts w:asciiTheme="majorHAnsi" w:hAnsiTheme="majorHAnsi" w:cstheme="majorHAnsi"/>
                <w:lang w:val="pl-PL"/>
              </w:rPr>
              <w:t>ECTS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5143E8" w:rsidRPr="000E45CD" w:rsidRDefault="00FD3E5E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0E45CD" w:rsidTr="007C4DE5">
        <w:tc>
          <w:tcPr>
            <w:tcW w:w="3539" w:type="dxa"/>
          </w:tcPr>
          <w:p w:rsidR="004B726D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</w:tcPr>
          <w:p w:rsidR="004B726D" w:rsidRPr="000E45CD" w:rsidRDefault="004127E3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8</w:t>
            </w:r>
          </w:p>
        </w:tc>
      </w:tr>
      <w:tr w:rsidR="0044797C" w:rsidRPr="004127E3" w:rsidTr="007C4DE5">
        <w:tc>
          <w:tcPr>
            <w:tcW w:w="3539" w:type="dxa"/>
          </w:tcPr>
          <w:p w:rsidR="0044797C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</w:tcPr>
          <w:p w:rsidR="0044797C" w:rsidRPr="000E45CD" w:rsidRDefault="004127E3">
            <w:pPr>
              <w:rPr>
                <w:rFonts w:asciiTheme="majorHAnsi" w:hAnsiTheme="majorHAnsi" w:cstheme="majorHAnsi"/>
                <w:lang w:val="pl-PL"/>
              </w:rPr>
            </w:pPr>
            <w:r w:rsidRPr="004127E3">
              <w:rPr>
                <w:rFonts w:asciiTheme="majorHAnsi" w:hAnsiTheme="majorHAnsi" w:cstheme="majorHAnsi"/>
                <w:lang w:val="pl-PL"/>
              </w:rPr>
              <w:t>Nowe technologie informacyjne w rolnictwie – aktualne innowacje i ich zastosowanie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wykład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</w:tcPr>
          <w:p w:rsidR="005143E8" w:rsidRPr="000E45CD" w:rsidRDefault="00F00EC4" w:rsidP="004545D1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30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minut, </w:t>
            </w:r>
            <w:r w:rsidR="004545D1" w:rsidRPr="000E45CD">
              <w:rPr>
                <w:rFonts w:asciiTheme="majorHAnsi" w:hAnsiTheme="majorHAnsi" w:cstheme="majorHAnsi"/>
                <w:lang w:val="pl-PL"/>
              </w:rPr>
              <w:t>1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blok</w:t>
            </w:r>
          </w:p>
        </w:tc>
      </w:tr>
      <w:tr w:rsidR="005143E8" w:rsidRPr="004127E3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</w:tcPr>
          <w:p w:rsidR="005143E8" w:rsidRPr="000E45CD" w:rsidRDefault="00702450">
            <w:pPr>
              <w:rPr>
                <w:rFonts w:asciiTheme="majorHAnsi" w:hAnsiTheme="majorHAnsi" w:cstheme="majorHAnsi"/>
                <w:lang w:val="pl-PL"/>
              </w:rPr>
            </w:pPr>
            <w:r w:rsidRPr="00702450">
              <w:rPr>
                <w:rFonts w:asciiTheme="majorHAnsi" w:hAnsiTheme="majorHAnsi" w:cstheme="majorHAnsi"/>
                <w:lang w:val="pl-PL"/>
              </w:rPr>
              <w:t>Zapoznanie studentów z podstawami technologii informacyjnych, w tym zarządzaniem danymi i narzędziami chmurowymi.</w:t>
            </w:r>
          </w:p>
        </w:tc>
      </w:tr>
      <w:tr w:rsidR="005143E8" w:rsidRPr="004127E3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</w:tcPr>
          <w:p w:rsidR="00F00EC4" w:rsidRPr="00F00EC4" w:rsidRDefault="00F00EC4" w:rsidP="00F00EC4">
            <w:pPr>
              <w:rPr>
                <w:rFonts w:asciiTheme="majorHAnsi" w:hAnsiTheme="majorHAnsi" w:cstheme="majorHAnsi"/>
                <w:lang w:val="pl-PL"/>
              </w:rPr>
            </w:pPr>
            <w:r w:rsidRPr="00F00EC4">
              <w:rPr>
                <w:rFonts w:asciiTheme="majorHAnsi" w:hAnsiTheme="majorHAnsi" w:cstheme="majorHAnsi"/>
                <w:lang w:val="pl-PL"/>
              </w:rPr>
              <w:t>•</w:t>
            </w:r>
            <w:r w:rsidRPr="00F00EC4">
              <w:rPr>
                <w:rFonts w:asciiTheme="majorHAnsi" w:hAnsiTheme="majorHAnsi" w:cstheme="majorHAnsi"/>
                <w:lang w:val="pl-PL"/>
              </w:rPr>
              <w:tab/>
              <w:t>Przedstawienie studentom najnowszych technologii TI, które pojawiły się na rynku w ostatnich latach i nie były szeroko znane podczas tworzenia programu zajęć.</w:t>
            </w:r>
          </w:p>
          <w:p w:rsidR="00F00EC4" w:rsidRPr="00F00EC4" w:rsidRDefault="00F00EC4" w:rsidP="00F00EC4">
            <w:pPr>
              <w:rPr>
                <w:rFonts w:asciiTheme="majorHAnsi" w:hAnsiTheme="majorHAnsi" w:cstheme="majorHAnsi"/>
                <w:lang w:val="pl-PL"/>
              </w:rPr>
            </w:pPr>
            <w:r w:rsidRPr="00F00EC4">
              <w:rPr>
                <w:rFonts w:asciiTheme="majorHAnsi" w:hAnsiTheme="majorHAnsi" w:cstheme="majorHAnsi"/>
                <w:lang w:val="pl-PL"/>
              </w:rPr>
              <w:t>•</w:t>
            </w:r>
            <w:r w:rsidRPr="00F00EC4">
              <w:rPr>
                <w:rFonts w:asciiTheme="majorHAnsi" w:hAnsiTheme="majorHAnsi" w:cstheme="majorHAnsi"/>
                <w:lang w:val="pl-PL"/>
              </w:rPr>
              <w:tab/>
              <w:t>Omówienie potencjalnych zastosowań tych technologii w rolnictwie oraz w codziennym życiu inżyniera rolnictwa.</w:t>
            </w:r>
          </w:p>
          <w:p w:rsidR="005143E8" w:rsidRPr="000E45CD" w:rsidRDefault="00F00EC4" w:rsidP="00F00EC4">
            <w:pPr>
              <w:rPr>
                <w:rFonts w:asciiTheme="majorHAnsi" w:hAnsiTheme="majorHAnsi" w:cstheme="majorHAnsi"/>
                <w:lang w:val="pl-PL"/>
              </w:rPr>
            </w:pPr>
            <w:r w:rsidRPr="00F00EC4">
              <w:rPr>
                <w:rFonts w:asciiTheme="majorHAnsi" w:hAnsiTheme="majorHAnsi" w:cstheme="majorHAnsi"/>
                <w:lang w:val="pl-PL"/>
              </w:rPr>
              <w:t>•</w:t>
            </w:r>
            <w:r w:rsidRPr="00F00EC4">
              <w:rPr>
                <w:rFonts w:asciiTheme="majorHAnsi" w:hAnsiTheme="majorHAnsi" w:cstheme="majorHAnsi"/>
                <w:lang w:val="pl-PL"/>
              </w:rPr>
              <w:tab/>
              <w:t>Zainspirowanie studentów do poszukiwania aktualnych rozwiązań technologicznych wspierających nowoczesne rolnictwo.</w:t>
            </w:r>
          </w:p>
        </w:tc>
      </w:tr>
      <w:tr w:rsidR="005143E8" w:rsidRPr="004127E3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Wymagania techniczne do realizacji jednostki dydaktycznej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komputer, </w:t>
            </w:r>
            <w:r w:rsidR="004545D1" w:rsidRPr="000E45CD">
              <w:rPr>
                <w:rFonts w:asciiTheme="majorHAnsi" w:hAnsiTheme="majorHAnsi" w:cstheme="majorHAnsi"/>
                <w:lang w:val="pl-PL"/>
              </w:rPr>
              <w:t xml:space="preserve">projektor, dostęp do </w:t>
            </w:r>
            <w:proofErr w:type="spellStart"/>
            <w:r w:rsidR="004545D1" w:rsidRPr="000E45CD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Czynności organizacyjne i przygotowawcze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przygotowanie materiałów</w:t>
            </w:r>
          </w:p>
        </w:tc>
      </w:tr>
    </w:tbl>
    <w:p w:rsidR="005143E8" w:rsidRPr="000E45CD" w:rsidRDefault="00521628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lastRenderedPageBreak/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011A0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:rsidR="005143E8" w:rsidRPr="000E45CD" w:rsidRDefault="00F00EC4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F00EC4">
              <w:rPr>
                <w:rFonts w:asciiTheme="majorHAnsi" w:hAnsiTheme="majorHAnsi" w:cstheme="majorHAnsi"/>
                <w:lang w:val="pl-PL"/>
              </w:rPr>
              <w:t>1.</w:t>
            </w:r>
            <w:r w:rsidRPr="00F00EC4">
              <w:rPr>
                <w:rFonts w:asciiTheme="majorHAnsi" w:hAnsiTheme="majorHAnsi" w:cstheme="majorHAnsi"/>
                <w:lang w:val="pl-PL"/>
              </w:rPr>
              <w:tab/>
              <w:t>Wprowadzenie do tematu wykładu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F00EC4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3 min</w:t>
            </w:r>
          </w:p>
        </w:tc>
      </w:tr>
      <w:tr w:rsidR="005143E8" w:rsidRPr="004127E3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:rsidR="00F00EC4" w:rsidRPr="00F00EC4" w:rsidRDefault="00F00EC4" w:rsidP="00F00EC4">
            <w:pPr>
              <w:rPr>
                <w:rFonts w:asciiTheme="majorHAnsi" w:hAnsiTheme="majorHAnsi" w:cstheme="majorHAnsi"/>
                <w:lang w:val="pl-PL"/>
              </w:rPr>
            </w:pPr>
            <w:r w:rsidRPr="00F00EC4">
              <w:rPr>
                <w:rFonts w:asciiTheme="majorHAnsi" w:hAnsiTheme="majorHAnsi" w:cstheme="majorHAnsi"/>
                <w:lang w:val="pl-PL"/>
              </w:rPr>
              <w:t>o</w:t>
            </w:r>
            <w:r w:rsidRPr="00F00EC4">
              <w:rPr>
                <w:rFonts w:asciiTheme="majorHAnsi" w:hAnsiTheme="majorHAnsi" w:cstheme="majorHAnsi"/>
                <w:lang w:val="pl-PL"/>
              </w:rPr>
              <w:tab/>
              <w:t>Wskazanie potrzeby aktualizacji wiedzy z zakresu TI w kontekście szybkiego postępu technologicznego.</w:t>
            </w:r>
          </w:p>
          <w:p w:rsidR="005143E8" w:rsidRPr="000E45CD" w:rsidRDefault="00F00EC4" w:rsidP="00F00EC4">
            <w:pPr>
              <w:rPr>
                <w:rFonts w:asciiTheme="majorHAnsi" w:hAnsiTheme="majorHAnsi" w:cstheme="majorHAnsi"/>
                <w:lang w:val="pl-PL"/>
              </w:rPr>
            </w:pPr>
            <w:r w:rsidRPr="00F00EC4">
              <w:rPr>
                <w:rFonts w:asciiTheme="majorHAnsi" w:hAnsiTheme="majorHAnsi" w:cstheme="majorHAnsi"/>
                <w:lang w:val="pl-PL"/>
              </w:rPr>
              <w:t>o</w:t>
            </w:r>
            <w:r w:rsidRPr="00F00EC4">
              <w:rPr>
                <w:rFonts w:asciiTheme="majorHAnsi" w:hAnsiTheme="majorHAnsi" w:cstheme="majorHAnsi"/>
                <w:lang w:val="pl-PL"/>
              </w:rPr>
              <w:tab/>
              <w:t>Krótkie przypomnienie roli TI w rolnictwie.</w:t>
            </w:r>
          </w:p>
        </w:tc>
      </w:tr>
      <w:tr w:rsidR="00702450" w:rsidRPr="00F00EC4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:rsidR="00702450" w:rsidRPr="000E45CD" w:rsidRDefault="00F00EC4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F00EC4">
              <w:rPr>
                <w:rFonts w:asciiTheme="majorHAnsi" w:hAnsiTheme="majorHAnsi" w:cstheme="majorHAnsi"/>
                <w:lang w:val="pl-PL"/>
              </w:rPr>
              <w:t>2.</w:t>
            </w:r>
            <w:r w:rsidRPr="00F00EC4">
              <w:rPr>
                <w:rFonts w:asciiTheme="majorHAnsi" w:hAnsiTheme="majorHAnsi" w:cstheme="majorHAnsi"/>
                <w:lang w:val="pl-PL"/>
              </w:rPr>
              <w:tab/>
              <w:t>Nowe rozwiązania w dziedzinie sztucznej inteligencji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F00EC4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</w:t>
            </w:r>
          </w:p>
        </w:tc>
      </w:tr>
      <w:tr w:rsidR="00702450" w:rsidRPr="004127E3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:rsidR="00F00EC4" w:rsidRPr="00F00EC4" w:rsidRDefault="00F00EC4" w:rsidP="00F00EC4">
            <w:pPr>
              <w:rPr>
                <w:rFonts w:asciiTheme="majorHAnsi" w:hAnsiTheme="majorHAnsi" w:cstheme="majorHAnsi"/>
                <w:lang w:val="pl-PL"/>
              </w:rPr>
            </w:pPr>
            <w:r w:rsidRPr="00F00EC4">
              <w:rPr>
                <w:rFonts w:asciiTheme="majorHAnsi" w:hAnsiTheme="majorHAnsi" w:cstheme="majorHAnsi"/>
                <w:lang w:val="pl-PL"/>
              </w:rPr>
              <w:t>o</w:t>
            </w:r>
            <w:r w:rsidRPr="00F00EC4">
              <w:rPr>
                <w:rFonts w:asciiTheme="majorHAnsi" w:hAnsiTheme="majorHAnsi" w:cstheme="majorHAnsi"/>
                <w:lang w:val="pl-PL"/>
              </w:rPr>
              <w:tab/>
              <w:t>Generatywna sztuczna inteligencja (</w:t>
            </w:r>
            <w:proofErr w:type="spellStart"/>
            <w:r w:rsidRPr="00F00EC4">
              <w:rPr>
                <w:rFonts w:asciiTheme="majorHAnsi" w:hAnsiTheme="majorHAnsi" w:cstheme="majorHAnsi"/>
                <w:lang w:val="pl-PL"/>
              </w:rPr>
              <w:t>GenAI</w:t>
            </w:r>
            <w:proofErr w:type="spellEnd"/>
            <w:r w:rsidRPr="00F00EC4">
              <w:rPr>
                <w:rFonts w:asciiTheme="majorHAnsi" w:hAnsiTheme="majorHAnsi" w:cstheme="majorHAnsi"/>
                <w:lang w:val="pl-PL"/>
              </w:rPr>
              <w:t xml:space="preserve">): </w:t>
            </w:r>
            <w:proofErr w:type="spellStart"/>
            <w:r w:rsidRPr="00F00EC4">
              <w:rPr>
                <w:rFonts w:asciiTheme="majorHAnsi" w:hAnsiTheme="majorHAnsi" w:cstheme="majorHAnsi"/>
                <w:lang w:val="pl-PL"/>
              </w:rPr>
              <w:t>ChatGPT</w:t>
            </w:r>
            <w:proofErr w:type="spellEnd"/>
            <w:r w:rsidRPr="00F00EC4">
              <w:rPr>
                <w:rFonts w:asciiTheme="majorHAnsi" w:hAnsiTheme="majorHAnsi" w:cstheme="majorHAnsi"/>
                <w:lang w:val="pl-PL"/>
              </w:rPr>
              <w:t xml:space="preserve">, </w:t>
            </w:r>
            <w:proofErr w:type="spellStart"/>
            <w:r w:rsidRPr="00F00EC4">
              <w:rPr>
                <w:rFonts w:asciiTheme="majorHAnsi" w:hAnsiTheme="majorHAnsi" w:cstheme="majorHAnsi"/>
                <w:lang w:val="pl-PL"/>
              </w:rPr>
              <w:t>Gemini</w:t>
            </w:r>
            <w:proofErr w:type="spellEnd"/>
            <w:r w:rsidRPr="00F00EC4">
              <w:rPr>
                <w:rFonts w:asciiTheme="majorHAnsi" w:hAnsiTheme="majorHAnsi" w:cstheme="majorHAnsi"/>
                <w:lang w:val="pl-PL"/>
              </w:rPr>
              <w:t xml:space="preserve">, </w:t>
            </w:r>
            <w:proofErr w:type="spellStart"/>
            <w:r w:rsidRPr="00F00EC4">
              <w:rPr>
                <w:rFonts w:asciiTheme="majorHAnsi" w:hAnsiTheme="majorHAnsi" w:cstheme="majorHAnsi"/>
                <w:lang w:val="pl-PL"/>
              </w:rPr>
              <w:t>Copilot</w:t>
            </w:r>
            <w:proofErr w:type="spellEnd"/>
            <w:r w:rsidRPr="00F00EC4">
              <w:rPr>
                <w:rFonts w:asciiTheme="majorHAnsi" w:hAnsiTheme="majorHAnsi" w:cstheme="majorHAnsi"/>
                <w:lang w:val="pl-PL"/>
              </w:rPr>
              <w:t>, Claude w analizie danych i tworzeniu dokumentacji gospodarstwa.</w:t>
            </w:r>
          </w:p>
          <w:p w:rsidR="00F00EC4" w:rsidRPr="00F00EC4" w:rsidRDefault="00F00EC4" w:rsidP="00F00EC4">
            <w:pPr>
              <w:rPr>
                <w:rFonts w:asciiTheme="majorHAnsi" w:hAnsiTheme="majorHAnsi" w:cstheme="majorHAnsi"/>
                <w:lang w:val="pl-PL"/>
              </w:rPr>
            </w:pPr>
            <w:r w:rsidRPr="00F00EC4">
              <w:rPr>
                <w:rFonts w:asciiTheme="majorHAnsi" w:hAnsiTheme="majorHAnsi" w:cstheme="majorHAnsi"/>
                <w:lang w:val="pl-PL"/>
              </w:rPr>
              <w:t>o</w:t>
            </w:r>
            <w:r w:rsidRPr="00F00EC4">
              <w:rPr>
                <w:rFonts w:asciiTheme="majorHAnsi" w:hAnsiTheme="majorHAnsi" w:cstheme="majorHAnsi"/>
                <w:lang w:val="pl-PL"/>
              </w:rPr>
              <w:tab/>
              <w:t>AI w obrazowaniu rolniczym: wykrywanie chorób roślin na podstawie zdjęć z dronów i smartfonów.</w:t>
            </w:r>
          </w:p>
          <w:p w:rsidR="00702450" w:rsidRPr="000E45CD" w:rsidRDefault="00F00EC4" w:rsidP="00F00EC4">
            <w:pPr>
              <w:rPr>
                <w:rFonts w:asciiTheme="majorHAnsi" w:hAnsiTheme="majorHAnsi" w:cstheme="majorHAnsi"/>
                <w:lang w:val="pl-PL"/>
              </w:rPr>
            </w:pPr>
            <w:r w:rsidRPr="00F00EC4">
              <w:rPr>
                <w:rFonts w:asciiTheme="majorHAnsi" w:hAnsiTheme="majorHAnsi" w:cstheme="majorHAnsi"/>
                <w:lang w:val="pl-PL"/>
              </w:rPr>
              <w:t>o</w:t>
            </w:r>
            <w:r w:rsidRPr="00F00EC4">
              <w:rPr>
                <w:rFonts w:asciiTheme="majorHAnsi" w:hAnsiTheme="majorHAnsi" w:cstheme="majorHAnsi"/>
                <w:lang w:val="pl-PL"/>
              </w:rPr>
              <w:tab/>
              <w:t>Systemy predykcji pogody oparte na AI.</w:t>
            </w:r>
          </w:p>
        </w:tc>
      </w:tr>
      <w:tr w:rsidR="00702450" w:rsidRPr="00F00EC4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3</w:t>
            </w:r>
          </w:p>
        </w:tc>
        <w:tc>
          <w:tcPr>
            <w:tcW w:w="5091" w:type="dxa"/>
          </w:tcPr>
          <w:p w:rsidR="00702450" w:rsidRPr="000E45CD" w:rsidRDefault="00F00EC4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F00EC4">
              <w:rPr>
                <w:rFonts w:asciiTheme="majorHAnsi" w:hAnsiTheme="majorHAnsi" w:cstheme="majorHAnsi"/>
                <w:lang w:val="pl-PL"/>
              </w:rPr>
              <w:t>3.</w:t>
            </w:r>
            <w:r w:rsidRPr="00F00EC4">
              <w:rPr>
                <w:rFonts w:asciiTheme="majorHAnsi" w:hAnsiTheme="majorHAnsi" w:cstheme="majorHAnsi"/>
                <w:lang w:val="pl-PL"/>
              </w:rPr>
              <w:tab/>
              <w:t xml:space="preserve">Zaawansowane rozwiązania </w:t>
            </w:r>
            <w:proofErr w:type="spellStart"/>
            <w:r w:rsidRPr="00F00EC4">
              <w:rPr>
                <w:rFonts w:asciiTheme="majorHAnsi" w:hAnsiTheme="majorHAnsi" w:cstheme="majorHAnsi"/>
                <w:lang w:val="pl-PL"/>
              </w:rPr>
              <w:t>IoT</w:t>
            </w:r>
            <w:proofErr w:type="spellEnd"/>
            <w:r w:rsidRPr="00F00EC4">
              <w:rPr>
                <w:rFonts w:asciiTheme="majorHAnsi" w:hAnsiTheme="majorHAnsi" w:cstheme="majorHAnsi"/>
                <w:lang w:val="pl-PL"/>
              </w:rPr>
              <w:t xml:space="preserve"> i </w:t>
            </w:r>
            <w:proofErr w:type="spellStart"/>
            <w:r w:rsidRPr="00F00EC4">
              <w:rPr>
                <w:rFonts w:asciiTheme="majorHAnsi" w:hAnsiTheme="majorHAnsi" w:cstheme="majorHAnsi"/>
                <w:lang w:val="pl-PL"/>
              </w:rPr>
              <w:t>sensoryki</w:t>
            </w:r>
            <w:proofErr w:type="spellEnd"/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F00EC4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7 min</w:t>
            </w:r>
          </w:p>
        </w:tc>
      </w:tr>
      <w:tr w:rsidR="00702450" w:rsidRPr="004127E3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3</w:t>
            </w:r>
          </w:p>
        </w:tc>
        <w:tc>
          <w:tcPr>
            <w:tcW w:w="5091" w:type="dxa"/>
          </w:tcPr>
          <w:p w:rsidR="00F00EC4" w:rsidRPr="00F00EC4" w:rsidRDefault="00F00EC4" w:rsidP="00F00EC4">
            <w:pPr>
              <w:rPr>
                <w:rFonts w:asciiTheme="majorHAnsi" w:hAnsiTheme="majorHAnsi" w:cstheme="majorHAnsi"/>
                <w:lang w:val="pl-PL"/>
              </w:rPr>
            </w:pPr>
            <w:r w:rsidRPr="00F00EC4">
              <w:rPr>
                <w:rFonts w:asciiTheme="majorHAnsi" w:hAnsiTheme="majorHAnsi" w:cstheme="majorHAnsi"/>
                <w:lang w:val="pl-PL"/>
              </w:rPr>
              <w:t>o</w:t>
            </w:r>
            <w:r w:rsidRPr="00F00EC4">
              <w:rPr>
                <w:rFonts w:asciiTheme="majorHAnsi" w:hAnsiTheme="majorHAnsi" w:cstheme="majorHAnsi"/>
                <w:lang w:val="pl-PL"/>
              </w:rPr>
              <w:tab/>
              <w:t xml:space="preserve">Inteligentne sensory gleby nowej generacji: </w:t>
            </w:r>
            <w:proofErr w:type="spellStart"/>
            <w:r w:rsidRPr="00F00EC4">
              <w:rPr>
                <w:rFonts w:asciiTheme="majorHAnsi" w:hAnsiTheme="majorHAnsi" w:cstheme="majorHAnsi"/>
                <w:lang w:val="pl-PL"/>
              </w:rPr>
              <w:t>SoilScout</w:t>
            </w:r>
            <w:proofErr w:type="spellEnd"/>
            <w:r w:rsidRPr="00F00EC4">
              <w:rPr>
                <w:rFonts w:asciiTheme="majorHAnsi" w:hAnsiTheme="majorHAnsi" w:cstheme="majorHAnsi"/>
                <w:lang w:val="pl-PL"/>
              </w:rPr>
              <w:t xml:space="preserve">, </w:t>
            </w:r>
            <w:proofErr w:type="spellStart"/>
            <w:r w:rsidRPr="00F00EC4">
              <w:rPr>
                <w:rFonts w:asciiTheme="majorHAnsi" w:hAnsiTheme="majorHAnsi" w:cstheme="majorHAnsi"/>
                <w:lang w:val="pl-PL"/>
              </w:rPr>
              <w:t>Sensoterra</w:t>
            </w:r>
            <w:proofErr w:type="spellEnd"/>
            <w:r w:rsidRPr="00F00EC4">
              <w:rPr>
                <w:rFonts w:asciiTheme="majorHAnsi" w:hAnsiTheme="majorHAnsi" w:cstheme="majorHAnsi"/>
                <w:lang w:val="pl-PL"/>
              </w:rPr>
              <w:t>, które przesyłają dane w czasie rzeczywistym z uwzględnieniem głębokości profilu glebowego.</w:t>
            </w:r>
          </w:p>
          <w:p w:rsidR="00F00EC4" w:rsidRPr="00F00EC4" w:rsidRDefault="00F00EC4" w:rsidP="00F00EC4">
            <w:pPr>
              <w:rPr>
                <w:rFonts w:asciiTheme="majorHAnsi" w:hAnsiTheme="majorHAnsi" w:cstheme="majorHAnsi"/>
                <w:lang w:val="pl-PL"/>
              </w:rPr>
            </w:pPr>
            <w:r w:rsidRPr="00F00EC4">
              <w:rPr>
                <w:rFonts w:asciiTheme="majorHAnsi" w:hAnsiTheme="majorHAnsi" w:cstheme="majorHAnsi"/>
                <w:lang w:val="pl-PL"/>
              </w:rPr>
              <w:t>o</w:t>
            </w:r>
            <w:r w:rsidRPr="00F00EC4">
              <w:rPr>
                <w:rFonts w:asciiTheme="majorHAnsi" w:hAnsiTheme="majorHAnsi" w:cstheme="majorHAnsi"/>
                <w:lang w:val="pl-PL"/>
              </w:rPr>
              <w:tab/>
              <w:t>Stacje pogodowe współpracujące z aplikacjami mobilnymi.</w:t>
            </w:r>
          </w:p>
          <w:p w:rsidR="00702450" w:rsidRPr="000E45CD" w:rsidRDefault="00F00EC4" w:rsidP="00F00EC4">
            <w:pPr>
              <w:rPr>
                <w:rFonts w:asciiTheme="majorHAnsi" w:hAnsiTheme="majorHAnsi" w:cstheme="majorHAnsi"/>
                <w:lang w:val="pl-PL"/>
              </w:rPr>
            </w:pPr>
            <w:r w:rsidRPr="00F00EC4">
              <w:rPr>
                <w:rFonts w:asciiTheme="majorHAnsi" w:hAnsiTheme="majorHAnsi" w:cstheme="majorHAnsi"/>
                <w:lang w:val="pl-PL"/>
              </w:rPr>
              <w:t>o</w:t>
            </w:r>
            <w:r w:rsidRPr="00F00EC4">
              <w:rPr>
                <w:rFonts w:asciiTheme="majorHAnsi" w:hAnsiTheme="majorHAnsi" w:cstheme="majorHAnsi"/>
                <w:lang w:val="pl-PL"/>
              </w:rPr>
              <w:tab/>
              <w:t xml:space="preserve">Integracja danych z </w:t>
            </w:r>
            <w:proofErr w:type="spellStart"/>
            <w:r w:rsidRPr="00F00EC4">
              <w:rPr>
                <w:rFonts w:asciiTheme="majorHAnsi" w:hAnsiTheme="majorHAnsi" w:cstheme="majorHAnsi"/>
                <w:lang w:val="pl-PL"/>
              </w:rPr>
              <w:t>IoT</w:t>
            </w:r>
            <w:proofErr w:type="spellEnd"/>
            <w:r w:rsidRPr="00F00EC4">
              <w:rPr>
                <w:rFonts w:asciiTheme="majorHAnsi" w:hAnsiTheme="majorHAnsi" w:cstheme="majorHAnsi"/>
                <w:lang w:val="pl-PL"/>
              </w:rPr>
              <w:t xml:space="preserve"> do FMIS i automatyczne rekomendacje działań agrotechnicznych.</w:t>
            </w:r>
          </w:p>
        </w:tc>
      </w:tr>
      <w:tr w:rsidR="00702450" w:rsidRPr="00F00EC4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4</w:t>
            </w:r>
          </w:p>
        </w:tc>
        <w:tc>
          <w:tcPr>
            <w:tcW w:w="5091" w:type="dxa"/>
          </w:tcPr>
          <w:p w:rsidR="00702450" w:rsidRPr="000E45CD" w:rsidRDefault="00F00EC4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F00EC4">
              <w:rPr>
                <w:rFonts w:asciiTheme="majorHAnsi" w:hAnsiTheme="majorHAnsi" w:cstheme="majorHAnsi"/>
                <w:lang w:val="pl-PL"/>
              </w:rPr>
              <w:t>4.</w:t>
            </w:r>
            <w:r w:rsidRPr="00F00EC4">
              <w:rPr>
                <w:rFonts w:asciiTheme="majorHAnsi" w:hAnsiTheme="majorHAnsi" w:cstheme="majorHAnsi"/>
                <w:lang w:val="pl-PL"/>
              </w:rPr>
              <w:tab/>
              <w:t>Zastosowanie dronów i robotyki nowej generacji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2D3D38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7 min</w:t>
            </w:r>
          </w:p>
        </w:tc>
      </w:tr>
      <w:tr w:rsidR="00702450" w:rsidRPr="004127E3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4</w:t>
            </w:r>
          </w:p>
        </w:tc>
        <w:tc>
          <w:tcPr>
            <w:tcW w:w="5091" w:type="dxa"/>
          </w:tcPr>
          <w:p w:rsidR="002D3D38" w:rsidRPr="002D3D38" w:rsidRDefault="002D3D38" w:rsidP="002D3D38">
            <w:pPr>
              <w:rPr>
                <w:rFonts w:asciiTheme="majorHAnsi" w:hAnsiTheme="majorHAnsi" w:cstheme="majorHAnsi"/>
                <w:lang w:val="pl-PL"/>
              </w:rPr>
            </w:pPr>
            <w:r w:rsidRPr="002D3D38">
              <w:rPr>
                <w:rFonts w:asciiTheme="majorHAnsi" w:hAnsiTheme="majorHAnsi" w:cstheme="majorHAnsi"/>
                <w:lang w:val="pl-PL"/>
              </w:rPr>
              <w:t>o</w:t>
            </w:r>
            <w:r w:rsidRPr="002D3D38">
              <w:rPr>
                <w:rFonts w:asciiTheme="majorHAnsi" w:hAnsiTheme="majorHAnsi" w:cstheme="majorHAnsi"/>
                <w:lang w:val="pl-PL"/>
              </w:rPr>
              <w:tab/>
              <w:t xml:space="preserve">Nano-drony do lokalnego monitoringu roślin (np. DJI AGRAS Mini, drony z czujnikami </w:t>
            </w:r>
            <w:proofErr w:type="spellStart"/>
            <w:r w:rsidRPr="002D3D38">
              <w:rPr>
                <w:rFonts w:asciiTheme="majorHAnsi" w:hAnsiTheme="majorHAnsi" w:cstheme="majorHAnsi"/>
                <w:lang w:val="pl-PL"/>
              </w:rPr>
              <w:t>multispektralnymi</w:t>
            </w:r>
            <w:proofErr w:type="spellEnd"/>
            <w:r w:rsidRPr="002D3D38">
              <w:rPr>
                <w:rFonts w:asciiTheme="majorHAnsi" w:hAnsiTheme="majorHAnsi" w:cstheme="majorHAnsi"/>
                <w:lang w:val="pl-PL"/>
              </w:rPr>
              <w:t>).</w:t>
            </w:r>
          </w:p>
          <w:p w:rsidR="002D3D38" w:rsidRPr="002D3D38" w:rsidRDefault="002D3D38" w:rsidP="002D3D38">
            <w:pPr>
              <w:rPr>
                <w:rFonts w:asciiTheme="majorHAnsi" w:hAnsiTheme="majorHAnsi" w:cstheme="majorHAnsi"/>
                <w:lang w:val="pl-PL"/>
              </w:rPr>
            </w:pPr>
            <w:r w:rsidRPr="002D3D38">
              <w:rPr>
                <w:rFonts w:asciiTheme="majorHAnsi" w:hAnsiTheme="majorHAnsi" w:cstheme="majorHAnsi"/>
                <w:lang w:val="pl-PL"/>
              </w:rPr>
              <w:t>o</w:t>
            </w:r>
            <w:r w:rsidRPr="002D3D38">
              <w:rPr>
                <w:rFonts w:asciiTheme="majorHAnsi" w:hAnsiTheme="majorHAnsi" w:cstheme="majorHAnsi"/>
                <w:lang w:val="pl-PL"/>
              </w:rPr>
              <w:tab/>
              <w:t xml:space="preserve">Roboty polowe nowej generacji: automatyczne odchwaszczanie (np. </w:t>
            </w:r>
            <w:proofErr w:type="spellStart"/>
            <w:r w:rsidRPr="002D3D38">
              <w:rPr>
                <w:rFonts w:asciiTheme="majorHAnsi" w:hAnsiTheme="majorHAnsi" w:cstheme="majorHAnsi"/>
                <w:lang w:val="pl-PL"/>
              </w:rPr>
              <w:t>FarmDroid</w:t>
            </w:r>
            <w:proofErr w:type="spellEnd"/>
            <w:r w:rsidRPr="002D3D38">
              <w:rPr>
                <w:rFonts w:asciiTheme="majorHAnsi" w:hAnsiTheme="majorHAnsi" w:cstheme="majorHAnsi"/>
                <w:lang w:val="pl-PL"/>
              </w:rPr>
              <w:t xml:space="preserve">, </w:t>
            </w:r>
            <w:proofErr w:type="spellStart"/>
            <w:r w:rsidRPr="002D3D38">
              <w:rPr>
                <w:rFonts w:asciiTheme="majorHAnsi" w:hAnsiTheme="majorHAnsi" w:cstheme="majorHAnsi"/>
                <w:lang w:val="pl-PL"/>
              </w:rPr>
              <w:t>Ecorobotix</w:t>
            </w:r>
            <w:proofErr w:type="spellEnd"/>
            <w:r w:rsidRPr="002D3D38">
              <w:rPr>
                <w:rFonts w:asciiTheme="majorHAnsi" w:hAnsiTheme="majorHAnsi" w:cstheme="majorHAnsi"/>
                <w:lang w:val="pl-PL"/>
              </w:rPr>
              <w:t>), automatyczne nawadnianie sterowane przez AI.</w:t>
            </w:r>
          </w:p>
          <w:p w:rsidR="00702450" w:rsidRPr="000E45CD" w:rsidRDefault="002D3D38" w:rsidP="002D3D38">
            <w:pPr>
              <w:rPr>
                <w:rFonts w:asciiTheme="majorHAnsi" w:hAnsiTheme="majorHAnsi" w:cstheme="majorHAnsi"/>
                <w:lang w:val="pl-PL"/>
              </w:rPr>
            </w:pPr>
            <w:r w:rsidRPr="002D3D38">
              <w:rPr>
                <w:rFonts w:asciiTheme="majorHAnsi" w:hAnsiTheme="majorHAnsi" w:cstheme="majorHAnsi"/>
                <w:lang w:val="pl-PL"/>
              </w:rPr>
              <w:t>o</w:t>
            </w:r>
            <w:r w:rsidRPr="002D3D38">
              <w:rPr>
                <w:rFonts w:asciiTheme="majorHAnsi" w:hAnsiTheme="majorHAnsi" w:cstheme="majorHAnsi"/>
                <w:lang w:val="pl-PL"/>
              </w:rPr>
              <w:tab/>
              <w:t>Monitoring zwierząt przy użyciu systemów wizyjnych i RFID nowej generacji.</w:t>
            </w:r>
          </w:p>
        </w:tc>
      </w:tr>
      <w:tr w:rsidR="00702450" w:rsidRPr="00BE7765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5</w:t>
            </w:r>
          </w:p>
        </w:tc>
        <w:tc>
          <w:tcPr>
            <w:tcW w:w="5091" w:type="dxa"/>
          </w:tcPr>
          <w:p w:rsidR="00702450" w:rsidRPr="000E45CD" w:rsidRDefault="002D3D38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2D3D38">
              <w:rPr>
                <w:rFonts w:asciiTheme="majorHAnsi" w:hAnsiTheme="majorHAnsi" w:cstheme="majorHAnsi"/>
                <w:lang w:val="pl-PL"/>
              </w:rPr>
              <w:t>5.</w:t>
            </w:r>
            <w:r w:rsidRPr="002D3D38">
              <w:rPr>
                <w:rFonts w:asciiTheme="majorHAnsi" w:hAnsiTheme="majorHAnsi" w:cstheme="majorHAnsi"/>
                <w:lang w:val="pl-PL"/>
              </w:rPr>
              <w:tab/>
              <w:t>Podsumowanie i pytania kontrolne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2D3D38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3 min</w:t>
            </w:r>
          </w:p>
        </w:tc>
      </w:tr>
      <w:tr w:rsidR="00702450" w:rsidRPr="004127E3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5</w:t>
            </w:r>
          </w:p>
        </w:tc>
        <w:tc>
          <w:tcPr>
            <w:tcW w:w="5091" w:type="dxa"/>
          </w:tcPr>
          <w:p w:rsidR="002D3D38" w:rsidRPr="002D3D38" w:rsidRDefault="002D3D38" w:rsidP="002D3D38">
            <w:pPr>
              <w:rPr>
                <w:rFonts w:asciiTheme="majorHAnsi" w:hAnsiTheme="majorHAnsi" w:cstheme="majorHAnsi"/>
                <w:lang w:val="pl-PL"/>
              </w:rPr>
            </w:pPr>
            <w:r w:rsidRPr="002D3D38">
              <w:rPr>
                <w:rFonts w:asciiTheme="majorHAnsi" w:hAnsiTheme="majorHAnsi" w:cstheme="majorHAnsi"/>
                <w:lang w:val="pl-PL"/>
              </w:rPr>
              <w:t>o</w:t>
            </w:r>
            <w:r w:rsidRPr="002D3D38">
              <w:rPr>
                <w:rFonts w:asciiTheme="majorHAnsi" w:hAnsiTheme="majorHAnsi" w:cstheme="majorHAnsi"/>
                <w:lang w:val="pl-PL"/>
              </w:rPr>
              <w:tab/>
              <w:t>Podkreślenie potrzeby ciągłej aktualizacji wiedzy z zakresu TI w rolnictwie.</w:t>
            </w:r>
          </w:p>
          <w:p w:rsidR="002D3D38" w:rsidRPr="002D3D38" w:rsidRDefault="002D3D38" w:rsidP="002D3D38">
            <w:pPr>
              <w:rPr>
                <w:rFonts w:asciiTheme="majorHAnsi" w:hAnsiTheme="majorHAnsi" w:cstheme="majorHAnsi"/>
                <w:lang w:val="pl-PL"/>
              </w:rPr>
            </w:pPr>
            <w:r w:rsidRPr="002D3D38">
              <w:rPr>
                <w:rFonts w:asciiTheme="majorHAnsi" w:hAnsiTheme="majorHAnsi" w:cstheme="majorHAnsi"/>
                <w:lang w:val="pl-PL"/>
              </w:rPr>
              <w:lastRenderedPageBreak/>
              <w:t>o</w:t>
            </w:r>
            <w:r w:rsidRPr="002D3D38">
              <w:rPr>
                <w:rFonts w:asciiTheme="majorHAnsi" w:hAnsiTheme="majorHAnsi" w:cstheme="majorHAnsi"/>
                <w:lang w:val="pl-PL"/>
              </w:rPr>
              <w:tab/>
              <w:t>Dyskusja kierowana: „Które z poznanych technologii mogą znaleźć zastosowanie w moim gospodarstwie lub pracy zawodowej?”.</w:t>
            </w:r>
          </w:p>
          <w:p w:rsidR="00702450" w:rsidRPr="000E45CD" w:rsidRDefault="002D3D38" w:rsidP="002D3D38">
            <w:pPr>
              <w:rPr>
                <w:rFonts w:asciiTheme="majorHAnsi" w:hAnsiTheme="majorHAnsi" w:cstheme="majorHAnsi"/>
                <w:lang w:val="pl-PL"/>
              </w:rPr>
            </w:pPr>
            <w:r w:rsidRPr="002D3D38">
              <w:rPr>
                <w:rFonts w:asciiTheme="majorHAnsi" w:hAnsiTheme="majorHAnsi" w:cstheme="majorHAnsi"/>
                <w:lang w:val="pl-PL"/>
              </w:rPr>
              <w:t>o</w:t>
            </w:r>
            <w:r w:rsidRPr="002D3D38">
              <w:rPr>
                <w:rFonts w:asciiTheme="majorHAnsi" w:hAnsiTheme="majorHAnsi" w:cstheme="majorHAnsi"/>
                <w:lang w:val="pl-PL"/>
              </w:rPr>
              <w:tab/>
              <w:t>Zachęta do samodzielnego śledzenia trendów technologicznych w rolnictwie.</w:t>
            </w:r>
          </w:p>
        </w:tc>
      </w:tr>
    </w:tbl>
    <w:p w:rsidR="005143E8" w:rsidRPr="000E45CD" w:rsidRDefault="00FD3E5E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lastRenderedPageBreak/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4127E3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Wykład informacyjny z elementami prezentacji multimedialnej.</w:t>
            </w:r>
          </w:p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Dyskusja kierowana.</w:t>
            </w:r>
          </w:p>
          <w:p w:rsidR="005143E8" w:rsidRPr="000E45CD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Pytania kontrolne w trakcie wykładu.</w:t>
            </w:r>
          </w:p>
        </w:tc>
      </w:tr>
      <w:tr w:rsidR="005143E8" w:rsidRPr="004127E3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 xml:space="preserve">Komputer z dostępem do </w:t>
            </w:r>
            <w:proofErr w:type="spellStart"/>
            <w:r w:rsidRPr="008239E6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Projektor i ekran multimedialny.</w:t>
            </w:r>
          </w:p>
          <w:p w:rsidR="005143E8" w:rsidRPr="000E45CD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Prezentacja PowerPoint przygotowana na wykład.</w:t>
            </w:r>
          </w:p>
        </w:tc>
      </w:tr>
      <w:tr w:rsidR="00521628" w:rsidRPr="00011A07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:rsidR="00521628" w:rsidRPr="000E45CD" w:rsidRDefault="00E34B3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wykład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:rsidR="005143E8" w:rsidRPr="000E45CD" w:rsidRDefault="005143E8">
            <w:pPr>
              <w:rPr>
                <w:rFonts w:asciiTheme="majorHAnsi" w:hAnsiTheme="majorHAnsi" w:cstheme="majorHAnsi"/>
                <w:lang w:val="pl-PL"/>
              </w:rPr>
            </w:pPr>
          </w:p>
        </w:tc>
      </w:tr>
      <w:tr w:rsidR="00521628" w:rsidRPr="000E45CD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:rsidR="00521628" w:rsidRPr="000E45CD" w:rsidRDefault="00521628">
            <w:pPr>
              <w:rPr>
                <w:rFonts w:asciiTheme="majorHAnsi" w:hAnsiTheme="majorHAnsi" w:cstheme="majorHAnsi"/>
                <w:lang w:val="pl-PL"/>
              </w:rPr>
            </w:pPr>
          </w:p>
        </w:tc>
      </w:tr>
      <w:tr w:rsidR="005143E8" w:rsidRPr="004127E3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Załączniki</w:t>
            </w:r>
          </w:p>
        </w:tc>
        <w:tc>
          <w:tcPr>
            <w:tcW w:w="5091" w:type="dxa"/>
          </w:tcPr>
          <w:p w:rsidR="005143E8" w:rsidRPr="000E45CD" w:rsidRDefault="00FD3E5E" w:rsidP="00E34B39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prezentacja </w:t>
            </w:r>
            <w:proofErr w:type="spellStart"/>
            <w:r w:rsidRPr="000E45CD">
              <w:rPr>
                <w:rFonts w:asciiTheme="majorHAnsi" w:hAnsiTheme="majorHAnsi" w:cstheme="majorHAnsi"/>
                <w:lang w:val="pl-PL"/>
              </w:rPr>
              <w:t>power</w:t>
            </w:r>
            <w:proofErr w:type="spellEnd"/>
            <w:r w:rsidRPr="000E45CD">
              <w:rPr>
                <w:rFonts w:asciiTheme="majorHAnsi" w:hAnsiTheme="majorHAnsi" w:cstheme="majorHAnsi"/>
                <w:lang w:val="pl-PL"/>
              </w:rPr>
              <w:t xml:space="preserve"> point zawierająca treści </w:t>
            </w:r>
            <w:r w:rsidR="00E34B39">
              <w:rPr>
                <w:rFonts w:asciiTheme="majorHAnsi" w:hAnsiTheme="majorHAnsi" w:cstheme="majorHAnsi"/>
                <w:lang w:val="pl-PL"/>
              </w:rPr>
              <w:t>wykładowe</w:t>
            </w:r>
          </w:p>
        </w:tc>
      </w:tr>
    </w:tbl>
    <w:p w:rsidR="00C66032" w:rsidRPr="000E45CD" w:rsidRDefault="00C66032" w:rsidP="00C66032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2D3D38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:rsidR="002D3D38" w:rsidRPr="002D3D38" w:rsidRDefault="002D3D38" w:rsidP="002D3D38">
            <w:pPr>
              <w:rPr>
                <w:rFonts w:asciiTheme="majorHAnsi" w:hAnsiTheme="majorHAnsi" w:cstheme="majorHAnsi"/>
                <w:lang w:val="pl-PL"/>
              </w:rPr>
            </w:pPr>
            <w:r w:rsidRPr="002D3D38">
              <w:rPr>
                <w:rFonts w:asciiTheme="majorHAnsi" w:hAnsiTheme="majorHAnsi" w:cstheme="majorHAnsi"/>
                <w:lang w:val="pl-PL"/>
              </w:rPr>
              <w:t>W1: Student zna przykłady najnowszych technologii TI wspierających rolnictwo.</w:t>
            </w:r>
          </w:p>
          <w:p w:rsidR="002D3D38" w:rsidRPr="002D3D38" w:rsidRDefault="002D3D38" w:rsidP="002D3D38">
            <w:pPr>
              <w:rPr>
                <w:rFonts w:asciiTheme="majorHAnsi" w:hAnsiTheme="majorHAnsi" w:cstheme="majorHAnsi"/>
                <w:lang w:val="pl-PL"/>
              </w:rPr>
            </w:pPr>
            <w:r w:rsidRPr="002D3D38">
              <w:rPr>
                <w:rFonts w:asciiTheme="majorHAnsi" w:hAnsiTheme="majorHAnsi" w:cstheme="majorHAnsi"/>
                <w:lang w:val="pl-PL"/>
              </w:rPr>
              <w:t>W2: Student rozumie zastosowania generatywnej sztucznej inteligencji w rolnictwie.</w:t>
            </w:r>
          </w:p>
          <w:p w:rsidR="002D3D38" w:rsidRPr="002D3D38" w:rsidRDefault="002D3D38" w:rsidP="002D3D38">
            <w:pPr>
              <w:rPr>
                <w:rFonts w:asciiTheme="majorHAnsi" w:hAnsiTheme="majorHAnsi" w:cstheme="majorHAnsi"/>
                <w:lang w:val="pl-PL"/>
              </w:rPr>
            </w:pPr>
            <w:r w:rsidRPr="002D3D38">
              <w:rPr>
                <w:rFonts w:asciiTheme="majorHAnsi" w:hAnsiTheme="majorHAnsi" w:cstheme="majorHAnsi"/>
                <w:lang w:val="pl-PL"/>
              </w:rPr>
              <w:t>U1: Student potrafi wskazać przykłady zastosowania nowych technologii w praktyce rolniczej.</w:t>
            </w:r>
          </w:p>
          <w:p w:rsidR="00C66032" w:rsidRPr="000E45CD" w:rsidRDefault="002D3D38" w:rsidP="002D3D38">
            <w:pPr>
              <w:rPr>
                <w:rFonts w:asciiTheme="majorHAnsi" w:hAnsiTheme="majorHAnsi" w:cstheme="majorHAnsi"/>
                <w:lang w:val="pl-PL"/>
              </w:rPr>
            </w:pPr>
            <w:bookmarkStart w:id="0" w:name="_GoBack"/>
            <w:bookmarkEnd w:id="0"/>
            <w:r w:rsidRPr="002D3D38">
              <w:rPr>
                <w:rFonts w:asciiTheme="majorHAnsi" w:hAnsiTheme="majorHAnsi" w:cstheme="majorHAnsi"/>
                <w:lang w:val="pl-PL"/>
              </w:rPr>
              <w:t>K1: Student jest świadomy potrzeby aktualizacji wiedzy technicznej i śledzenia trendów rozwoju TI w rolnictwie.</w:t>
            </w:r>
          </w:p>
        </w:tc>
      </w:tr>
      <w:tr w:rsidR="00C66032" w:rsidRPr="004127E3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:rsidR="00C66032" w:rsidRPr="000E45CD" w:rsidRDefault="00E34B39" w:rsidP="00E34B39">
            <w:pPr>
              <w:rPr>
                <w:rFonts w:asciiTheme="majorHAnsi" w:hAnsiTheme="majorHAnsi" w:cstheme="majorHAnsi"/>
                <w:lang w:val="pl-PL"/>
              </w:rPr>
            </w:pPr>
            <w:r w:rsidRPr="00E34B39">
              <w:rPr>
                <w:rFonts w:asciiTheme="majorHAnsi" w:hAnsiTheme="majorHAnsi" w:cstheme="majorHAnsi"/>
                <w:lang w:val="pl-PL"/>
              </w:rPr>
              <w:t>Test (pisemny lub komputerowy)</w:t>
            </w:r>
            <w:r>
              <w:rPr>
                <w:rFonts w:asciiTheme="majorHAnsi" w:hAnsiTheme="majorHAnsi" w:cstheme="majorHAnsi"/>
                <w:lang w:val="pl-PL"/>
              </w:rPr>
              <w:t xml:space="preserve"> po zakończeniu całego cyklu wykładów</w:t>
            </w:r>
          </w:p>
        </w:tc>
      </w:tr>
    </w:tbl>
    <w:p w:rsidR="00C66032" w:rsidRPr="000E45CD" w:rsidRDefault="004B726D" w:rsidP="004B726D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4B726D" w:rsidRPr="000E45CD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0E45CD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7160" w:rsidRDefault="001C7160" w:rsidP="00521628">
      <w:pPr>
        <w:spacing w:after="0" w:line="240" w:lineRule="auto"/>
      </w:pPr>
      <w:r>
        <w:separator/>
      </w:r>
    </w:p>
  </w:endnote>
  <w:endnote w:type="continuationSeparator" w:id="0">
    <w:p w:rsidR="001C7160" w:rsidRDefault="001C7160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7160" w:rsidRDefault="001C7160" w:rsidP="00521628">
      <w:pPr>
        <w:spacing w:after="0" w:line="240" w:lineRule="auto"/>
      </w:pPr>
      <w:r>
        <w:separator/>
      </w:r>
    </w:p>
  </w:footnote>
  <w:footnote w:type="continuationSeparator" w:id="0">
    <w:p w:rsidR="001C7160" w:rsidRDefault="001C7160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6C0D75B8" wp14:editId="0B295E7E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43D"/>
    <w:rsid w:val="00011A07"/>
    <w:rsid w:val="00034616"/>
    <w:rsid w:val="0006063C"/>
    <w:rsid w:val="00077043"/>
    <w:rsid w:val="000851D8"/>
    <w:rsid w:val="00091956"/>
    <w:rsid w:val="0009349E"/>
    <w:rsid w:val="000E45CD"/>
    <w:rsid w:val="000E633D"/>
    <w:rsid w:val="000F1F39"/>
    <w:rsid w:val="001210B4"/>
    <w:rsid w:val="001355BA"/>
    <w:rsid w:val="0014086C"/>
    <w:rsid w:val="0015074B"/>
    <w:rsid w:val="001C2198"/>
    <w:rsid w:val="001C7160"/>
    <w:rsid w:val="001D2B22"/>
    <w:rsid w:val="00222E85"/>
    <w:rsid w:val="00224AE9"/>
    <w:rsid w:val="0029639D"/>
    <w:rsid w:val="002D3D38"/>
    <w:rsid w:val="002F6513"/>
    <w:rsid w:val="00326F90"/>
    <w:rsid w:val="003628CD"/>
    <w:rsid w:val="003E343D"/>
    <w:rsid w:val="004127E3"/>
    <w:rsid w:val="0044797C"/>
    <w:rsid w:val="004545D1"/>
    <w:rsid w:val="004747C0"/>
    <w:rsid w:val="004B726D"/>
    <w:rsid w:val="004E79EF"/>
    <w:rsid w:val="005143E8"/>
    <w:rsid w:val="00521628"/>
    <w:rsid w:val="0058212E"/>
    <w:rsid w:val="005C39B5"/>
    <w:rsid w:val="00612384"/>
    <w:rsid w:val="00661996"/>
    <w:rsid w:val="006C25E1"/>
    <w:rsid w:val="00702450"/>
    <w:rsid w:val="00741AA1"/>
    <w:rsid w:val="007C4DE5"/>
    <w:rsid w:val="008239E6"/>
    <w:rsid w:val="0092286B"/>
    <w:rsid w:val="00947699"/>
    <w:rsid w:val="00976B8B"/>
    <w:rsid w:val="009B0817"/>
    <w:rsid w:val="00A17B5E"/>
    <w:rsid w:val="00AA1D8D"/>
    <w:rsid w:val="00AC1286"/>
    <w:rsid w:val="00B47730"/>
    <w:rsid w:val="00B734AA"/>
    <w:rsid w:val="00BA383D"/>
    <w:rsid w:val="00BA4DD9"/>
    <w:rsid w:val="00BE192A"/>
    <w:rsid w:val="00BE7765"/>
    <w:rsid w:val="00BF1F3B"/>
    <w:rsid w:val="00C04DF8"/>
    <w:rsid w:val="00C3691F"/>
    <w:rsid w:val="00C5174D"/>
    <w:rsid w:val="00C551F5"/>
    <w:rsid w:val="00C66032"/>
    <w:rsid w:val="00C90D7A"/>
    <w:rsid w:val="00CB0664"/>
    <w:rsid w:val="00D054A7"/>
    <w:rsid w:val="00D64982"/>
    <w:rsid w:val="00D968C9"/>
    <w:rsid w:val="00DD46EF"/>
    <w:rsid w:val="00E316F3"/>
    <w:rsid w:val="00E34B39"/>
    <w:rsid w:val="00EF58C2"/>
    <w:rsid w:val="00F00EC4"/>
    <w:rsid w:val="00F64836"/>
    <w:rsid w:val="00FC693F"/>
    <w:rsid w:val="00F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E0DE3F8"/>
  <w14:defaultImageDpi w14:val="300"/>
  <w15:docId w15:val="{AA133DA8-61D9-4521-A228-2C9EAFE4B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szek\OneDrive%20&#8212;%20sggw.pl\_Projekty_Czech\FERS\Materia&#322;y%20Technologie%20Informacyjne\Laboratoria\01_Z05.4_K1_ROL%20L01%20TI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DC41F36-29C7-4593-A7A9-4EB6C776B9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01_Z05.4_K1_ROL L01 TI</Template>
  <TotalTime>25</TotalTime>
  <Pages>3</Pages>
  <Words>692</Words>
  <Characters>4157</Characters>
  <Application>Microsoft Office Word</Application>
  <DocSecurity>0</DocSecurity>
  <Lines>34</Lines>
  <Paragraphs>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4840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K.Biometrii</dc:creator>
  <cp:keywords/>
  <dc:description>generated by python-docx</dc:description>
  <cp:lastModifiedBy>Leszek Sieczko</cp:lastModifiedBy>
  <cp:revision>10</cp:revision>
  <dcterms:created xsi:type="dcterms:W3CDTF">2025-10-02T19:35:00Z</dcterms:created>
  <dcterms:modified xsi:type="dcterms:W3CDTF">2025-10-17T11:57:00Z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