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E50EDF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</w:tr>
      <w:tr w:rsidR="0044797C" w:rsidRPr="00B0152D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E50EDF">
            <w:pPr>
              <w:rPr>
                <w:rFonts w:asciiTheme="majorHAnsi" w:hAnsiTheme="majorHAnsi" w:cstheme="majorHAnsi"/>
                <w:lang w:val="pl-PL"/>
              </w:rPr>
            </w:pPr>
            <w:r w:rsidRPr="00E50EDF">
              <w:rPr>
                <w:rFonts w:asciiTheme="majorHAnsi" w:hAnsiTheme="majorHAnsi" w:cstheme="majorHAnsi"/>
                <w:lang w:val="pl-PL"/>
              </w:rPr>
              <w:t>Dane i ich kodowanie – reprezentacja informacji w systemach cyfrowych, bezpieczeństwo danych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B0152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Zapoznanie studentów z podstawami technologii informacyjnych, w tym zarządzaniem danymi i narzędziami chmurowymi.</w:t>
            </w:r>
          </w:p>
        </w:tc>
      </w:tr>
      <w:tr w:rsidR="005143E8" w:rsidRPr="00B0152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E50EDF" w:rsidRPr="00E50EDF" w:rsidRDefault="00E50EDF" w:rsidP="00E50EDF">
            <w:pPr>
              <w:rPr>
                <w:rFonts w:asciiTheme="majorHAnsi" w:hAnsiTheme="majorHAnsi" w:cstheme="majorHAnsi"/>
                <w:lang w:val="pl-PL"/>
              </w:rPr>
            </w:pPr>
            <w:r w:rsidRPr="00E50EDF">
              <w:rPr>
                <w:rFonts w:asciiTheme="majorHAnsi" w:hAnsiTheme="majorHAnsi" w:cstheme="majorHAnsi"/>
                <w:lang w:val="pl-PL"/>
              </w:rPr>
              <w:t>Wyjaśnienie zasad reprezentacji informacji w systemach komputerowych.</w:t>
            </w:r>
          </w:p>
          <w:p w:rsidR="00E50EDF" w:rsidRPr="00E50EDF" w:rsidRDefault="00E50EDF" w:rsidP="00E50EDF">
            <w:pPr>
              <w:rPr>
                <w:rFonts w:asciiTheme="majorHAnsi" w:hAnsiTheme="majorHAnsi" w:cstheme="majorHAnsi"/>
                <w:lang w:val="pl-PL"/>
              </w:rPr>
            </w:pPr>
            <w:r w:rsidRPr="00E50EDF">
              <w:rPr>
                <w:rFonts w:asciiTheme="majorHAnsi" w:hAnsiTheme="majorHAnsi" w:cstheme="majorHAnsi"/>
                <w:lang w:val="pl-PL"/>
              </w:rPr>
              <w:t>Przedstawienie sposobów kodowania znaków, liczb i multimediów w systemach cyfrowych.</w:t>
            </w:r>
          </w:p>
          <w:p w:rsidR="00E50EDF" w:rsidRPr="00E50EDF" w:rsidRDefault="00E50EDF" w:rsidP="00E50EDF">
            <w:pPr>
              <w:rPr>
                <w:rFonts w:asciiTheme="majorHAnsi" w:hAnsiTheme="majorHAnsi" w:cstheme="majorHAnsi"/>
                <w:lang w:val="pl-PL"/>
              </w:rPr>
            </w:pPr>
            <w:r w:rsidRPr="00E50EDF">
              <w:rPr>
                <w:rFonts w:asciiTheme="majorHAnsi" w:hAnsiTheme="majorHAnsi" w:cstheme="majorHAnsi"/>
                <w:lang w:val="pl-PL"/>
              </w:rPr>
              <w:t>Zapoznanie studentów z podstawami bezpieczeństwa danych, metodami ich ochrony i tworzenia kopii zapasowych.</w:t>
            </w:r>
          </w:p>
          <w:p w:rsidR="005143E8" w:rsidRPr="000E45CD" w:rsidRDefault="00E50EDF" w:rsidP="00E50EDF">
            <w:pPr>
              <w:rPr>
                <w:rFonts w:asciiTheme="majorHAnsi" w:hAnsiTheme="majorHAnsi" w:cstheme="majorHAnsi"/>
                <w:lang w:val="pl-PL"/>
              </w:rPr>
            </w:pPr>
            <w:r w:rsidRPr="00E50EDF">
              <w:rPr>
                <w:rFonts w:asciiTheme="majorHAnsi" w:hAnsiTheme="majorHAnsi" w:cstheme="majorHAnsi"/>
                <w:lang w:val="pl-PL"/>
              </w:rPr>
              <w:t>Przygotowanie studentów do zrozumienia procesów przetwarzania i przesyłania danych w systemach informacyjnych wykorzystywanych w rolnictwie.</w:t>
            </w:r>
          </w:p>
        </w:tc>
      </w:tr>
      <w:tr w:rsidR="005143E8" w:rsidRPr="00B0152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komputer, </w:t>
            </w:r>
            <w:r w:rsidR="004545D1" w:rsidRPr="000E45CD">
              <w:rPr>
                <w:rFonts w:asciiTheme="majorHAnsi" w:hAnsiTheme="majorHAnsi" w:cstheme="majorHAnsi"/>
                <w:lang w:val="pl-PL"/>
              </w:rPr>
              <w:t xml:space="preserve">projektor, dostęp do </w:t>
            </w:r>
            <w:proofErr w:type="spellStart"/>
            <w:r w:rsidR="004545D1" w:rsidRPr="000E45CD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4254CC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1.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Wprowadzenie do tematu wykładu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4254CC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B0152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4254CC" w:rsidRPr="004254CC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Omówienie celów zajęć.</w:t>
            </w:r>
          </w:p>
          <w:p w:rsidR="005143E8" w:rsidRPr="000E45CD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Krótkie pytania kontrolne wprowadzające (czym różnią się dane od informacji?).</w:t>
            </w:r>
          </w:p>
        </w:tc>
      </w:tr>
      <w:tr w:rsidR="00702450" w:rsidRPr="00B0152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4254CC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2.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Dane, informacja i ich znaczenie w TI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4254CC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702450" w:rsidRPr="00B0152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4254CC" w:rsidRPr="004254CC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Dane jako zbiory faktów przed przetworzeniem.</w:t>
            </w:r>
          </w:p>
          <w:p w:rsidR="004254CC" w:rsidRPr="004254CC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Informacja jako dane uporządkowane i przetworzone w celu uzyskania wiedzy.</w:t>
            </w:r>
          </w:p>
          <w:p w:rsidR="00702450" w:rsidRPr="000E45CD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Rola danych i informacji w rolnictwie (przykłady: dane pogodowe, dane o plonach, dane o zabiegach agrotechnicznych).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4254CC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3.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Kodowanie znaków i tekstu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4254CC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702450" w:rsidRPr="00B0152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4254CC" w:rsidRPr="004254CC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 xml:space="preserve">Podstawowe systemy kodowania znaków: ASCII, </w:t>
            </w:r>
            <w:proofErr w:type="spellStart"/>
            <w:r w:rsidRPr="004254CC">
              <w:rPr>
                <w:rFonts w:asciiTheme="majorHAnsi" w:hAnsiTheme="majorHAnsi" w:cstheme="majorHAnsi"/>
                <w:lang w:val="pl-PL"/>
              </w:rPr>
              <w:t>Unicode</w:t>
            </w:r>
            <w:proofErr w:type="spellEnd"/>
            <w:r w:rsidRPr="004254CC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702450" w:rsidRPr="000E45CD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 xml:space="preserve">Różnice między ASCII a </w:t>
            </w:r>
            <w:proofErr w:type="spellStart"/>
            <w:r w:rsidRPr="004254CC">
              <w:rPr>
                <w:rFonts w:asciiTheme="majorHAnsi" w:hAnsiTheme="majorHAnsi" w:cstheme="majorHAnsi"/>
                <w:lang w:val="pl-PL"/>
              </w:rPr>
              <w:t>Unicode</w:t>
            </w:r>
            <w:proofErr w:type="spellEnd"/>
            <w:r w:rsidRPr="004254CC">
              <w:rPr>
                <w:rFonts w:asciiTheme="majorHAnsi" w:hAnsiTheme="majorHAnsi" w:cstheme="majorHAnsi"/>
                <w:lang w:val="pl-PL"/>
              </w:rPr>
              <w:t xml:space="preserve"> i ich zastosowania.</w:t>
            </w:r>
          </w:p>
        </w:tc>
      </w:tr>
      <w:tr w:rsidR="00702450" w:rsidRPr="00B0152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4254CC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4.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Reprezentacja liczb w systemach cyfrowych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4254CC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</w:t>
            </w:r>
          </w:p>
        </w:tc>
      </w:tr>
      <w:tr w:rsidR="00702450" w:rsidRPr="00B0152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4254CC" w:rsidRPr="004254CC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Systemy liczbowe: binarny, ósemkowy, szesnastkowy – zasady zapisu i konwersji.</w:t>
            </w:r>
          </w:p>
          <w:p w:rsidR="004254CC" w:rsidRPr="004254CC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Przykłady konwersji liczb dziesiętnych na binarne i odwrotnie.</w:t>
            </w:r>
          </w:p>
          <w:p w:rsidR="00702450" w:rsidRPr="000E45CD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Znaczenie systemów liczbowych w programowaniu i zapisie danych w systemach TI.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4254CC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5.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Kodowanie multimediów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4254CC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702450" w:rsidRPr="00B0152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4254CC" w:rsidRPr="004254CC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Kodowanie tekstu, obrazów, dźwięku i wideo.</w:t>
            </w:r>
          </w:p>
          <w:p w:rsidR="004254CC" w:rsidRPr="004254CC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Formaty plików (TXT, JPEG, PNG, MP3, MP4) i ich charakterystyka.</w:t>
            </w:r>
          </w:p>
          <w:p w:rsidR="004254CC" w:rsidRPr="004254CC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Kompresja danych: metody stratne i bezstratne (ZIP, JPEG, MP3).</w:t>
            </w:r>
          </w:p>
          <w:p w:rsidR="00702450" w:rsidRPr="000E45CD" w:rsidRDefault="004254CC" w:rsidP="004254CC">
            <w:pPr>
              <w:rPr>
                <w:rFonts w:asciiTheme="majorHAnsi" w:hAnsiTheme="majorHAnsi" w:cstheme="majorHAnsi"/>
                <w:lang w:val="pl-PL"/>
              </w:rPr>
            </w:pPr>
            <w:r w:rsidRPr="004254CC">
              <w:rPr>
                <w:rFonts w:asciiTheme="majorHAnsi" w:hAnsiTheme="majorHAnsi" w:cstheme="majorHAnsi"/>
                <w:lang w:val="pl-PL"/>
              </w:rPr>
              <w:t>o</w:t>
            </w:r>
            <w:r w:rsidRPr="004254CC">
              <w:rPr>
                <w:rFonts w:asciiTheme="majorHAnsi" w:hAnsiTheme="majorHAnsi" w:cstheme="majorHAnsi"/>
                <w:lang w:val="pl-PL"/>
              </w:rPr>
              <w:tab/>
              <w:t>Znaczenie kompresji danych dla przechowywania i przesyłania informacji.</w:t>
            </w:r>
          </w:p>
        </w:tc>
      </w:tr>
      <w:tr w:rsidR="00651029" w:rsidRPr="00011A07" w:rsidTr="00EC0161">
        <w:tc>
          <w:tcPr>
            <w:tcW w:w="3539" w:type="dxa"/>
          </w:tcPr>
          <w:p w:rsidR="00651029" w:rsidRPr="000E45CD" w:rsidRDefault="00651029" w:rsidP="00EC016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651029" w:rsidRPr="000E45CD" w:rsidRDefault="00651029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6.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>Podstawy bezpieczeństwa danych</w:t>
            </w:r>
          </w:p>
        </w:tc>
      </w:tr>
      <w:tr w:rsidR="00651029" w:rsidRPr="00702450" w:rsidTr="00EC0161">
        <w:tc>
          <w:tcPr>
            <w:tcW w:w="3539" w:type="dxa"/>
          </w:tcPr>
          <w:p w:rsidR="00651029" w:rsidRPr="000E45CD" w:rsidRDefault="00651029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651029" w:rsidRPr="000E45CD" w:rsidRDefault="00651029" w:rsidP="00EC016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651029" w:rsidRPr="00B0152D" w:rsidTr="00EC0161">
        <w:tc>
          <w:tcPr>
            <w:tcW w:w="3539" w:type="dxa"/>
          </w:tcPr>
          <w:p w:rsidR="00651029" w:rsidRPr="000E45CD" w:rsidRDefault="00651029" w:rsidP="00EC016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651029" w:rsidRPr="00651029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o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>Zagrożenia dla danych: wirusy, utrata danych, kradzież danych.</w:t>
            </w:r>
          </w:p>
          <w:p w:rsidR="00651029" w:rsidRPr="00651029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o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>Sposoby ochrony danych: szyfrowanie, hasła, podpisy cyfrowe.</w:t>
            </w:r>
          </w:p>
          <w:p w:rsidR="00651029" w:rsidRPr="00651029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o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>Tworzenie kopii zapasowych (backup) – metody i częstotliwość.</w:t>
            </w:r>
          </w:p>
          <w:p w:rsidR="00651029" w:rsidRPr="000E45CD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lastRenderedPageBreak/>
              <w:t>o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>Przykłady zastosowania ochrony danych w gospodarstwach rolnych (systemy monitoringu, ewidencja zabiegów, dane z sensorów).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65102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lastRenderedPageBreak/>
              <w:t>Nazwa zagadnienia 7</w:t>
            </w:r>
          </w:p>
        </w:tc>
        <w:tc>
          <w:tcPr>
            <w:tcW w:w="5091" w:type="dxa"/>
          </w:tcPr>
          <w:p w:rsidR="005143E8" w:rsidRPr="000E45CD" w:rsidRDefault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7.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>Podsumowanie i pytania kontrolne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65102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5143E8" w:rsidRPr="00B0152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B0152D">
              <w:rPr>
                <w:rFonts w:asciiTheme="majorHAnsi" w:hAnsiTheme="majorHAnsi" w:cstheme="majorHAnsi"/>
                <w:lang w:val="pl-PL"/>
              </w:rPr>
              <w:t>ktywności w ramach zagadnienia 7</w:t>
            </w:r>
            <w:bookmarkStart w:id="0" w:name="_GoBack"/>
            <w:bookmarkEnd w:id="0"/>
          </w:p>
        </w:tc>
        <w:tc>
          <w:tcPr>
            <w:tcW w:w="5091" w:type="dxa"/>
          </w:tcPr>
          <w:p w:rsidR="00651029" w:rsidRPr="00651029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o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>Podkreślenie znaczenia umiejętności kodowania danych dla pracy inżyniera rolnictwa.</w:t>
            </w:r>
          </w:p>
          <w:p w:rsidR="00651029" w:rsidRPr="00651029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o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 xml:space="preserve">Pytania kontrolne do studentów (np. „Czym różni się ASCII od </w:t>
            </w:r>
            <w:proofErr w:type="spellStart"/>
            <w:r w:rsidRPr="00651029">
              <w:rPr>
                <w:rFonts w:asciiTheme="majorHAnsi" w:hAnsiTheme="majorHAnsi" w:cstheme="majorHAnsi"/>
                <w:lang w:val="pl-PL"/>
              </w:rPr>
              <w:t>Unicode</w:t>
            </w:r>
            <w:proofErr w:type="spellEnd"/>
            <w:r w:rsidRPr="00651029">
              <w:rPr>
                <w:rFonts w:asciiTheme="majorHAnsi" w:hAnsiTheme="majorHAnsi" w:cstheme="majorHAnsi"/>
                <w:lang w:val="pl-PL"/>
              </w:rPr>
              <w:t>?”, „Dlaczego stosujemy kompresję danych?”).</w:t>
            </w:r>
          </w:p>
          <w:p w:rsidR="005143E8" w:rsidRPr="000E45CD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o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>Zapowiedź materiałów przygotowawczych do Wykładu 4 (systemy operacyjne i ich rola).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B0152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Wykład informacyjny z elementami prezentacji multimedialnej.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Dyskusja kierowana.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Pytania kontrolne w trakcie wykładu.</w:t>
            </w:r>
          </w:p>
        </w:tc>
      </w:tr>
      <w:tr w:rsidR="005143E8" w:rsidRPr="00B0152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Komputer z dostępem do </w:t>
            </w:r>
            <w:proofErr w:type="spellStart"/>
            <w:r w:rsidRPr="008239E6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Prezentacja PowerPoint przygotowana na wykład.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5143E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21628" w:rsidRPr="00B0152D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651029" w:rsidRPr="00651029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•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 xml:space="preserve">Prośba o przygotowanie na kolejne zajęcia zagadnień z zakresu systemów operacyjnych (korzystanie z materiałów przesłanych na </w:t>
            </w:r>
            <w:proofErr w:type="spellStart"/>
            <w:r w:rsidRPr="00651029">
              <w:rPr>
                <w:rFonts w:asciiTheme="majorHAnsi" w:hAnsiTheme="majorHAnsi" w:cstheme="majorHAnsi"/>
                <w:lang w:val="pl-PL"/>
              </w:rPr>
              <w:t>Teams</w:t>
            </w:r>
            <w:proofErr w:type="spellEnd"/>
            <w:r w:rsidRPr="00651029">
              <w:rPr>
                <w:rFonts w:asciiTheme="majorHAnsi" w:hAnsiTheme="majorHAnsi" w:cstheme="majorHAnsi"/>
                <w:lang w:val="pl-PL"/>
              </w:rPr>
              <w:t>).</w:t>
            </w:r>
          </w:p>
          <w:p w:rsidR="00521628" w:rsidRPr="000E45CD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•</w:t>
            </w:r>
            <w:r w:rsidRPr="00651029">
              <w:rPr>
                <w:rFonts w:asciiTheme="majorHAnsi" w:hAnsiTheme="majorHAnsi" w:cstheme="majorHAnsi"/>
                <w:lang w:val="pl-PL"/>
              </w:rPr>
              <w:tab/>
              <w:t>Zachęta do samodzielnych ćwiczeń z konwersji liczb dziesiętnych na binarne i szesnastkowe.</w:t>
            </w:r>
          </w:p>
        </w:tc>
      </w:tr>
      <w:tr w:rsidR="005143E8" w:rsidRPr="00B0152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D3E5E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0E45CD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0E45CD">
              <w:rPr>
                <w:rFonts w:asciiTheme="majorHAnsi" w:hAnsiTheme="majorHAnsi" w:cstheme="majorHAnsi"/>
                <w:lang w:val="pl-PL"/>
              </w:rPr>
              <w:t xml:space="preserve"> point zawierająca treści </w:t>
            </w:r>
            <w:r w:rsidR="00E34B39">
              <w:rPr>
                <w:rFonts w:asciiTheme="majorHAnsi" w:hAnsiTheme="majorHAnsi" w:cstheme="majorHAnsi"/>
                <w:lang w:val="pl-PL"/>
              </w:rPr>
              <w:t>wykładowe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B0152D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651029" w:rsidRPr="00651029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W1: Student zna i rozumie zasady kodowania danych w systemach informacyjnych.</w:t>
            </w:r>
          </w:p>
          <w:p w:rsidR="00651029" w:rsidRPr="00651029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W2: Student rozumie proces konwersji danych między systemami liczbowymi oraz kodowania multimediów.</w:t>
            </w:r>
          </w:p>
          <w:p w:rsidR="00C66032" w:rsidRPr="000E45CD" w:rsidRDefault="00651029" w:rsidP="00651029">
            <w:pPr>
              <w:rPr>
                <w:rFonts w:asciiTheme="majorHAnsi" w:hAnsiTheme="majorHAnsi" w:cstheme="majorHAnsi"/>
                <w:lang w:val="pl-PL"/>
              </w:rPr>
            </w:pPr>
            <w:r w:rsidRPr="00651029">
              <w:rPr>
                <w:rFonts w:asciiTheme="majorHAnsi" w:hAnsiTheme="majorHAnsi" w:cstheme="majorHAnsi"/>
                <w:lang w:val="pl-PL"/>
              </w:rPr>
              <w:t>K1: Student jest świadomy konieczności stosowania zasad bezpieczeństwa danych i ich ochrony.</w:t>
            </w:r>
          </w:p>
        </w:tc>
      </w:tr>
      <w:tr w:rsidR="00C66032" w:rsidRPr="00B0152D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Test (pisemny lub komputerowy)</w:t>
            </w:r>
            <w:r>
              <w:rPr>
                <w:rFonts w:asciiTheme="majorHAnsi" w:hAnsiTheme="majorHAnsi" w:cstheme="majorHAnsi"/>
                <w:lang w:val="pl-PL"/>
              </w:rPr>
              <w:t xml:space="preserve"> po zakończeniu całego cyklu wykładów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53F3" w:rsidRDefault="006953F3" w:rsidP="00521628">
      <w:pPr>
        <w:spacing w:after="0" w:line="240" w:lineRule="auto"/>
      </w:pPr>
      <w:r>
        <w:separator/>
      </w:r>
    </w:p>
  </w:endnote>
  <w:endnote w:type="continuationSeparator" w:id="0">
    <w:p w:rsidR="006953F3" w:rsidRDefault="006953F3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53F3" w:rsidRDefault="006953F3" w:rsidP="00521628">
      <w:pPr>
        <w:spacing w:after="0" w:line="240" w:lineRule="auto"/>
      </w:pPr>
      <w:r>
        <w:separator/>
      </w:r>
    </w:p>
  </w:footnote>
  <w:footnote w:type="continuationSeparator" w:id="0">
    <w:p w:rsidR="006953F3" w:rsidRDefault="006953F3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210B4"/>
    <w:rsid w:val="001355BA"/>
    <w:rsid w:val="0014086C"/>
    <w:rsid w:val="0015074B"/>
    <w:rsid w:val="001C2198"/>
    <w:rsid w:val="001D2B22"/>
    <w:rsid w:val="00222E85"/>
    <w:rsid w:val="00224AE9"/>
    <w:rsid w:val="0029639D"/>
    <w:rsid w:val="002F6513"/>
    <w:rsid w:val="00326F90"/>
    <w:rsid w:val="003628CD"/>
    <w:rsid w:val="003E343D"/>
    <w:rsid w:val="004254CC"/>
    <w:rsid w:val="0044797C"/>
    <w:rsid w:val="004545D1"/>
    <w:rsid w:val="004747C0"/>
    <w:rsid w:val="004B726D"/>
    <w:rsid w:val="004E79EF"/>
    <w:rsid w:val="005143E8"/>
    <w:rsid w:val="00521628"/>
    <w:rsid w:val="0058212E"/>
    <w:rsid w:val="005C39B5"/>
    <w:rsid w:val="00612384"/>
    <w:rsid w:val="00651029"/>
    <w:rsid w:val="00661996"/>
    <w:rsid w:val="006953F3"/>
    <w:rsid w:val="006C25E1"/>
    <w:rsid w:val="00702450"/>
    <w:rsid w:val="00741AA1"/>
    <w:rsid w:val="007C4DE5"/>
    <w:rsid w:val="008239E6"/>
    <w:rsid w:val="0092286B"/>
    <w:rsid w:val="00947699"/>
    <w:rsid w:val="00976B8B"/>
    <w:rsid w:val="009B0817"/>
    <w:rsid w:val="00A17B5E"/>
    <w:rsid w:val="00A6418E"/>
    <w:rsid w:val="00AA1D8D"/>
    <w:rsid w:val="00AC1286"/>
    <w:rsid w:val="00B0152D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71906"/>
    <w:rsid w:val="00D968C9"/>
    <w:rsid w:val="00DD46EF"/>
    <w:rsid w:val="00E316F3"/>
    <w:rsid w:val="00E34B39"/>
    <w:rsid w:val="00E50EDF"/>
    <w:rsid w:val="00EF58C2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6B38AD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70B5F22-432B-478C-9A21-CE4906CEF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19</TotalTime>
  <Pages>4</Pages>
  <Words>789</Words>
  <Characters>4735</Characters>
  <Application>Microsoft Office Word</Application>
  <DocSecurity>0</DocSecurity>
  <Lines>39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5513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13</cp:revision>
  <dcterms:created xsi:type="dcterms:W3CDTF">2025-10-02T19:35:00Z</dcterms:created>
  <dcterms:modified xsi:type="dcterms:W3CDTF">2025-10-17T07:50:00Z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